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July 2007"</w:t>
      </w:r>
      <w:r>
        <w:br/>
      </w:r>
      <w:r>
        <w:rPr>
          <w:b w:val="0"/>
          <w:i w:val="0"/>
        </w:rPr>
        <w:br/>
        <w:t>date_original: "11 July 2007"</w:t>
      </w:r>
      <w:r>
        <w:br/>
      </w:r>
      <w:r>
        <w:rPr>
          <w:b w:val="0"/>
          <w:i w:val="0"/>
        </w:rPr>
        <w:br/>
        <w:t>source_url: "https://www.ourdogs.co.uk/members/breednotes/2007/RetrieverLabrador/RetrieverLabrador-jul6.htm"</w:t>
      </w:r>
      <w:r>
        <w:br/>
      </w:r>
      <w:r>
        <w:rPr>
          <w:b w:val="0"/>
          <w:i w:val="0"/>
        </w:rPr>
        <w:br/>
        <w:t>archive_type: "static_html"</w:t>
      </w:r>
      <w:r>
        <w:br/>
      </w:r>
      <w:r>
        <w:rPr>
          <w:b w:val="0"/>
          <w:i w:val="0"/>
        </w:rPr>
        <w:br/>
        <w:t>scraped_at: "2026-09-13T22:07:20"</w:t>
      </w:r>
      <w:r>
        <w:br/>
      </w:r>
      <w:r>
        <w:rPr>
          <w:b w:val="0"/>
          <w:i w:val="0"/>
        </w:rPr>
        <w:br/>
        <w:t>word_count: 1985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of us will miss Mason Minns whose funeral details follow. He and June were a real fun couple who entertained many of us over the years in their home when on judging trips in their area. His contributions to the Kennel Club and to Crufts, especially over the past few years when Crufts blossomed into undoubtedly the best show in the world, are immense. We send our condolences to June in this sad time.</w:t>
      </w:r>
    </w:p>
    <w:p>
      <w:r>
        <w:rPr>
          <w:b w:val="0"/>
          <w:i w:val="0"/>
        </w:rPr>
        <w:t>Mason's Service will be held at: Eltham Crematorium, Falconwood, Kent at 11.30am on Wednesday 11 July 2007, and afterwards at Holiday Inn, Black Prince Interchange, Southwold Road, Bexley, Kent DA5 1ND. All flowers and donations for St.Christopher’s Hospice to the Funeral Directors: W Uden &amp; Sons, 64 High Street, Sidcup, Kent DA14 6DS. Tel 0208 3002002.</w:t>
      </w:r>
      <w:r>
        <w:br/>
      </w:r>
      <w:r>
        <w:rPr>
          <w:b w:val="0"/>
          <w:i w:val="0"/>
        </w:rPr>
        <w:br/>
        <w:t>Jim Nolan</w:t>
      </w:r>
    </w:p>
    <w:p>
      <w:r>
        <w:rPr>
          <w:b w:val="0"/>
          <w:i w:val="0"/>
        </w:rPr>
        <w:t>SWKA championship show will be held on 5th – 8th July 2007 at Newbury Showground and not at Usk. Please tell anyone who you think is likely to be entered.</w:t>
      </w:r>
    </w:p>
    <w:p>
      <w:r>
        <w:rPr>
          <w:b w:val="0"/>
          <w:i w:val="0"/>
        </w:rPr>
        <w:t>Isobell J. Dyke Secretary South Wales Kennel Association has issued the following notice on the Fosse Data website - “Change of venue”.</w:t>
      </w:r>
    </w:p>
    <w:p>
      <w:r>
        <w:rPr>
          <w:b w:val="0"/>
          <w:i w:val="0"/>
        </w:rPr>
        <w:t>Because of the freak weather we have been experiencing during June, our showground and caravan park at Usk are under two feet of water and completely unusable. We are therefore moving the show to Newbury Showground, just off Junction 13 of the M4, being the only venue available to us at such short notice. Please follow the signs to Newbury shwground (postcode RG18 9QZ).</w:t>
      </w:r>
    </w:p>
    <w:p>
      <w:r>
        <w:rPr>
          <w:b w:val="0"/>
          <w:i w:val="0"/>
        </w:rPr>
        <w:t>This will be a basic, no frills show. We apologise to exhibitors, judges, stewards, trade stands, caravanners and visitors for the inconvenience this may cause. We will do our best to extend you a warm Welsh welcome.</w:t>
      </w:r>
    </w:p>
    <w:p>
      <w:r>
        <w:rPr>
          <w:b w:val="0"/>
          <w:i w:val="0"/>
        </w:rPr>
        <w:t>Wishing you all a safe journey and good luck at the Show.”</w:t>
      </w:r>
      <w:r>
        <w:br/>
      </w:r>
      <w:r>
        <w:rPr>
          <w:b w:val="0"/>
          <w:i w:val="0"/>
        </w:rPr>
        <w:br/>
        <w:t>What a nightmare, to have ones show site flooded out. I am sure we all wish the SWKA committee the very best of luck organising their event on a new ground at such short notice. As exhibitors, please do be supportive and understanding at this difficult time.</w:t>
      </w:r>
    </w:p>
    <w:p>
      <w:r>
        <w:rPr>
          <w:b w:val="0"/>
          <w:i w:val="0"/>
        </w:rPr>
        <w:t>I am sad to report that Dr Mason Minns has passed away after his battle with cancer, so bravely bourne. He died peacefully on Wednesday 20th June 2007 at St Christopher’s Hospice, Sydenham. His funeral will be held at Eltham Crematoruim, Falconwood, Kent at 11.30am on Wednesday 11 July 2007 and afterwards at the Holiday Inn, Black Prince Interchange, Southwold Road, Bexley, Kent DA5 1ND.</w:t>
      </w:r>
    </w:p>
    <w:p>
      <w:r>
        <w:rPr>
          <w:b w:val="0"/>
          <w:i w:val="0"/>
        </w:rPr>
        <w:t>All flowers and donations for St.Christopher’s Hospice may be sent to the funeral directors: W.Uden &amp; Sons, 64 High Street, Sidcup, Kent DA14 6DS. Tel 0208 3002002.</w:t>
      </w:r>
    </w:p>
    <w:p>
      <w:r>
        <w:rPr>
          <w:b w:val="0"/>
          <w:i w:val="0"/>
        </w:rPr>
        <w:t>Mason, a Kennel Club Member since 1988, was a great supporter of the rare breeds and, with his wife, June, bred and showed Sussex Spaniels, as well as Labradors (in which latter breed he awarded CCs). Interested in the administrative side of the dog world, he was a good friend to our Labrador breed and served unstintingly as Chairman of the Labrador Breed Council from 1998 until 2005. He also served for many years as Chairman of Kent, Surrey and Sussex Labrador Retriever Club. Mason served on the Kennel Club General Committee, the Club Committee and the Crufts Show Committee where he was responsible for organising the material, which appeared on the TV screens around the show. He was also Chief Steward at Windsor Championship Show.</w:t>
      </w:r>
    </w:p>
    <w:p>
      <w:r>
        <w:rPr>
          <w:b w:val="0"/>
          <w:i w:val="0"/>
        </w:rPr>
        <w:t>Born in Australia, I understand another of his great interests was Formula One motor racing and rally driving, both in the UK and abroad. He will be sorely missed by his many friends and to his wife June we send our heartfelt sympathy.</w:t>
      </w:r>
    </w:p>
    <w:p>
      <w:r>
        <w:rPr>
          <w:b w:val="0"/>
          <w:i w:val="0"/>
        </w:rPr>
        <w:t>Each year Border Union championship show, held at Kelso, sees many of us enjoying the glorious countryside and hospitality of the Scottish Borders. This year the judge was Mrs Elise Nolan. Weather conditions were somewhat damp on Gundog day and judging was undercover. As ever at this show, it was a treat to have parking nearly adjacent to the benching tent and the wet weather ring. To start off our Scottish holiday in grand style, I was thrilled that the Dog CC, his third, was won by my yellow, Llanstinan Buzby Bowstones JW (Llanstinan Marcus x Llanstinan Candy), thus completing his title. He is the sixth Labrador champion to be made up in the show-ring in 2007. The Dog RCC went to Les Brabban’s yellow Cambremer Craftsman (Rocheby Old Smokey x Sh Ch Cambremer Call My Bluff).</w:t>
      </w:r>
    </w:p>
    <w:p>
      <w:r>
        <w:rPr>
          <w:b w:val="0"/>
          <w:i w:val="0"/>
        </w:rPr>
        <w:t>The Bitch CC and Best of Breed was won by the Brown family’s yellow, Sh Ch Alanwood Spring Breeze over Ramsayville (Greenworth Odds Against x Alanwood Lady Jasmine) whilst the Bitch RCC went to Linda McGillivray’s yellow, Sh Ch Antonine Allure JW (Sh Ch Ramsayville Route Sixty Six x Trailblazer of Antonine). Best Puppy was Judith Charlton’s yellow bitch Foxrush Ovaltine (Rocheby Old Smokey x Sh Ch Foxrush Giselle).</w:t>
      </w:r>
    </w:p>
    <w:p>
      <w:r>
        <w:rPr>
          <w:b w:val="0"/>
          <w:i w:val="0"/>
        </w:rPr>
        <w:t>Llanstinan Buzby Bowstones JW was bred by Lynda and Derek Miles. He was Top Labrador Puppy in 2004 and won into the Finals of the Pup of the Year Competition that same year. He won the RCC out of Puppy at East of England under Mrs R. Tassie from Australia and also won several Pet Plan Junior Stakes. His first CC came from Junior at the Labrador Retriever Club of Wales under Maxine Crocker Williams. His second CC was awarded by Maureen Floyd judging at the West of England Labrador Club 2006 and his crowning third CC at Border Union 2007 under Elise Nolan. On the way to his title, he won 7 RCCs, including three at breed club championship shows -West of England Labrador Retriever Club 2005 (Chris Jury), East Anglian Labrador Retriever Club 2005 (Mr O’Donaghue) and at this years Labrador Retriever Club 2007 (John Crook).</w:t>
      </w:r>
    </w:p>
    <w:p>
      <w:r>
        <w:rPr>
          <w:b w:val="0"/>
          <w:i w:val="0"/>
        </w:rPr>
        <w:t>I would like to thank my fellow exhibitors at the show for their generous congratulations, and also to all those who so kindly sent such beautiful flowers on my return home, lovely cards via post and email, and cheery messages of good will at this happy time for us; the making up of our fourth Labrador champion.</w:t>
      </w:r>
    </w:p>
    <w:p>
      <w:r>
        <w:rPr>
          <w:b w:val="0"/>
          <w:i w:val="0"/>
        </w:rPr>
        <w:t>The following weekend, whilst we were still holidaying and enjoying the dry (for once) weather in the north-west of Scotland (with less midges this year!), Blackpool championship show was held and here the judges were Keith Young, awarding Dog CCs in Labradors for the first time, and Anne Taylor who judged the Bitches. The Dog CC and Best of Breed was won by Alan and Alison Scutchers yellow Winsleywood Waterloo JW Sh CM. (Ch, Int, Nord &amp; Fin Ch Carpenny Walpole ex Nonairbra Country Pride at Winsleywood). The Dog RCC went to Carole and Mervyn Reynolds Carromer Make Time for Chico (Allenies MacCallum JW x Tissalian Matisse by Carromer). The Bitch CC was won by Penny Carpanini’s yellow Carpenny Annika, (Ch Carpenny Anchorman x Carpenny Coral) with the Bitch RCC going to David Coode’s yellow Warringah’s Bunya JW (Ch Warringah’s Digger x Warringah’s Bunyip). Best puppy was Southridge Grace.</w:t>
      </w:r>
    </w:p>
    <w:p>
      <w:r>
        <w:rPr>
          <w:b w:val="0"/>
          <w:i w:val="0"/>
        </w:rPr>
        <w:t>Andrew Brace writes “I recently judged at the beautiful Baveno show, held in a park right on Lake Maggiore in northern Italy. Labradors had the largest entry in the show. My BOS was a black male, Swanblack, who I believe had been my second best male in Erba in December. He is a son of two Lenches exports. The Reserve CAC went to Loch Mor Speedmaster who had the day before won BIS at a specialty show under Diana Beckett and Richard Stafford. If his movement had matched his outline standing he may have gone further under me.</w:t>
      </w:r>
    </w:p>
    <w:p>
      <w:r>
        <w:rPr>
          <w:b w:val="0"/>
          <w:i w:val="0"/>
        </w:rPr>
        <w:t>BOB was Franco Barberi’s well known Ch Loch Mor Sugar, looking lovely and very much the finished article. She has her UK title and a Crufts CC and I recall awarding her first RCC as a Junior at South Wales back in 2004. As Sugar came from the Champion class, the CAC went to the Open winner, Virtuelle, who was bred from semen sent out from Sh Ch Tapeatom Gadding Around at Sandylands to Ch Lenches Serenade so she is effectively entirely British bred.</w:t>
      </w:r>
    </w:p>
    <w:p>
      <w:r>
        <w:rPr>
          <w:b w:val="0"/>
          <w:i w:val="0"/>
        </w:rPr>
        <w:t>An exuberant yellow, she has a definite look of her father. Best Puppy was a glorious yellow bitch, Heatherbourne Wild Silk at Loch Mor, a daughter of Sh Ch Sandylands Wait and See and Sugar’s litter sister, another bred by Heather Wiles Fone.</w:t>
      </w:r>
    </w:p>
    <w:p>
      <w:r>
        <w:rPr>
          <w:b w:val="0"/>
          <w:i w:val="0"/>
        </w:rPr>
        <w:t>Later in the day Marisa Brivio Chellini, one of Italy's most respected and best loved all rounders judged the group, which was won by Sugar. Watching the groups, I concluded that had my BOB Papillon won his group (he was yet another bred by the legendary Queen Bless kennel in Japan) then the Labrador would have a battle. As it was, the Papillon stood second in the group and when it came to BIS I felt that Sugar was a clear winner.</w:t>
      </w:r>
    </w:p>
    <w:p>
      <w:r>
        <w:rPr>
          <w:b w:val="0"/>
          <w:i w:val="0"/>
        </w:rPr>
        <w:t>It can be disconcerting to find so many winners without kennel names when the temptation is to conclude that one has put up a “pet” (and there's nothing wrong with that if the dog has the required quality - remember Amber?), however I discovered on this trip that registering a kennel name with ENCI (the Italian Kennel Club) costs 1,000 Euros, so that might explain why so many show dogs have single names!”</w:t>
      </w:r>
    </w:p>
    <w:p>
      <w:r>
        <w:rPr>
          <w:b w:val="0"/>
          <w:i w:val="0"/>
        </w:rPr>
        <w:t>To clarify the results of the Puppy winners at the Labrador Retriever Championship show. Best Puppy Bitch was Marlene Hepper’s Mardas Magical Mystery Tour, whilst Best Puppy in Show was Leigh Lesley’s yellow dog Steeleigh Express Order.</w:t>
      </w:r>
    </w:p>
    <w:p>
      <w:r>
        <w:rPr>
          <w:b w:val="0"/>
          <w:i w:val="0"/>
        </w:rPr>
        <w:t>The judges for Crufts 2009 have been announced by the KC. They are Mrs Pat Gill (Dogs) and Mr Gordon Howells (Bitches).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