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- 10/11/2023 - ISSUE"</w:t>
      </w:r>
      <w:r>
        <w:br/>
      </w:r>
      <w:r>
        <w:rPr>
          <w:b w:val="0"/>
          <w:i w:val="0"/>
        </w:rPr>
        <w:br/>
        <w:t>date_original: "10/11/2023 - ISSUE"</w:t>
      </w:r>
      <w:r>
        <w:br/>
      </w:r>
      <w:r>
        <w:rPr>
          <w:b w:val="0"/>
          <w:i w:val="0"/>
        </w:rPr>
        <w:br/>
        <w:t>source_url: "https://www.ourdogs.co.uk/members/breednotes/RetrieverLabradorMain.php"</w:t>
      </w:r>
      <w:r>
        <w:br/>
      </w:r>
      <w:r>
        <w:rPr>
          <w:b w:val="0"/>
          <w:i w:val="0"/>
        </w:rPr>
        <w:br/>
        <w:t>scraped_at: "2026-09-13T15:09:12"</w:t>
      </w:r>
      <w:r>
        <w:br/>
      </w:r>
      <w:r>
        <w:rPr>
          <w:b w:val="0"/>
          <w:i w:val="0"/>
        </w:rPr>
        <w:br/>
        <w:t>word_count: 598</w:t>
      </w:r>
    </w:p>
    <w:p>
      <w:r>
        <w:t>――――――――――――――――――――――――――――――</w:t>
      </w:r>
    </w:p>
    <w:p>
      <w:r>
        <w:rPr>
          <w:b w:val="0"/>
          <w:i w:val="0"/>
        </w:rPr>
        <w:t>NEWS MEMBERS' AREA SHOP SUBSCRIBE UPCOMING SHOWS MORE</w:t>
      </w:r>
    </w:p>
    <w:p>
      <w:r>
        <w:rPr>
          <w:b w:val="0"/>
          <w:i w:val="0"/>
        </w:rPr>
        <w:t>RETRIEVER LABRADOR</w:t>
      </w:r>
    </w:p>
    <w:p>
      <w:r>
        <w:rPr>
          <w:b w:val="0"/>
          <w:i w:val="0"/>
        </w:rPr>
        <w:t>Issue: 10/11/2023</w:t>
      </w:r>
    </w:p>
    <w:p>
      <w:r>
        <w:rPr>
          <w:b w:val="0"/>
          <w:i w:val="0"/>
        </w:rPr>
        <w:t xml:space="preserve">Many thanks to Anne Hoban for the following report on the West of England Lab Club Ch show 2023. Usually a show I like to attend and I have noticed that in recent years it has often coincided with a lengthy patch of seriously wet weather. Just the same this year. It was horrendously wet for motorway travelling and I gather absentees were consequently unusually high which explains why I was later told that 50% of the 78 entered males were absent, owners preferring to stay safe and dry at home. </w:t>
      </w:r>
    </w:p>
    <w:p>
      <w:r>
        <w:rPr>
          <w:b w:val="0"/>
          <w:i w:val="0"/>
        </w:rPr>
        <w:t xml:space="preserve">The endless driving rain and ferocious wind which raged for most of last week has been unbelievable. Day after day of downpours, grey cloud and miserable outlook.  Everywhere here is now boggy. The dogs sensibly preferred to stay indoors as couch potatoes! They walked to the back door, looked out at the torrent of rain, turned round and went straight back to bed! So much for being gundogs! </w:t>
      </w:r>
    </w:p>
    <w:p>
      <w:r>
        <w:rPr>
          <w:b w:val="0"/>
          <w:i w:val="0"/>
        </w:rPr>
        <w:t>Anne writes: Ã¢â‚¬Å"After the awful storm of a couple of days before and a very rainy start, the weather did give up to later blue skies for the West of England LRCÃ¢â‚¬â„¢s 52nd Championship Show held at Hutton Moor Leisure Centre, Weston S Mare on November 4th where the Eye Clinic was also well attended.</w:t>
      </w:r>
    </w:p>
    <w:p>
      <w:r>
        <w:rPr>
          <w:b w:val="0"/>
          <w:i w:val="0"/>
        </w:rPr>
        <w:t>Our judges Gary Johnson (Cremino) and Becci Hodge (Naiken) had a very nice total entry of 78 dogs &amp; 130 bitches to assess and we trust that a pleasant day was shared and enjoyed by all who braved the weather. Despite a number of absentees, many others still managed to come along..some from as far away as  Scotland, Cambridgeshire, Cornwall &amp; Yorkshire.</w:t>
      </w:r>
    </w:p>
    <w:p>
      <w:r>
        <w:rPr>
          <w:b w:val="0"/>
          <w:i w:val="0"/>
        </w:rPr>
        <w:t xml:space="preserve">Dog CC &amp; BOS from Open was Claire &amp; Chris MillsÃ¢â‚¬â„¢ Sh Ch Lembas Maui </w:t>
      </w:r>
    </w:p>
    <w:p>
      <w:r>
        <w:rPr>
          <w:b w:val="0"/>
          <w:i w:val="0"/>
        </w:rPr>
        <w:t>(Ch/Ir Sh Ch Meadowleigh Brown Sugar SWGC x Lembas Moana)</w:t>
      </w:r>
    </w:p>
    <w:p>
      <w:r>
        <w:rPr>
          <w:b w:val="0"/>
          <w:i w:val="0"/>
        </w:rPr>
        <w:t xml:space="preserve">Res Dog CC from Post Graduate &amp; Best Chocolate in Show was Rumhill Firecracker JW owned by Claire Boulden </w:t>
      </w:r>
    </w:p>
    <w:p>
      <w:r>
        <w:rPr>
          <w:b w:val="0"/>
          <w:i w:val="0"/>
        </w:rPr>
        <w:t>(Sh Ch Naiken Elite Envoy(AI) JW x Rumhill Phoenix Firefly)</w:t>
      </w:r>
    </w:p>
    <w:p>
      <w:r>
        <w:rPr>
          <w:b w:val="0"/>
          <w:i w:val="0"/>
        </w:rPr>
        <w:t>Best Puppy Dog &amp; BPIS was Andy &amp; Jo MetcalfeÃ¢â‚¬â„¢s Rumhill Bertie Wooster By Baileydale</w:t>
      </w:r>
    </w:p>
    <w:p>
      <w:r>
        <w:rPr>
          <w:b w:val="0"/>
          <w:i w:val="0"/>
        </w:rPr>
        <w:t>(Baileydale Puff Daddy JW x Rumhill Starry Night)</w:t>
      </w:r>
    </w:p>
    <w:p>
      <w:r>
        <w:rPr>
          <w:b w:val="0"/>
          <w:i w:val="0"/>
        </w:rPr>
        <w:t xml:space="preserve">The Bitch CC &amp; Best in Show from the Veteran class was awarded to a delighted Maxine Woodley with Sh Ch A Sense Of Pleasures Ylvi At Alkhamhurst </w:t>
      </w:r>
    </w:p>
    <w:p>
      <w:r>
        <w:rPr>
          <w:b w:val="0"/>
          <w:i w:val="0"/>
        </w:rPr>
        <w:t>(Ger Ch A Sense Of Pleasures IÃ¢â‚¬â„¢m A Joker x Waterlines Sellerina)</w:t>
      </w:r>
    </w:p>
    <w:p>
      <w:r>
        <w:rPr>
          <w:b w:val="0"/>
          <w:i w:val="0"/>
        </w:rPr>
        <w:t>The Res Bitch CC &amp; Reserve BIS went to Amanda DeaneÃ¢â‚¬â„¢s Abbeystead Glamour At Tanronens</w:t>
      </w:r>
    </w:p>
    <w:p>
      <w:r>
        <w:rPr>
          <w:b w:val="0"/>
          <w:i w:val="0"/>
        </w:rPr>
        <w:t xml:space="preserve">(Globetrotter LabÃ¢â‚¬â„¢s Valley At Brigburn x Abbeystead Hope)    </w:t>
      </w:r>
    </w:p>
    <w:p>
      <w:r>
        <w:rPr>
          <w:b w:val="0"/>
          <w:i w:val="0"/>
        </w:rPr>
        <w:t>Best Puppy Bitch was Claire BouldenÃ¢â‚¬â„¢s sister to the PD winner Rumhill Bossy Boots.</w:t>
      </w:r>
    </w:p>
    <w:p>
      <w:r>
        <w:rPr>
          <w:b w:val="0"/>
          <w:i w:val="0"/>
        </w:rPr>
        <w:t>A big thank you to our both judges,  exhibitors, stewards, helpers &amp; friends, including all who contributed to the super raffle, for another successful event and perhaps we shall look forward to welcoming a number of you to our Open Show on 6th January 24 when our judge will be Mrs Angela Mitchell (Callyswood)Ã¢â‚¬Â</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