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Jan 2005"</w:t>
      </w:r>
      <w:r>
        <w:br/>
      </w:r>
      <w:r>
        <w:rPr>
          <w:b w:val="0"/>
          <w:i w:val="0"/>
        </w:rPr>
        <w:br/>
        <w:t>date_original: "28 Jan 2005"</w:t>
      </w:r>
      <w:r>
        <w:br/>
      </w:r>
      <w:r>
        <w:rPr>
          <w:b w:val="0"/>
          <w:i w:val="0"/>
        </w:rPr>
        <w:br/>
        <w:t>source_url: "https://www.ourdogs.co.uk/members/breednotes/2005/RetrieverLabrador/RetrieverLabrador-jan28.htm"</w:t>
      </w:r>
      <w:r>
        <w:br/>
      </w:r>
      <w:r>
        <w:rPr>
          <w:b w:val="0"/>
          <w:i w:val="0"/>
        </w:rPr>
        <w:br/>
        <w:t>archive_type: "static_html"</w:t>
      </w:r>
      <w:r>
        <w:br/>
      </w:r>
      <w:r>
        <w:rPr>
          <w:b w:val="0"/>
          <w:i w:val="0"/>
        </w:rPr>
        <w:br/>
        <w:t>scraped_at: "2026-09-13T22:11:56"</w:t>
      </w:r>
      <w:r>
        <w:br/>
      </w:r>
      <w:r>
        <w:rPr>
          <w:b w:val="0"/>
          <w:i w:val="0"/>
        </w:rPr>
        <w:br/>
        <w:t>word_count: 1020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Following on from last week’s review of the new champions, this week I will detail the dog CC winners of 2004, also the Dog and Bitch Junior Warrant winners and dog and Bitch Show Certificate of Merit winners.</w:t>
      </w:r>
    </w:p>
    <w:p>
      <w:r>
        <w:rPr>
          <w:b w:val="0"/>
          <w:i w:val="0"/>
        </w:rPr>
        <w:t>Starting with the CC winners, there were 20 different dogs, who took the CCs. Diana Downey Tulloch‚s black dog, Sh Ch Tullochmohr Final Edition JW, won 12 CCs during the year, seven with Best of Breed including Crufts where he won the Gundog Group. He also won two Group 2 placings during the year.</w:t>
      </w:r>
    </w:p>
    <w:p>
      <w:r>
        <w:rPr>
          <w:b w:val="0"/>
          <w:i w:val="0"/>
        </w:rPr>
        <w:t>Neville Barlow’s Sh Ch Braunspath Discovery JW won 4 CCs and 1BOB whilst Andrew and Margaret Brown’s, Sh Ch Ramsayville Rogue Trader, won 3 CCs and 2 BOBs. Details of the latter two dogs, Discovery and Rogue Trader, were in my notes on the new champions last week.</w:t>
      </w:r>
    </w:p>
    <w:p>
      <w:r>
        <w:rPr>
          <w:b w:val="0"/>
          <w:i w:val="0"/>
        </w:rPr>
        <w:t>Vic and Janet Coles yellow dog, Sh Ch Stajantors Robin won a further 3 CCs during the year taking his tally to 17CCs.</w:t>
      </w:r>
    </w:p>
    <w:p>
      <w:r>
        <w:rPr>
          <w:b w:val="0"/>
          <w:i w:val="0"/>
        </w:rPr>
        <w:t>Another dog winning 3 CCs during the year was the Ellis family’s Sh Ch Dolwen Francis Henry.</w:t>
      </w:r>
    </w:p>
    <w:p>
      <w:r>
        <w:rPr>
          <w:b w:val="0"/>
          <w:i w:val="0"/>
        </w:rPr>
        <w:t>The Rawlinson family won 2 CCs apiece with both their dogs, the black, Sh Ch Fullwell Frolic with Halshimoor and the yellow, Sh Ch Wilsbury Wildfire at Halshimoor. Frolic also won 2 BOBs and was Reserve Best in Show at Gundog Society of Wales.</w:t>
      </w:r>
    </w:p>
    <w:p>
      <w:r>
        <w:rPr>
          <w:b w:val="0"/>
          <w:i w:val="0"/>
        </w:rPr>
        <w:t>Winning 1 CC with BOB were Mrs and Mrs Anthony and Erica Jayes’ yellow, Sh Ch Tapeatom Gadding Around at Sandylands, Mr and Mrs WR Baillie‚s yellow, Tullochmohr Titanic at Kilstron, Lynda and Derek Miles black, Llanstinan Llewelyn JW, and Mervyn and Carole Reynolds black, Carromers Spitfire.</w:t>
      </w:r>
    </w:p>
    <w:p>
      <w:r>
        <w:rPr>
          <w:b w:val="0"/>
          <w:i w:val="0"/>
        </w:rPr>
        <w:t>Nine dogs won one single CC. They were Anne Charlotte Dreyfus’s black, Sh Ch Int Fr Lux Nl Ch Ole, Mr and Mrs Forington’s black Sh Ch Trentwith Sir Winston, Audrey Hallum’s Black Keene’s Seafarers Star JW, Brian and Trish Parrotts chocolate, Lougin Loomis, Snr. Ribeiro and Hopkinsons Gib.Int Ch Rocheby Dark Sky over Archallagan, Margaret Rooth’s Greenworth Tony McCoy, Amanda Stewart’s black, Jancet Jitterbug of Streamanda, Mr RA White’s Urray Dusky Delight and Mr Gambon’s black Birchbrook Gordon Bennett.</w:t>
      </w:r>
    </w:p>
    <w:p>
      <w:r>
        <w:rPr>
          <w:b w:val="0"/>
          <w:i w:val="0"/>
        </w:rPr>
        <w:t>Junior Warrant winners gaining their Stud Book numbers, and listed in the KC Breed Record Suppliment to date, were as follows: -</w:t>
      </w:r>
    </w:p>
    <w:p>
      <w:r>
        <w:rPr>
          <w:b w:val="0"/>
          <w:i w:val="0"/>
        </w:rPr>
        <w:t>7 from the Spring 2004 KCBRS including Anthony Allen‘s yellow - Allenies Jezzabel, Mrs Beal’s - Annsfarm Wild Flower, Mrs Dodds black - Eneleon Oak, Mrs McCulloch‚s black- Frewlings Four Leaf Clover, Audrey Hallum’s two yellows - Keenes Flower Power and Ludalor Lord Lucan around Keenes, Linda Major’s yellow Linjor Tihany.</w:t>
      </w:r>
    </w:p>
    <w:p>
      <w:r>
        <w:rPr>
          <w:b w:val="0"/>
          <w:i w:val="0"/>
        </w:rPr>
        <w:t>1 from the Summer KCBRS, being Geoff and Jean Allens Allennie’s Machattie.</w:t>
      </w:r>
      <w:r>
        <w:br/>
      </w:r>
      <w:r>
        <w:rPr>
          <w:b w:val="0"/>
          <w:i w:val="0"/>
        </w:rPr>
        <w:br/>
        <w:t>10 from the Autumn BRS, including the third for 2004 for the Allen family, this time the yellow litter brother to A. Machattie, Allenie’s Maccallum. The black dog Greenworth Vincent O‚Brien at Mardas won his JW for Marlene and David Hepper; as did Rawlinson and Balshaw’s yellow bitch Halshimoor Tickety Boo; Audrey Hallum’s black Keenes Blueprint; Linda Major’s yellow dog Linjor Valentino; my own yellow dog Llanstinan Buzby Bowstones; Mrs Darcy’s Ludalor Midsummer Sun; Annette Harrington’s black bitch Oakingham Love-in- the-Mist; Mrs Leith Ross’s Utter Nonsense of Tintagel Winds; and the Gawthorpe family’s yellow dog Waterbrook Play it Again.</w:t>
      </w:r>
    </w:p>
    <w:p>
      <w:r>
        <w:rPr>
          <w:b w:val="0"/>
          <w:i w:val="0"/>
        </w:rPr>
        <w:t>With the Winter KCBRS not yet to hand, I cannot, as yet, list the JW winners for that period. Without the records, those I am aware of so far at the moment are Linda Major’s yellow dog Linjor Valentino, the Rawlinson’s yellow dog, Halshimoor Einstein: and Linda McGillivray’s yellow dog Antonine Columbo.</w:t>
      </w:r>
    </w:p>
    <w:p>
      <w:r>
        <w:rPr>
          <w:b w:val="0"/>
          <w:i w:val="0"/>
        </w:rPr>
        <w:t>Open Show Certificates of Merit were awarded to Gary Johnson’s yellow dog Cremino Cobweb Wand Mr and Mrs Roberts yellow bitch Stormrose Sweet Promise JW.</w:t>
      </w:r>
      <w:r>
        <w:br/>
      </w:r>
      <w:r>
        <w:rPr>
          <w:b w:val="0"/>
          <w:i w:val="0"/>
        </w:rPr>
        <w:br/>
        <w:t>Congratulations to you all. Next week I shall continue this review, with details of all the Bitch CC winners.</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