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- 19/01/2018 - ISSUE"</w:t>
      </w:r>
      <w:r>
        <w:br/>
      </w:r>
      <w:r>
        <w:rPr>
          <w:b w:val="0"/>
          <w:i w:val="0"/>
        </w:rPr>
        <w:br/>
        <w:t>date_original: "19/01/2018 - ISSUE"</w:t>
      </w:r>
      <w:r>
        <w:br/>
      </w:r>
      <w:r>
        <w:rPr>
          <w:b w:val="0"/>
          <w:i w:val="0"/>
        </w:rPr>
        <w:br/>
        <w:t>source_url: "https://www.ourdogs.co.uk/members/breednotes/RetrieverLabradorMain.php"</w:t>
      </w:r>
      <w:r>
        <w:br/>
      </w:r>
      <w:r>
        <w:rPr>
          <w:b w:val="0"/>
          <w:i w:val="0"/>
        </w:rPr>
        <w:br/>
        <w:t>scraped_at: "2026-09-13T15:24:02"</w:t>
      </w:r>
      <w:r>
        <w:br/>
      </w:r>
      <w:r>
        <w:rPr>
          <w:b w:val="0"/>
          <w:i w:val="0"/>
        </w:rPr>
        <w:br/>
        <w:t>word_count: 1228</w:t>
      </w:r>
    </w:p>
    <w:p>
      <w:r>
        <w:t>――――――――――――――――――――――――――――――</w:t>
      </w:r>
    </w:p>
    <w:p>
      <w:r>
        <w:rPr>
          <w:b w:val="0"/>
          <w:i w:val="0"/>
        </w:rPr>
        <w:t>NEWS MEMBERS' AREA SHOP SUBSCRIBE UPCOMING SHOWS MORE</w:t>
      </w:r>
    </w:p>
    <w:p>
      <w:r>
        <w:rPr>
          <w:b w:val="0"/>
          <w:i w:val="0"/>
        </w:rPr>
        <w:t>RETRIEVER LABRADOR</w:t>
      </w:r>
    </w:p>
    <w:p>
      <w:r>
        <w:rPr>
          <w:b w:val="0"/>
          <w:i w:val="0"/>
        </w:rPr>
        <w:t>Issue: 19/01/2018</w:t>
      </w:r>
    </w:p>
    <w:p>
      <w:r>
        <w:rPr>
          <w:b w:val="0"/>
          <w:i w:val="0"/>
        </w:rPr>
        <w:t>News of Phyllis Woolfs funeral. It will be held on Friday 19th January at 11am at  St Michael and All Angels Church, Castle Frome, Herefordshire. Flowers to H H Handley, 3 Little Hereford Street, Bromyard HR7 4DE.</w:t>
      </w:r>
    </w:p>
    <w:p>
      <w:r>
        <w:rPr>
          <w:b w:val="0"/>
          <w:i w:val="0"/>
        </w:rPr>
        <w:t>Judith Charlton (Foxrush) has moved house. Her new address is Sycamore, Low St., Torworth, Retford, Notts.DN22 8NX</w:t>
      </w:r>
    </w:p>
    <w:p>
      <w:r>
        <w:rPr>
          <w:b w:val="0"/>
          <w:i w:val="0"/>
        </w:rPr>
        <w:t>Congratulations to Arwyn Ellis and his family who have won Junior Warrants with three litter-mates, two brothers, Dolwen Button Moon, Dolwen Coleman (RCC winner) and their sister Dolwen Ebony Claire. Their sire is Ch. Meadowleigh Brown Sugar and dam is Dolwen Licorice Martini.</w:t>
      </w:r>
    </w:p>
    <w:p>
      <w:r>
        <w:rPr>
          <w:b w:val="0"/>
          <w:i w:val="0"/>
        </w:rPr>
        <w:t>Karen Bambrook enjoyed exciting success at Boston Ch Show and went home with Â£100 in prize money having won the Gundog Day heat of The Special Beginners Stakes with her yellow Labrador dog, Marshwiggle Shakespeare.</w:t>
      </w:r>
    </w:p>
    <w:p>
      <w:r>
        <w:rPr>
          <w:b w:val="0"/>
          <w:i w:val="0"/>
        </w:rPr>
        <w:t xml:space="preserve">Karen returned two days later for the finals where she was runner up to the overall winner. Well done. The only downside to this happy event was that in the Our Dogs published photo of her Labrador, he is captioned as a Golden Retriever! </w:t>
      </w:r>
    </w:p>
    <w:p>
      <w:r>
        <w:rPr>
          <w:b w:val="0"/>
          <w:i w:val="0"/>
        </w:rPr>
        <w:t xml:space="preserve">Midland Counties Lab Club held their Open Show at Chesterfield where the judge was Joanne McDonald (Marronoir). The winners from an entry of 107 Dogs and Bitches were:-Best Bitch and Best in Show, Denise Timms yellow Lejie Thyme. Reserve Best Bitch Carol and Mervyn Reynolds Carromer Shimmering Satin. Best Dog and Res Best in Show the Hodges black Ch Naiken Zephyr JW. Reserve Best Dog Fiona Macleans Afinmore Azufral, Best Puppy the Browns Ramsayville Rest My Case and Best Minor Puppy Reynolds Carromer Classy Read. </w:t>
      </w:r>
    </w:p>
    <w:p>
      <w:r>
        <w:rPr>
          <w:b w:val="0"/>
          <w:i w:val="0"/>
        </w:rPr>
        <w:t>Well done to you all.</w:t>
      </w:r>
    </w:p>
    <w:p>
      <w:r>
        <w:rPr>
          <w:b w:val="0"/>
          <w:i w:val="0"/>
        </w:rPr>
        <w:t>The following are last weeks Breed notes which for some reason failed to make the printed edition of Our Dogs. They are reprinted for those who didn't see them online or via facebook during the week. (sorry about the mix up, ed)</w:t>
      </w:r>
    </w:p>
    <w:p>
      <w:r>
        <w:rPr>
          <w:b w:val="0"/>
          <w:i w:val="0"/>
        </w:rPr>
        <w:t>I started the new year like so many others, with a really nasty bout of debilitating flu, despite having had the recommended annual vaccination. Hopefully, those similarly affected will at least have extra resistance against the Crufts flu virus which usually takes its annual toll post the NEC show. I suppose the flu vaccination for humans is about as affective as the Kennel Cough vaccine for dogs. Works some times but not all, but worth giving it a go just in case. It certainly didn't work this time for me!</w:t>
      </w:r>
    </w:p>
    <w:p>
      <w:r>
        <w:rPr>
          <w:b w:val="0"/>
          <w:i w:val="0"/>
        </w:rPr>
        <w:t xml:space="preserve">I was sorry to hear that Phyllis Woolf had died during  the Christmas/New Year period. </w:t>
      </w:r>
    </w:p>
    <w:p>
      <w:r>
        <w:rPr>
          <w:b w:val="0"/>
          <w:i w:val="0"/>
        </w:rPr>
        <w:t xml:space="preserve">Phyllis  was wife of the late Peter Woolf and latterly lived in North Herefordshire, having previously resided in Kent. Both Peter and Phyllis awarded CCs in the Breed. Phyllis sadly did not suffer the best of health in recent years, but in former times she and Peter  enjoyed much show ring success with their Labradors and Cocker Spaniels under the Colinwood Affix, the affix initially becoming famous in the hands of Phyllis's father Alf Collins, who was a well known and greatly respected Cocker Spaniel breeder. </w:t>
      </w:r>
    </w:p>
    <w:p>
      <w:r>
        <w:rPr>
          <w:b w:val="0"/>
          <w:i w:val="0"/>
        </w:rPr>
        <w:t>The 2018 championship show season opened with Mairi Brown judging a splendid entry of 224 Labrador dogs and bitches at Boston Ch Show. The winners were Dog CC, his second, Best of Breed and Group 4, Christine Bailiss's yellow Tissalian Hi Jack. What a lovely way to start the year!</w:t>
      </w:r>
    </w:p>
    <w:p>
      <w:r>
        <w:rPr>
          <w:b w:val="0"/>
          <w:i w:val="0"/>
        </w:rPr>
        <w:t xml:space="preserve">The Dog RCC went to Mr and Mrs McCrorys Millroseglen Make My Day. Lynda Majors yellow Anuedis Everybody is Fine in Linjor (imp Ita) won the Bitch CC with Janice Climpsons Othamcourt Edith Grove taking the Reserve CC. Best Puppy was Mrs Flocktons Dysonleigh Miss Muffett. </w:t>
      </w:r>
    </w:p>
    <w:p>
      <w:r>
        <w:rPr>
          <w:b w:val="0"/>
          <w:i w:val="0"/>
        </w:rPr>
        <w:t>I see our own Richard Stafford was judging his first Championship show Gundog Group at Boston, a result of much dedication and experience gained with top class exhibits from several breeds over the years. I hope he enjoyed the memorable experience.</w:t>
      </w:r>
    </w:p>
    <w:p>
      <w:r>
        <w:rPr>
          <w:b w:val="0"/>
          <w:i w:val="0"/>
        </w:rPr>
        <w:t>Margaret Litherland (Oakhouse) rang with the awful news we must all dread, that one of her 8 months old yellow bitches puppies, Annie, has completely disappeared.</w:t>
      </w:r>
    </w:p>
    <w:p>
      <w:r>
        <w:rPr>
          <w:b w:val="0"/>
          <w:i w:val="0"/>
        </w:rPr>
        <w:t>Initially Margaret discovered that two dogs had gone missing. One minute they were there, the next, vanished.</w:t>
      </w:r>
    </w:p>
    <w:p>
      <w:r>
        <w:rPr>
          <w:b w:val="0"/>
          <w:i w:val="0"/>
        </w:rPr>
        <w:t xml:space="preserve">Neighbourhood searches were carried out including using drones to search less accessible areas of farmland, but to no avail. </w:t>
      </w:r>
    </w:p>
    <w:p>
      <w:r>
        <w:rPr>
          <w:b w:val="0"/>
          <w:i w:val="0"/>
        </w:rPr>
        <w:t>A few days later,  the older of the two dogs, returned home, very bedraggled and sadly with a gaping wound in the neck, but of her young companion, there has not been a sign.</w:t>
      </w:r>
    </w:p>
    <w:p>
      <w:r>
        <w:rPr>
          <w:b w:val="0"/>
          <w:i w:val="0"/>
        </w:rPr>
        <w:t>The pup is microchipped and all National organisations which help with lost or stolen dogs have been informed. They in turn have widely shared her photo and information. At the time of going to press with no sign at all, hope is fading fast.</w:t>
      </w:r>
    </w:p>
    <w:p>
      <w:r>
        <w:rPr>
          <w:b w:val="0"/>
          <w:i w:val="0"/>
        </w:rPr>
        <w:t>I took the following guidance of what to do in the case of such a happening from the Dogs Lost site.</w:t>
      </w:r>
    </w:p>
    <w:p>
      <w:r>
        <w:rPr>
          <w:b w:val="0"/>
          <w:i w:val="0"/>
        </w:rPr>
        <w:t>If your dog is microchipped please let the microchip company know that your dog is missing and check that all details are up to date.</w:t>
      </w:r>
    </w:p>
    <w:p>
      <w:r>
        <w:rPr>
          <w:b w:val="0"/>
          <w:i w:val="0"/>
        </w:rPr>
        <w:t>Owners targeted by a malicious hoaxer demanding money for the return of their dog should phone the police on 101 immediately and contact investigations@doglost.co.uk</w:t>
      </w:r>
    </w:p>
    <w:p>
      <w:r>
        <w:rPr>
          <w:b w:val="0"/>
          <w:i w:val="0"/>
        </w:rPr>
        <w:t>A photograph of your dog is essential for the website. If you have not already uploaded one, please do so by clicking on Update details. Alternatively you can email it to admin@doglost.co.uk quoting the dog's DogLost ID number: (123393). Obtain a missing poster by clicking on View poster above. Posters are very important so start postering now!</w:t>
      </w:r>
    </w:p>
    <w:p>
      <w:r>
        <w:rPr>
          <w:b w:val="0"/>
          <w:i w:val="0"/>
        </w:rPr>
        <w:t>You will need to be logged in to upload photos, edit your dog's details, or add comments. You can add comments by clicking on Click here to add a comment.</w:t>
      </w:r>
    </w:p>
    <w:p>
      <w:r>
        <w:rPr>
          <w:b w:val="0"/>
          <w:i w:val="0"/>
        </w:rPr>
        <w:t>Contact dog wardens, vets and local rescue centres, and in Scotland, the Police. Give a detailed description with any distinguishing marks/scars or send them a copy of your DogLost poster. You can find vets in your area here.</w:t>
      </w:r>
    </w:p>
    <w:p>
      <w:r>
        <w:rPr>
          <w:b w:val="0"/>
          <w:i w:val="0"/>
        </w:rPr>
        <w:t>If your dog has been stolen inform the police immediately and obtain a crime reference number (CRN).</w:t>
      </w:r>
    </w:p>
    <w:p>
      <w:r>
        <w:rPr>
          <w:b w:val="0"/>
          <w:i w:val="0"/>
        </w:rPr>
        <w:t>If your dog is picked up and taken to rescue kennels, it can be legally re-homed after seven days. Visit rescue centres in person and do not rely on checking by phone alone. Other people may not recognise your dog by your description, so give them a DogLost poster.</w:t>
      </w:r>
    </w:p>
    <w:p>
      <w:r>
        <w:rPr>
          <w:b w:val="0"/>
          <w:i w:val="0"/>
        </w:rPr>
        <w:t>Keep us updated by keeping your dog's page up to date and check for posts from helpers who may have suggestions and possible matches or sightings</w:t>
      </w:r>
    </w:p>
    <w:p>
      <w:r>
        <w:rPr>
          <w:b w:val="0"/>
          <w:i w:val="0"/>
        </w:rPr>
        <w:t>DogLost is free and anyone asking for money to find or return your dog is not volunteering for us. If you are concerned about an approach you have received, please call our helpline on 01633 668 364. Lines are open seven days a week 08:00-20:00.</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