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- 22/03/2024 - ISSUE"</w:t>
      </w:r>
      <w:r>
        <w:br/>
      </w:r>
      <w:r>
        <w:rPr>
          <w:b w:val="0"/>
          <w:i w:val="0"/>
        </w:rPr>
        <w:br/>
        <w:t>date_original: "22/03/2024 - ISSUE"</w:t>
      </w:r>
      <w:r>
        <w:br/>
      </w:r>
      <w:r>
        <w:rPr>
          <w:b w:val="0"/>
          <w:i w:val="0"/>
        </w:rPr>
        <w:br/>
        <w:t>source_url: "https://www.ourdogs.co.uk/members/breednotes/RetrieverLabradorMain.php"</w:t>
      </w:r>
      <w:r>
        <w:br/>
      </w:r>
      <w:r>
        <w:rPr>
          <w:b w:val="0"/>
          <w:i w:val="0"/>
        </w:rPr>
        <w:br/>
        <w:t>scraped_at: "2026-09-13T15:08:33"</w:t>
      </w:r>
      <w:r>
        <w:br/>
      </w:r>
      <w:r>
        <w:rPr>
          <w:b w:val="0"/>
          <w:i w:val="0"/>
        </w:rPr>
        <w:br/>
        <w:t>word_count: 569</w:t>
      </w:r>
    </w:p>
    <w:p>
      <w:r>
        <w:t>――――――――――――――――――――――――――――――</w:t>
      </w:r>
    </w:p>
    <w:p>
      <w:r>
        <w:rPr>
          <w:b w:val="0"/>
          <w:i w:val="0"/>
        </w:rPr>
        <w:t>NEWS MEMBERS' AREA SHOP SUBSCRIBE UPCOMING SHOWS MORE</w:t>
      </w:r>
    </w:p>
    <w:p>
      <w:r>
        <w:rPr>
          <w:b w:val="0"/>
          <w:i w:val="0"/>
        </w:rPr>
        <w:t>RETRIEVER LABRADOR</w:t>
      </w:r>
    </w:p>
    <w:p>
      <w:r>
        <w:rPr>
          <w:b w:val="0"/>
          <w:i w:val="0"/>
        </w:rPr>
        <w:t>Issue: 22/03/2024</w:t>
      </w:r>
    </w:p>
    <w:p>
      <w:r>
        <w:rPr>
          <w:b w:val="0"/>
          <w:i w:val="0"/>
        </w:rPr>
        <w:t>Well, what a lot of lovely photos have been posted online to lengthen the enjoyment of Crufts.</w:t>
      </w:r>
    </w:p>
    <w:p>
      <w:r>
        <w:rPr>
          <w:b w:val="0"/>
          <w:i w:val="0"/>
        </w:rPr>
        <w:t>Following the unkind press criticism and detailed dissection of Princess Catherineâ€™s Motherâ€™s Day family photo which I actually thought was delightful, came the comment that â€œeveryone Photoshops pictures these daysâ€. If thatâ€™s so, it makes one wonder how real the eye catching spectacular breed photos in international magazines and year books really are. Thatâ€™s another good reason to go to shows and observe those animals in the flesh that you have previously admired in print!  Hopefully they will be even better than their photos.</w:t>
      </w:r>
    </w:p>
    <w:p>
      <w:r>
        <w:rPr>
          <w:b w:val="0"/>
          <w:i w:val="0"/>
        </w:rPr>
        <w:t xml:space="preserve">I recall one unlucky purchaser, buying a Labrador from abroad from an online photo a few years ago. When the animal arrived it bore no similarity, bar the coat colour to the photo. Lesson well and truly learned. </w:t>
      </w:r>
    </w:p>
    <w:p>
      <w:r>
        <w:rPr>
          <w:b w:val="0"/>
          <w:i w:val="0"/>
        </w:rPr>
        <w:t>One week after Crufts, Three Ridings Lab Club Ch Show was held at  Costello Sports Stadium, Hull.</w:t>
      </w:r>
    </w:p>
    <w:p>
      <w:r>
        <w:rPr>
          <w:b w:val="0"/>
          <w:i w:val="0"/>
        </w:rPr>
        <w:t>The judges were Isobel Key - Dogs,  and Caroline Campbell - Bitches.</w:t>
      </w:r>
    </w:p>
    <w:p>
      <w:r>
        <w:rPr>
          <w:b w:val="0"/>
          <w:i w:val="0"/>
        </w:rPr>
        <w:t xml:space="preserve">Gary Johnson fresh from his BOB success at Crufts was winning another CC and Res BIS with his Crufts CC and BOB winner Sh Ch Cremino Calabrese. Gary also won the RDCC with  his son, Cremino Celebrity. </w:t>
      </w:r>
    </w:p>
    <w:p>
      <w:r>
        <w:rPr>
          <w:b w:val="0"/>
          <w:i w:val="0"/>
        </w:rPr>
        <w:t>The Bitch CC, her 2nd in just two weeks, and BIS was won by Marion Hopkinsons  Rocheby Hickory The Bitch RCC was won by Rumhill Bossy Boots JW and  Best Puppy was Baileydale Rocket Man.  Best Veteran was  Sh Ch Ramsayville Rhubarb Rock at Kinchyle</w:t>
      </w:r>
    </w:p>
    <w:p>
      <w:r>
        <w:rPr>
          <w:b w:val="0"/>
          <w:i w:val="0"/>
        </w:rPr>
        <w:t xml:space="preserve">There was an error in last weeks breed notes as Gary Johnsons ShCh Cremino Calabrese took the RCC at East Anglian Lab Club and not as I reported. </w:t>
      </w:r>
    </w:p>
    <w:p>
      <w:r>
        <w:rPr>
          <w:b w:val="0"/>
          <w:i w:val="0"/>
        </w:rPr>
        <w:t>Please, Show Secretaries, do remember to let me know show results as soon as the show is over, for publication in the next breed notes and also in order that the Our Dogs various Top dog competition winners may be calculated and listed correctly.</w:t>
      </w:r>
    </w:p>
    <w:p>
      <w:r>
        <w:rPr>
          <w:b w:val="0"/>
          <w:i w:val="0"/>
        </w:rPr>
        <w:t xml:space="preserve">Great enjoyment at Exeter and County show where Becca Mills yellow bitch Wispa was res BOB, best gundog RBOB and Best RBOB winner in show also Becca was 3rd in the SW Handler of the Year competition. 17 x39 years. Well done Becca. </w:t>
      </w:r>
    </w:p>
    <w:p>
      <w:r>
        <w:rPr>
          <w:b w:val="0"/>
          <w:i w:val="0"/>
        </w:rPr>
        <w:t>Alison Scutcher writes â€œWe are delighted to announce the entry for KSSLRC Championship Show is: Dogs 84 making 108 entries Bitches 107 making 135 Total making 191 dogs making 243 entries Look forward to seeing you all .</w:t>
      </w:r>
    </w:p>
    <w:p>
      <w:r>
        <w:rPr>
          <w:b w:val="0"/>
          <w:i w:val="0"/>
        </w:rPr>
        <w:t xml:space="preserve">Sad news from Sue Fox, family friend of Mary Young, Langdale Labradors, Mary passed away recently aged 88, after a lengthy spell in a nursing home. Her funeral was held on 7th March and, just as she had wished, she was buried beside her son who had pre- deceased her. Our condolences to her family and friends. I recall Mary judging Crufts at the NEC many years  ago.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