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- 12/09/2025 - ISSUE"</w:t>
      </w:r>
      <w:r>
        <w:br/>
      </w:r>
      <w:r>
        <w:rPr>
          <w:b w:val="0"/>
          <w:i w:val="0"/>
        </w:rPr>
        <w:br/>
        <w:t>date_original: "12/09/2025 - ISSUE"</w:t>
      </w:r>
      <w:r>
        <w:br/>
      </w:r>
      <w:r>
        <w:rPr>
          <w:b w:val="0"/>
          <w:i w:val="0"/>
        </w:rPr>
        <w:br/>
        <w:t>source_url: "https://www.ourdogs.co.uk/members/breednotes/RetrieverLabradorMain.php"</w:t>
      </w:r>
      <w:r>
        <w:br/>
      </w:r>
      <w:r>
        <w:rPr>
          <w:b w:val="0"/>
          <w:i w:val="0"/>
        </w:rPr>
        <w:br/>
        <w:t>scraped_at: "2026-09-13T15:05:20"</w:t>
      </w:r>
      <w:r>
        <w:br/>
      </w:r>
      <w:r>
        <w:rPr>
          <w:b w:val="0"/>
          <w:i w:val="0"/>
        </w:rPr>
        <w:br/>
        <w:t>word_count: 1413</w:t>
      </w:r>
    </w:p>
    <w:p>
      <w:r>
        <w:t>――――――――――――――――――――――――――――――</w:t>
      </w:r>
    </w:p>
    <w:p>
      <w:r>
        <w:rPr>
          <w:b w:val="0"/>
          <w:i w:val="0"/>
        </w:rPr>
        <w:t>NEWS MEMBERS' AREA SHOP SUBSCRIBE UPCOMING SHOWS MORE</w:t>
      </w:r>
    </w:p>
    <w:p>
      <w:r>
        <w:rPr>
          <w:b w:val="0"/>
          <w:i w:val="0"/>
        </w:rPr>
        <w:t>RETRIEVER LABRADOR</w:t>
      </w:r>
    </w:p>
    <w:p>
      <w:r>
        <w:rPr>
          <w:b w:val="0"/>
          <w:i w:val="0"/>
        </w:rPr>
        <w:t>Issue: 12/09/2025</w:t>
      </w:r>
    </w:p>
    <w:p>
      <w:r>
        <w:rPr>
          <w:b w:val="0"/>
          <w:i w:val="0"/>
        </w:rPr>
        <w:t>It was a good day for Flatcoats at the Richmond Championship Show on Sunday 7th September with Gemma Jacobs winning Gundog Group 2 and Lyn Walker winning Puppy Group 2. Well done ladies!</w:t>
      </w:r>
    </w:p>
    <w:p>
      <w:r>
        <w:rPr>
          <w:b w:val="0"/>
          <w:i w:val="0"/>
        </w:rPr>
        <w:t xml:space="preserve">David Hutchison had an entry of 67 dogs and awarded his principal prizes to: BOB/DCC: Jacobâ€™sâ€™ &amp; Knightâ€™s Gemswin Erase And Rewind - his 3rd, making him a Show Champion (subject to RKC confirmation), RDCC; Mayâ€™s Ronevorg Dark Angel At Lussac JW SGWS ShCEx OSW, BCC/BV:Wilsonâ€™s Hameldowntor Music Of The Night VW - her 1st, at 9 1/2 years of age! RBCC: Edwardsâ€™ Broomsward Aquazzura, BP: Walker &amp; Robertsâ€™ Seaheart Frida At Gloi, BSB: Winterâ€™s Glenturret Bow Bells. </w:t>
      </w:r>
    </w:p>
    <w:p>
      <w:r>
        <w:rPr>
          <w:b w:val="0"/>
          <w:i w:val="0"/>
        </w:rPr>
        <w:t xml:space="preserve">Well done everyone, great results with Group wins, a new champion and a first ticket at rising 10 years of age! </w:t>
      </w:r>
    </w:p>
    <w:p>
      <w:r>
        <w:rPr>
          <w:b w:val="0"/>
          <w:i w:val="0"/>
        </w:rPr>
        <w:t xml:space="preserve">A correction to my notes published on 5th September regarding the Driffield 49th Show as Abby Bellamy let me know that Higham Press incorrectly stated the name of the Best Puppy which was in fact Abbyâ€™s bitch Moontorn Chasinf the Dream who also went on to win Puppy Group 2. Well done Abby and Chelsie. </w:t>
      </w:r>
    </w:p>
    <w:p>
      <w:r>
        <w:rPr>
          <w:b w:val="0"/>
          <w:i w:val="0"/>
        </w:rPr>
        <w:t xml:space="preserve">Congratulations to Jenny Jones, Sharon Henesey and Caroline Hewison for passing their Kennel Club Working Gundog Certificates (KCWGC) with River, Jaffa and Linnhe.  Sharon Henesey also posted on Facebook on 7th September; â€œToday we entered our 3rd Working Test of the year, the FCRS Central Area Test in Special Puppy. Absolutely delighted that all the hard work is paying off and Jaffa (Miss Mallorys Tickety-Boo Wrensmead) took top honours. She is by no means the finished article but she is certainly progressing in the right direction. Many thanks go to the judges, Keith &amp; Jane Manley, the dummy throwers and helpers and to Vivienne Gatter for organising this super day.â€  Well done Sharon and Jaffa, you are doing so well together. </w:t>
      </w:r>
    </w:p>
    <w:p>
      <w:r>
        <w:rPr>
          <w:b w:val="0"/>
          <w:i w:val="0"/>
        </w:rPr>
        <w:t xml:space="preserve">The FCRS have announced that entries are open for the 12-dog Novice Field Trial on 8th September being held at Bretby, Derbyshire DE15 0QF. </w:t>
      </w:r>
    </w:p>
    <w:p>
      <w:r>
        <w:rPr>
          <w:b w:val="0"/>
          <w:i w:val="0"/>
        </w:rPr>
        <w:t xml:space="preserve">The FCRS have also posted that they are looking for a new Field Trial Secretary: â€œAre you enthusiastic about working your dog and the working side of the Flatcoated Retriever. If so we need your help. We are looking for someone to become Secretary of the Field Trial Section of our Club. You donâ€™t need to know everything about being a Field Trial Secretary as we have a very supportive team working with you. You would be working alongside our Working Test Secretary where an exciting Development Programme has been launched. Please feel free to contact either Graham Stanley on 01634 231994 or Sharon Henessey on fcrs_secretary@outliok.com to find out further information about the position.â€ Please do have a think about whether you know of anyone who could be interested in taking on this role. </w:t>
      </w:r>
    </w:p>
    <w:p>
      <w:r>
        <w:rPr>
          <w:b w:val="0"/>
          <w:i w:val="0"/>
        </w:rPr>
        <w:t>The next championship show is Darlington with Gundogs on Sunday 14th September where judge Mr M Phillips has an entry of 62 dogs.</w:t>
      </w:r>
    </w:p>
    <w:p>
      <w:r>
        <w:rPr>
          <w:b w:val="0"/>
          <w:i w:val="0"/>
        </w:rPr>
        <w:t xml:space="preserve">Jenny Campbell </w:t>
      </w:r>
    </w:p>
    <w:p>
      <w:r>
        <w:rPr>
          <w:b w:val="0"/>
          <w:i w:val="0"/>
        </w:rPr>
        <w:t>ronevorg@aol.com</w:t>
      </w:r>
    </w:p>
    <w:p>
      <w:r>
        <w:rPr>
          <w:b w:val="0"/>
          <w:i w:val="0"/>
        </w:rPr>
        <w:t xml:space="preserve">I begin with awful news from Anne Johnson. It is with deep sadness that Three Ridings Lab Club reports the passing of Pam Dawson on September 7th. Pam was a wonderful friend and a supportive, hard-working member of Three Ridings committee. Her kind and gentle nature hid remarkable inner strength and resilience, working not for recognition but out of genuine love of dogs and those people around her. Our thought and deepest sympathies are with Pamâ€™s family, friends and all who knew her. She will be greatly missed. </w:t>
      </w:r>
    </w:p>
    <w:p>
      <w:r>
        <w:rPr>
          <w:b w:val="0"/>
          <w:i w:val="0"/>
        </w:rPr>
        <w:t xml:space="preserve">I echo Anneâ€™s sentiments. Pam was such a lovely lady. She never said a bad word about anybody, and she never made disparaging remarks about other peopleâ€™s dogs. She was always equable, win or lose. My deepest condolences to Ian, Michelle and the family. I will write with news of the funeral once arrangements have been made. </w:t>
      </w:r>
    </w:p>
    <w:p>
      <w:r>
        <w:rPr>
          <w:b w:val="0"/>
          <w:i w:val="0"/>
        </w:rPr>
        <w:t xml:space="preserve">At City Of Birmingham, Paul Collins was our judge. He found his DCC winner in Margaret Brownâ€™s Ramsayville Revolver, who was also BOB, and, as a testament to the care that Margaret gives her dogs, he was also BV. I seem to remember Ramsayville Roisin also taking a BOB from veteran. RDCC was Linda Harvey-Majors Just The Joker In Linjor.  BCC was Andy and Jo Metcalfes Baileydale Dizzy Miss Lizzy. RBCC Maxine Woodleyâ€™s Alkhamhurst London Girl. And rounding of a nice day for Linda, BJ was State Park In Linjor. </w:t>
      </w:r>
    </w:p>
    <w:p>
      <w:r>
        <w:rPr>
          <w:b w:val="0"/>
          <w:i w:val="0"/>
        </w:rPr>
        <w:t xml:space="preserve">Meanwhile, elsewhere at the show, Erica Jayes took the Beagle DCC with Rossut Zavier At Sandylands. Also in the beagle ring, David Craig had a good day, taking RBCC with Ch Davricard Bianca, and BP with Davricard Madonna, who also went G3. </w:t>
      </w:r>
    </w:p>
    <w:p>
      <w:r>
        <w:rPr>
          <w:b w:val="0"/>
          <w:i w:val="0"/>
        </w:rPr>
        <w:t xml:space="preserve">Over in the Norwich Terrier ring, RBCC went to Barry Bracknerâ€™s Ragus Sunday Girl For Brupurhat. </w:t>
      </w:r>
    </w:p>
    <w:p>
      <w:r>
        <w:rPr>
          <w:b w:val="0"/>
          <w:i w:val="0"/>
        </w:rPr>
        <w:t xml:space="preserve">Rich Stafford was very pleased to see his BOB from a huge pointer entry take G1 and go on to win RBIS. </w:t>
      </w:r>
    </w:p>
    <w:p>
      <w:r>
        <w:rPr>
          <w:b w:val="0"/>
          <w:i w:val="0"/>
        </w:rPr>
        <w:t xml:space="preserve">At Midland Counties Open Show, the judge was Wendy Southwell. BD &amp; BIS was Andy and Jo Metcalfes Baileydale Puff Daddy. RBD was Caroline Edwards Kimbajak Royal Mint. BPD was a very delighted Mrs Hill with Kenbloom Let Somebody Know, both dog and owner attending their very first show.  BVD, and retiring from the show ring today after a long and successful career , was Linda Haslamâ€™s Manorwell Buckskin At Lynquest. BB &amp; BOS was Judith Charltons Foxrush Hermione. RBB was Jessica Elvidgeâ€™s Pevensieâ€™s Queen Lucy. BPB went to Judith Charltons Foxrush Hope So JW, who also went BP. BVB&amp; BVIS was Carol Reynolds Carromer Shimmering In Pink. It was Lovely to see Carol, and good to hear that Mervynâ€™s health is stable. BMP was Nic Hutchinson with her new baby, Rocheby Highland Fling, and BBP was Chris Bailiss with her adorable little baby girl, Tissalian Juliette. </w:t>
      </w:r>
    </w:p>
    <w:p>
      <w:r>
        <w:rPr>
          <w:b w:val="0"/>
          <w:i w:val="0"/>
        </w:rPr>
        <w:t xml:space="preserve">I was talking to a friend at Birmingham who has just made up a champion dog, (not a labrador). This friend didnâ€™t breed the dog in question, but has had him from a puppy, and campaigned him to his title. This dog has a very distinguished pedigree, and could offer a great deal to his breed. However, his breeder refuses point blank to lift the endorsements. The owner has had all the necessary health checks for the breed. The dog has passed with flying colours, and would prove to be a huge asset. Now I donâ€™t know about you, but to me that seems to be, not only a very harsh decision, but it indicates a breeder who doesnâ€™t really care about the breed. Maybe the breeder is upset that they werenâ€™t on the other end of the lead guiding this dog to its title. Maybe they donâ€™t want the owner to get any more glory than is absolutely necessary. Whatever the reason, to deny a breed that you claim to love the opportunity to have the use of such a dog, smacks to me of sheer spite. Iâ€™m only pleased this person doesnâ€™t have Labradors. </w:t>
      </w:r>
    </w:p>
    <w:p>
      <w:r>
        <w:rPr>
          <w:b w:val="0"/>
          <w:i w:val="0"/>
        </w:rPr>
        <w:t xml:space="preserve">Excellent news on Facebook. We hear that a prolific breeder of Silver, so-called Labradors, Technicoat,  have decided to retire from breeding when their licence runs out. They still have 17 week old puppies from their last litter that they are unable to sell, and they complain that people get in touch, and then donâ€™t follow it up. Our Breed Council Dilute Sub Committee have worked tirelessly to educate the public. They seem to be getting through. So a big thank you to Fiona Braddon, Marion Hopkinson, David Coode, Erica Jayes, Lesley Dantinnes, Anne Beckley and Adam Mair. We are truly grateful for the work that you continue to do behind the scenes, and I know that you will not rest until Silvers and the other dilutes are no longer accepted for RKC registration. </w:t>
      </w:r>
    </w:p>
    <w:p>
      <w:r>
        <w:rPr>
          <w:b w:val="0"/>
          <w:i w:val="0"/>
        </w:rPr>
        <w:t>Elaine Grummitt</w:t>
      </w:r>
    </w:p>
    <w:p>
      <w:r>
        <w:rPr>
          <w:b w:val="0"/>
          <w:i w:val="0"/>
        </w:rP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