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- 25/11/2016 - ISSUE"</w:t>
      </w:r>
      <w:r>
        <w:br/>
      </w:r>
      <w:r>
        <w:rPr>
          <w:b w:val="0"/>
          <w:i w:val="0"/>
        </w:rPr>
        <w:br/>
        <w:t>date_original: "25/11/2016 - ISSUE"</w:t>
      </w:r>
      <w:r>
        <w:br/>
      </w:r>
      <w:r>
        <w:rPr>
          <w:b w:val="0"/>
          <w:i w:val="0"/>
        </w:rPr>
        <w:br/>
        <w:t>source_url: "https://www.ourdogs.co.uk/members/breednotes/RetrieverLabradorMain.php"</w:t>
      </w:r>
      <w:r>
        <w:br/>
      </w:r>
      <w:r>
        <w:rPr>
          <w:b w:val="0"/>
          <w:i w:val="0"/>
        </w:rPr>
        <w:br/>
        <w:t>scraped_at: "2026-09-13T15:27:23"</w:t>
      </w:r>
      <w:r>
        <w:br/>
      </w:r>
      <w:r>
        <w:rPr>
          <w:b w:val="0"/>
          <w:i w:val="0"/>
        </w:rPr>
        <w:br/>
        <w:t>word_count: 893</w:t>
      </w:r>
    </w:p>
    <w:p>
      <w:r>
        <w:t>――――――――――――――――――――――――――――――</w:t>
      </w:r>
    </w:p>
    <w:p>
      <w:r>
        <w:rPr>
          <w:b w:val="0"/>
          <w:i w:val="0"/>
        </w:rPr>
        <w:t>NEWS MEMBERS' AREA SHOP SUBSCRIBE UPCOMING SHOWS MORE</w:t>
      </w:r>
    </w:p>
    <w:p>
      <w:r>
        <w:rPr>
          <w:b w:val="0"/>
          <w:i w:val="0"/>
        </w:rPr>
        <w:t>RETRIEVER LABRADOR</w:t>
      </w:r>
    </w:p>
    <w:p>
      <w:r>
        <w:rPr>
          <w:b w:val="0"/>
          <w:i w:val="0"/>
        </w:rPr>
        <w:t>Issue: 25/11/2016</w:t>
      </w:r>
    </w:p>
    <w:p>
      <w:r>
        <w:rPr>
          <w:b w:val="0"/>
          <w:i w:val="0"/>
        </w:rPr>
        <w:t xml:space="preserve">All the jolly, cuddly members of my litter of nine black pups are microchipped and at 8 weeks are ready for their new homes. Their mother Georgiana is pretending they are not hers and blanks them as an imaginary bad dream, whilst their two thirteen year old Great Aunts who reside in the kitchen think they are delightful and deserving of much love and attention. </w:t>
      </w:r>
    </w:p>
    <w:p>
      <w:r>
        <w:rPr>
          <w:b w:val="0"/>
          <w:i w:val="0"/>
        </w:rPr>
        <w:t>As ever, what hard work it has been, never ending feeding and cleaning, but so rewarding, they are so beautiful to look at and so happy, confident and trusting with such melting expressions in their shapely black faces.</w:t>
      </w:r>
    </w:p>
    <w:p>
      <w:r>
        <w:rPr>
          <w:b w:val="0"/>
          <w:i w:val="0"/>
        </w:rPr>
        <w:t xml:space="preserve">As leaving time draws near everything was going swimmingly with the ABS paperwork, KC Reg, Health Test records of Sire and Dam, Rearing instructions, worming certificate, Pedigree , insurance, all assembled and inserted into the ABS purple folder, until that is, it came to the point of including the PETLOG microchip transfer  information. </w:t>
      </w:r>
    </w:p>
    <w:p>
      <w:r>
        <w:rPr>
          <w:b w:val="0"/>
          <w:i w:val="0"/>
        </w:rPr>
        <w:t xml:space="preserve">Arggh it was impossible. I gave up in the end. </w:t>
      </w:r>
    </w:p>
    <w:p>
      <w:r>
        <w:rPr>
          <w:b w:val="0"/>
          <w:i w:val="0"/>
        </w:rPr>
        <w:t>Petlog, as it appeared to me for nearly two hours of struggling on Sunday 20th November has to be the worst, most un-user friendly, difficult to use website ever running, or more correctly not running. In conversation with other breeders I gather most like me think it is the last straw. It has to have been designed for use by a computer genius, certainly not a dog breeder of senior years!</w:t>
      </w:r>
    </w:p>
    <w:p>
      <w:r>
        <w:rPr>
          <w:b w:val="0"/>
          <w:i w:val="0"/>
        </w:rPr>
        <w:t>I have worked my socks off over the previous eight weeks rearing the puppies to the very best of my abilities, yet those hundreds of hours lovingly spent caring for the pups dwindled into insignificance when I encountered the PETLOG site. In the end, after fiddling around with no progress at all for nearly the whole afternoon, I gave up. I look forward to receiving some Petlog correspondence through the post if they still do that these days.</w:t>
      </w:r>
    </w:p>
    <w:p>
      <w:r>
        <w:rPr>
          <w:b w:val="0"/>
          <w:i w:val="0"/>
        </w:rPr>
        <w:t>In the past each customer had their puppy microchipped when it was vaccinated. Now things have changed and we breeders have to microchip the puppy before the sale, not in the customer's name, but in the breeder's name.</w:t>
      </w:r>
    </w:p>
    <w:p>
      <w:r>
        <w:rPr>
          <w:b w:val="0"/>
          <w:i w:val="0"/>
        </w:rPr>
        <w:t>In theory the customer then contacts Petlog online to transfer the microchip details of their new puppy into their name. This is free if they pay to transfer the puppys KC registration into their own name at the same time, (which many customers never do), however if they don't do the transfer they have to pay again to register the microchip transfer. So they are paying twice.</w:t>
      </w:r>
    </w:p>
    <w:p>
      <w:r>
        <w:rPr>
          <w:b w:val="0"/>
          <w:i w:val="0"/>
        </w:rPr>
        <w:t xml:space="preserve">Petlog had sent me confirming emails the previous week when the pups were all microchipped. It should have been a simple operation to download the paperwork for the customers, but it was mind-blowingly utterly, annoyingly fruitless! </w:t>
      </w:r>
    </w:p>
    <w:p>
      <w:r>
        <w:rPr>
          <w:b w:val="0"/>
          <w:i w:val="0"/>
        </w:rPr>
        <w:t xml:space="preserve">To start with, although the emails from Petlog were downloaded onto my iPad, it was impossible for the iPad to open any of the prompts. </w:t>
      </w:r>
    </w:p>
    <w:p>
      <w:r>
        <w:rPr>
          <w:b w:val="0"/>
          <w:i w:val="0"/>
        </w:rPr>
        <w:t xml:space="preserve">Next, it kept telling me my phone number was wrong. Ive used it for a long time! </w:t>
      </w:r>
    </w:p>
    <w:p>
      <w:r>
        <w:rPr>
          <w:b w:val="0"/>
          <w:i w:val="0"/>
        </w:rPr>
        <w:t>Then my password was too short, too long, not enough capital letters, too many numbers. How annoying is that? I must have put in umpteen different passwords which weren't suitable.</w:t>
      </w:r>
    </w:p>
    <w:p>
      <w:r>
        <w:rPr>
          <w:b w:val="0"/>
          <w:i w:val="0"/>
        </w:rPr>
        <w:t xml:space="preserve">How much time did it think I had to spare before the pups got fed and cleaned again? </w:t>
      </w:r>
    </w:p>
    <w:p>
      <w:r>
        <w:rPr>
          <w:b w:val="0"/>
          <w:i w:val="0"/>
        </w:rPr>
        <w:t xml:space="preserve">In desperation I abandoned the iPad as I needed the transfer details for the following morning.  I switched on the computer, maybe PETLOG would work there? </w:t>
      </w:r>
    </w:p>
    <w:p>
      <w:r>
        <w:rPr>
          <w:b w:val="0"/>
          <w:i w:val="0"/>
        </w:rPr>
        <w:t>Ah, Yes. A reaction.</w:t>
      </w:r>
    </w:p>
    <w:p>
      <w:r>
        <w:rPr>
          <w:b w:val="0"/>
          <w:i w:val="0"/>
        </w:rPr>
        <w:t xml:space="preserve">"Welcome to Petlog Basic" </w:t>
      </w:r>
    </w:p>
    <w:p>
      <w:r>
        <w:rPr>
          <w:b w:val="0"/>
          <w:i w:val="0"/>
        </w:rPr>
        <w:t>I read down and clicked at the relevant point. It looked like I was in business. Here goes. Insert email addressâ€¦. I did that.</w:t>
      </w:r>
    </w:p>
    <w:p>
      <w:r>
        <w:rPr>
          <w:b w:val="0"/>
          <w:i w:val="0"/>
        </w:rPr>
        <w:t>"Email address already in use". Of course it is, it's me using it. It went back to the beginning. "Insert Title". I followed the prompts, name address, email address.</w:t>
      </w:r>
    </w:p>
    <w:p>
      <w:r>
        <w:rPr>
          <w:b w:val="0"/>
          <w:i w:val="0"/>
        </w:rPr>
        <w:t>"Email address already in use". Yes I know. I switched off!</w:t>
      </w:r>
    </w:p>
    <w:p>
      <w:r>
        <w:rPr>
          <w:b w:val="0"/>
          <w:i w:val="0"/>
        </w:rPr>
        <w:t>After nearly two hours fiddling I had got absolutely nowhere and completely gave up in disgust. Petlog has won my prize for the best, most un-user friendly site ever running! At some point my customers will surely be able to add their own details but until then, I remain the official listed owner of nine Labrador puppies should they ever go walkabout. Hopefully maybe something will eventually turn up in the post and we can get on with things!</w:t>
      </w:r>
    </w:p>
    <w:p>
      <w:r>
        <w:rPr>
          <w:b w:val="0"/>
          <w:i w:val="0"/>
        </w:rPr>
        <w:t>Whilst having a KC gripe, having listened to the now rather antiquated pre-recorded KC phone message " Your call IS IMPORTANT to us" about a hundred annoying repeats the other morning when I was trying to get through to the KC Registration Dept, I would like to suggest that it is redone. It is so utterly annoying! If the call was important, someone would answer it!</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