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- 20/06/2014 - ISSUE"</w:t>
      </w:r>
      <w:r>
        <w:br/>
      </w:r>
      <w:r>
        <w:rPr>
          <w:b w:val="0"/>
          <w:i w:val="0"/>
        </w:rPr>
        <w:br/>
        <w:t>date_original: "20/06/2014 - ISSUE"</w:t>
      </w:r>
      <w:r>
        <w:br/>
      </w:r>
      <w:r>
        <w:rPr>
          <w:b w:val="0"/>
          <w:i w:val="0"/>
        </w:rPr>
        <w:br/>
        <w:t>source_url: "https://www.ourdogs.co.uk/members/breednotes/RetrieverLabradorMain.php"</w:t>
      </w:r>
      <w:r>
        <w:br/>
      </w:r>
      <w:r>
        <w:rPr>
          <w:b w:val="0"/>
          <w:i w:val="0"/>
        </w:rPr>
        <w:br/>
        <w:t>scraped_at: "2026-09-13T15:33:56"</w:t>
      </w:r>
      <w:r>
        <w:br/>
      </w:r>
      <w:r>
        <w:rPr>
          <w:b w:val="0"/>
          <w:i w:val="0"/>
        </w:rPr>
        <w:br/>
        <w:t>word_count: 1079</w:t>
      </w:r>
    </w:p>
    <w:p>
      <w:r>
        <w:t>――――――――――――――――――――――――――――――</w:t>
      </w:r>
    </w:p>
    <w:p>
      <w:r>
        <w:rPr>
          <w:b w:val="0"/>
          <w:i w:val="0"/>
        </w:rPr>
        <w:t>NEWS MEMBERS' AREA SHOP SUBSCRIBE UPCOMING SHOWS MORE</w:t>
      </w:r>
    </w:p>
    <w:p>
      <w:r>
        <w:rPr>
          <w:b w:val="0"/>
          <w:i w:val="0"/>
        </w:rPr>
        <w:t>RETRIEVER LABRADOR</w:t>
      </w:r>
    </w:p>
    <w:p>
      <w:r>
        <w:rPr>
          <w:b w:val="0"/>
          <w:i w:val="0"/>
        </w:rPr>
        <w:t>Issue: 20/06/2014</w:t>
      </w:r>
    </w:p>
    <w:p>
      <w:r>
        <w:rPr>
          <w:b w:val="0"/>
          <w:i w:val="0"/>
        </w:rPr>
        <w:t>The Labrador Retriever Club held their annual championship show at the Sports Connection, Ryton, near Coventry on June 14th. This was the first show for new Secretary Rachel Williams and all appeared to go very smoothly indeed. Well done.</w:t>
      </w:r>
    </w:p>
    <w:p>
      <w:r>
        <w:rPr>
          <w:b w:val="0"/>
          <w:i w:val="0"/>
        </w:rPr>
        <w:t>There was a numerically excellent entry of 374 dogs and bitches for the two judges, Alan Taylor (Dogs) and Barry Rooth (Bitches). It was a most pleasant day; comfortably sitting ringside, watching the judging and I was pleased to see all the dogs were moved at the ideal Labrador speed throughout the day.</w:t>
      </w:r>
    </w:p>
    <w:p>
      <w:r>
        <w:rPr>
          <w:b w:val="0"/>
          <w:i w:val="0"/>
        </w:rPr>
        <w:t>The weather was dry and occasionally overcast; neither too hot nor too cold. The outside  grass rings were mown to perfection and surrounded by attractive low level picket fencing.</w:t>
      </w:r>
    </w:p>
    <w:p>
      <w:r>
        <w:rPr>
          <w:b w:val="0"/>
          <w:i w:val="0"/>
        </w:rPr>
        <w:t xml:space="preserve">Some well-organised exhibitors had colourful gazebos attached to their cars which were parked adjacent to the rings and thus their dogs rested in their own private shade throughout the day. There were plenty of well-respected visitors to the show, amongst them, former Labrador Club Secretary Jo and Derek Coulson, who both seemed in great form.  </w:t>
      </w:r>
    </w:p>
    <w:p>
      <w:r>
        <w:rPr>
          <w:b w:val="0"/>
          <w:i w:val="0"/>
        </w:rPr>
        <w:t>The Lab Club winners were Dog CC and Best in Show, looking in full bloom and on top form, the Hodge familys black Ch Naiken Zephyr JW. The Dog RCC was won by the Browns yellow Sh Ch Brighton Sarracenia. The Bitch CC was won by Judith Charltons yellow, Sh Ch Foxrush Remember the Time JW whilst the Bitch RCC went to the Metcalfes yellow, Baileydale Miss Giggles JW. Best Puppy was the Parrotts bitch Lougin Lyin Eyes.</w:t>
      </w:r>
    </w:p>
    <w:p>
      <w:r>
        <w:rPr>
          <w:b w:val="0"/>
          <w:i w:val="0"/>
        </w:rPr>
        <w:t xml:space="preserve">All in all a very pleasant day out apart from my naughty minor puppy slipping her brand new leather show lead in the numerically large Minor Puppy Bitch class.  </w:t>
      </w:r>
    </w:p>
    <w:p>
      <w:r>
        <w:rPr>
          <w:b w:val="0"/>
          <w:i w:val="0"/>
        </w:rPr>
        <w:t xml:space="preserve">The last but one to be seen by the judge, she decided otherwise. She had far more sociable ideas in mind. Just as the judge was about to go over her, she managed to escape the gleaming  new lead and free at last, rushed off happily to greet all the other exhibits in the class with huge enthusiasm and much wagging. As the end of the class was approaching all the other pups, her new-found friends, were standing perfectly for their handlers and showing their socks off like professional minor puppy show dogs ought to do. She soon put paid to that uniform order!  </w:t>
      </w:r>
    </w:p>
    <w:p>
      <w:r>
        <w:rPr>
          <w:b w:val="0"/>
          <w:i w:val="0"/>
        </w:rPr>
        <w:t>"Hello, Hello, Hello, lovely dog, Hello, another lovely dog, Oooh Hello, another one; Ohhh</w:t>
      </w:r>
    </w:p>
    <w:p>
      <w:r>
        <w:rPr>
          <w:b w:val="0"/>
          <w:i w:val="0"/>
        </w:rPr>
        <w:t>moreâ€¦Isnt this just greatâ€¦"</w:t>
      </w:r>
    </w:p>
    <w:p>
      <w:r>
        <w:rPr>
          <w:b w:val="0"/>
          <w:i w:val="0"/>
        </w:rPr>
        <w:t>Oh the embarrassment! It certainly gave everyone ringside a giggle to see the 2014 Crufts judge making an absolute hash of handling a puppy!</w:t>
      </w:r>
    </w:p>
    <w:p>
      <w:r>
        <w:rPr>
          <w:b w:val="0"/>
          <w:i w:val="0"/>
        </w:rPr>
        <w:t xml:space="preserve">Duly caught, lassoed, apologies given to the well trained ones, she was once again presented to the judge; sadly I think we had pushed our luck too far and blown our chances! More ring training beckons plus I shall revert to my very old trusty show lead in future.  </w:t>
      </w:r>
    </w:p>
    <w:p>
      <w:r>
        <w:rPr>
          <w:b w:val="0"/>
          <w:i w:val="0"/>
        </w:rPr>
        <w:t xml:space="preserve">As the sun went down on the Lab Club show many keen exhibitors were already well on their way north, making the long journey to the next day's show,  Border Union championship show held at the beautiful Kelso showground in the Scottish Borders. Here, the judge was, Andy Metcalfe, judging Labradors at CC level for the first time.  </w:t>
      </w:r>
    </w:p>
    <w:p>
      <w:r>
        <w:rPr>
          <w:b w:val="0"/>
          <w:i w:val="0"/>
        </w:rPr>
        <w:t>What energy. Andy showed all the previous day at the Lab Club, won the Bitch RCC so had to stay right to the bitter end, then finally packed up the car and drove from Coventry all the way to Scotland where, after presumably only a few hours sleep, he judged an entry of 156 Labradors for his most prestigious first time.</w:t>
      </w:r>
    </w:p>
    <w:p>
      <w:r>
        <w:rPr>
          <w:b w:val="0"/>
          <w:i w:val="0"/>
        </w:rPr>
        <w:t>It was a grand, successful weekend for those with enough energy to attend both events, would that I still had the same energy! At least the majority of winners came from Scotland and Northern England, so the journey home would not be too over taxing. The Dog CC went the Browns young yellow, Sh Ch Brighton Sarracenia who had won the Dog RCC the day before at the Lab Club. The dog RCC was Diana Downeys yellow Tullochmohr Gibbs, winner of Limit Dog at the Lab Club. The Bitch CC went to Mr and Mrs Ian Dawsons yellow, Sh Ch Beskerby Larksong JW, who had won the Bitch RCC at the Lab Club the day before and the Bitch RCC to Mary O'Donaghue's yellow Ir Sh Ch Phillipstown Atlantic Breeze who had won the previous days Yearling class. Best puppy in Breed was the yellow bitch belonging to Shaun Williamson, Sharouns Nostalgia.</w:t>
      </w:r>
    </w:p>
    <w:p>
      <w:r>
        <w:rPr>
          <w:b w:val="0"/>
          <w:i w:val="0"/>
        </w:rPr>
        <w:t>David Coode kindly sent in the following which may raise an eyebrow, a grumpy hackle, or a wise and knowing smile.</w:t>
      </w:r>
    </w:p>
    <w:p>
      <w:r>
        <w:rPr>
          <w:b w:val="0"/>
          <w:i w:val="0"/>
        </w:rPr>
        <w:t>Still Learningâ€¦..</w:t>
      </w:r>
    </w:p>
    <w:p>
      <w:r>
        <w:rPr>
          <w:b w:val="0"/>
          <w:i w:val="0"/>
        </w:rPr>
        <w:t>'How long have you been in dogs?'</w:t>
      </w:r>
    </w:p>
    <w:p>
      <w:r>
        <w:rPr>
          <w:b w:val="0"/>
          <w:i w:val="0"/>
        </w:rPr>
        <w:t>I asked the old dear at the show</w:t>
      </w:r>
    </w:p>
    <w:p>
      <w:r>
        <w:rPr>
          <w:b w:val="0"/>
          <w:i w:val="0"/>
        </w:rPr>
        <w:t>'Forty odd years and more' she replied</w:t>
      </w:r>
    </w:p>
    <w:p>
      <w:r>
        <w:rPr>
          <w:b w:val="0"/>
          <w:i w:val="0"/>
        </w:rPr>
        <w:t>"Then there's not much that you wouldn't know"</w:t>
      </w:r>
    </w:p>
    <w:p>
      <w:r>
        <w:rPr>
          <w:b w:val="0"/>
          <w:i w:val="0"/>
        </w:rPr>
        <w:t>'I'm still learning' she said, 'I'm still learning'</w:t>
      </w:r>
    </w:p>
    <w:p>
      <w:r>
        <w:rPr>
          <w:b w:val="0"/>
          <w:i w:val="0"/>
        </w:rPr>
        <w:t xml:space="preserve">And it made me ponder a while  </w:t>
      </w:r>
    </w:p>
    <w:p>
      <w:r>
        <w:rPr>
          <w:b w:val="0"/>
          <w:i w:val="0"/>
        </w:rPr>
        <w:t>On those who know it all in three months,</w:t>
      </w:r>
    </w:p>
    <w:p>
      <w:r>
        <w:rPr>
          <w:b w:val="0"/>
          <w:i w:val="0"/>
        </w:rPr>
        <w:t>And I gave her a ghost of a smile</w:t>
      </w:r>
    </w:p>
    <w:p>
      <w:r>
        <w:rPr>
          <w:b w:val="0"/>
          <w:i w:val="0"/>
        </w:rPr>
        <w:t>You could tell she'd have none of the new-fangled</w:t>
      </w:r>
    </w:p>
    <w:p>
      <w:r>
        <w:rPr>
          <w:b w:val="0"/>
          <w:i w:val="0"/>
        </w:rPr>
        <w:t>She was old fashioned right down to the core</w:t>
      </w:r>
    </w:p>
    <w:p>
      <w:r>
        <w:rPr>
          <w:b w:val="0"/>
          <w:i w:val="0"/>
        </w:rPr>
        <w:t>But I'll bet when judges gathered together</w:t>
      </w:r>
    </w:p>
    <w:p>
      <w:r>
        <w:rPr>
          <w:b w:val="0"/>
          <w:i w:val="0"/>
        </w:rPr>
        <w:t>Her name would rank up to the fore</w:t>
      </w:r>
    </w:p>
    <w:p>
      <w:r>
        <w:rPr>
          <w:b w:val="0"/>
          <w:i w:val="0"/>
        </w:rPr>
        <w:t xml:space="preserve">She would have hunted and shot over her dogs  </w:t>
      </w:r>
    </w:p>
    <w:p>
      <w:r>
        <w:rPr>
          <w:b w:val="0"/>
          <w:i w:val="0"/>
        </w:rPr>
        <w:t>Before most of us had even been born</w:t>
      </w:r>
    </w:p>
    <w:p>
      <w:r>
        <w:rPr>
          <w:b w:val="0"/>
          <w:i w:val="0"/>
        </w:rPr>
        <w:t xml:space="preserve">She'd sat with her dogs in the woods  </w:t>
      </w:r>
    </w:p>
    <w:p>
      <w:r>
        <w:rPr>
          <w:b w:val="0"/>
          <w:i w:val="0"/>
        </w:rPr>
        <w:t>And with them had scented the dawn</w:t>
      </w:r>
    </w:p>
    <w:p>
      <w:r>
        <w:rPr>
          <w:b w:val="0"/>
          <w:i w:val="0"/>
        </w:rPr>
        <w:t>She had bred, shown, paraded and judged</w:t>
      </w:r>
    </w:p>
    <w:p>
      <w:r>
        <w:rPr>
          <w:b w:val="0"/>
          <w:i w:val="0"/>
        </w:rPr>
        <w:t>She knew it all, outside from in</w:t>
      </w:r>
    </w:p>
    <w:p>
      <w:r>
        <w:rPr>
          <w:b w:val="0"/>
          <w:i w:val="0"/>
        </w:rPr>
        <w:t>'But I'm still learning' she said, I'm still learning'</w:t>
      </w:r>
    </w:p>
    <w:p>
      <w:r>
        <w:rPr>
          <w:b w:val="0"/>
          <w:i w:val="0"/>
        </w:rPr>
        <w:t>With her quiet, unobtrusive small grin</w:t>
      </w:r>
    </w:p>
    <w:p>
      <w:r>
        <w:rPr>
          <w:b w:val="0"/>
          <w:i w:val="0"/>
        </w:rPr>
        <w:t>So all we ringside Johnny-come-latelys</w:t>
      </w:r>
    </w:p>
    <w:p>
      <w:r>
        <w:rPr>
          <w:b w:val="0"/>
          <w:i w:val="0"/>
        </w:rPr>
        <w:t>All we experts who own just one pup</w:t>
      </w:r>
    </w:p>
    <w:p>
      <w:r>
        <w:rPr>
          <w:b w:val="0"/>
          <w:i w:val="0"/>
        </w:rPr>
        <w:t>Remember that old dear's forty years of 'still learning'</w:t>
      </w:r>
    </w:p>
    <w:p>
      <w:r>
        <w:rPr>
          <w:b w:val="0"/>
          <w:i w:val="0"/>
        </w:rPr>
        <w:t>And for goodness sake learn to shut up!</w:t>
      </w:r>
    </w:p>
    <w:p>
      <w:r>
        <w:rPr>
          <w:b w:val="0"/>
          <w:i w:val="0"/>
        </w:rPr>
        <w:t>Thank you David.</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