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- 07/10/2016 - ISSUE"</w:t>
      </w:r>
      <w:r>
        <w:br/>
      </w:r>
      <w:r>
        <w:rPr>
          <w:b w:val="0"/>
          <w:i w:val="0"/>
        </w:rPr>
        <w:br/>
        <w:t>date_original: "07/10/2016 - ISSUE"</w:t>
      </w:r>
      <w:r>
        <w:br/>
      </w:r>
      <w:r>
        <w:rPr>
          <w:b w:val="0"/>
          <w:i w:val="0"/>
        </w:rPr>
        <w:br/>
        <w:t>source_url: "https://www.ourdogs.co.uk/members/breednotes/RetrieverLabradorMain.php"</w:t>
      </w:r>
      <w:r>
        <w:br/>
      </w:r>
      <w:r>
        <w:rPr>
          <w:b w:val="0"/>
          <w:i w:val="0"/>
        </w:rPr>
        <w:br/>
        <w:t>scraped_at: "2026-09-13T15:27:46"</w:t>
      </w:r>
      <w:r>
        <w:br/>
      </w:r>
      <w:r>
        <w:rPr>
          <w:b w:val="0"/>
          <w:i w:val="0"/>
        </w:rPr>
        <w:br/>
        <w:t>word_count: 1171</w:t>
      </w:r>
    </w:p>
    <w:p>
      <w:r>
        <w:t>――――――――――――――――――――――――――――――</w:t>
      </w:r>
    </w:p>
    <w:p>
      <w:r>
        <w:rPr>
          <w:b w:val="0"/>
          <w:i w:val="0"/>
        </w:rPr>
        <w:t>NEWS MEMBERS' AREA SHOP SUBSCRIBE UPCOMING SHOWS MORE</w:t>
      </w:r>
    </w:p>
    <w:p>
      <w:r>
        <w:rPr>
          <w:b w:val="0"/>
          <w:i w:val="0"/>
        </w:rPr>
        <w:t>RETRIEVER LABRADOR</w:t>
      </w:r>
    </w:p>
    <w:p>
      <w:r>
        <w:rPr>
          <w:b w:val="0"/>
          <w:i w:val="0"/>
        </w:rPr>
        <w:t>Issue: 07/10/2016</w:t>
      </w:r>
    </w:p>
    <w:p>
      <w:r>
        <w:rPr>
          <w:b w:val="0"/>
          <w:i w:val="0"/>
        </w:rPr>
        <w:t>September closed and October arrived with a very busy four days for keen exhibitors. I was at home looking after four day old pups and their Mum. My decision last year of never having another Autumn litter not lasting very long. Anyway, I am now rewarded with just short of  another football team;  ten lovely even, black babies. My first ever all black litter. Six bitches and four dogs. Perfect, and all long time spoken for by previous owners wanting a repeat of their existing, much loved oldie, which is comforting, as the pups future is phappily assured.</w:t>
      </w:r>
    </w:p>
    <w:p>
      <w:r>
        <w:rPr>
          <w:b w:val="0"/>
          <w:i w:val="0"/>
        </w:rPr>
        <w:t>The Yellow Labrador Club Ch Show under the watchful eye of Secretary Sussie Wiles was held as usual on the final Wednesday of September at the Sports Connection, Coventry. Two days later, Driffield was held at Wetherby Racecourse followed the very next day by Northumberland and Durham Lab Club Ch show on Saturday.</w:t>
      </w:r>
    </w:p>
    <w:p>
      <w:r>
        <w:rPr>
          <w:b w:val="0"/>
          <w:i w:val="0"/>
        </w:rPr>
        <w:t>At the Yellows ( Open to all colours) from an entry of 210 with judges Anthony Allen (Dogs) and Agnes May Pollock ( Bitches) the winners were - Dog CC Sharon Lamberts yellow Sh Ch Mattand Exodus JW , Dog RCC Secret Moment at Alkamhurst. Bitch CC and Best in Show - Linda McGillivrays Antonine Honolulu and Bitch RCC - Brian and Trish Parrots black, Lougin Lyin Eyes.  Best Puppy was Lorraine Tooths Sandylands Over the Moon to Ludalor.</w:t>
      </w:r>
    </w:p>
    <w:p>
      <w:r>
        <w:rPr>
          <w:b w:val="0"/>
          <w:i w:val="0"/>
        </w:rPr>
        <w:t>At Driffield two days later with an entry of 138 under Penny Williams those taking top honours were - Dog CC David Coodes yellow Warringahs Perth, Dog RCC Shaun Williamsons yellow Sharouns Talk of the Town, Bitch CC and Best of Breed Shaun Williamsons Sharouns Pandora JW and Bitch RCC Anne Lavelles Crosscroyde Chouce Words JW. Best Puppy was Linda Thompsons Meadowline Mi Chico.</w:t>
      </w:r>
    </w:p>
    <w:p>
      <w:r>
        <w:rPr>
          <w:b w:val="0"/>
          <w:i w:val="0"/>
        </w:rPr>
        <w:t xml:space="preserve">The 162 Labradors entered at Northumberland and Durham LRC were judged by Linda McGillivray and  Trish Parrott. Here two exciting new champions were made up. The Dog CC was a third CC for Marion Hopkinsons yellow Rocheby Hornblower and the Bitch CC was a third CC for Shaun Williamsons yellow Sharouns Pandora JW. Many congratulations. The Dog RCC went to Ch Warringahs Perth  and the Bitch RCC to the Minor Puppy, Marion Hopkinsons yellow Hayley Sun in their Eyes at Rocheby, who by default was therefore Best Puppy in Show. </w:t>
      </w:r>
    </w:p>
    <w:p>
      <w:r>
        <w:rPr>
          <w:b w:val="0"/>
          <w:i w:val="0"/>
        </w:rPr>
        <w:t>In former years the Yellow Lab Club championship show was such a well attend affair. It held a special fondness in everyone's calendar , a must attend event. I recall the entry was well over 500 fir two judges when Marjorie Satterthwaite judged back in the 1980s/early 90s and in the years following similar numerically high entry numbers always prevailed. How things have changed in the last ten to fifteen years, numbers getting less and less.</w:t>
      </w:r>
    </w:p>
    <w:p>
      <w:r>
        <w:rPr>
          <w:b w:val="0"/>
          <w:i w:val="0"/>
        </w:rPr>
        <w:t xml:space="preserve">Entries these days are hard won by all societies, many breeders and exhibitors have become very selective or completely drifted away, rightly or wrongly tending to feel the playing field is far from level, the atmosphere is unfriendly, unwelcoming cliques appear to exist, some of the judging is slow and boring and well below par and the journey certainly not worth the time, effort or cost. Because of this, the popularity of shows has faded and Labrador entry numbers have dwindled massively. </w:t>
      </w:r>
    </w:p>
    <w:p>
      <w:r>
        <w:rPr>
          <w:b w:val="0"/>
          <w:i w:val="0"/>
        </w:rPr>
        <w:t>Repeating myself, many general open shows used to have 90 or more Labradors entered. Thats what my generation of exhibitors are used to. Certainly an entry of thirty was regarded as a wash out entry, twenty was an embarrassment. Now some Open shows just have a handful of Labrador entries, more often than not in single figures or even just one.  Whats the point in going to those shows when there is no competition and a non breed judge? If there is an up and coming breed judge how can he/she learn to compare one dog with another against the breed standard when he/she has so few quality animals to go over and the best type of Labrador they ought to be learning to appreciate  is probably not even attending! These learning judged are so often left to compare mediocracy, which is not easy in the first place and completely useless as a future judges training exercise.</w:t>
      </w:r>
    </w:p>
    <w:p>
      <w:r>
        <w:rPr>
          <w:b w:val="0"/>
          <w:i w:val="0"/>
        </w:rPr>
        <w:t>Regarding the low attendance, the latest fashion of self congratulatory Facebook comments about winning at these poorly attended shows is certainly causing great general annoyance. By all means celebrate a really well won acheivement against good competition but  isn't it a bit misleading to advertise amazing class wins or Best of Breeds without stating how many exhibits were in that particular class or the breed? What is happening at the moment is that everybody reads about the great wins, checks the results online afterwards and are left with a bad taste when they find they have been duped, it was no win at all; there was no competition, no one else was there in the class or maybe only two or three Labradors in the whole breed. If you only have to turn up to get Best of Breed, where's the satisfaction in advertising that? Please if you have a genuine win, not a wild card, that you wish your pals to know about, why not put how many others were in the class and have a joke about the award not being withheld if there was no one else there and we can all celebrate your day out with you. If its an entry of under ten well maybe just keep it private!</w:t>
      </w:r>
    </w:p>
    <w:p>
      <w:r>
        <w:rPr>
          <w:b w:val="0"/>
          <w:i w:val="0"/>
        </w:rPr>
        <w:t>Another sign of the times. Do be careful to remove valuables if leaving your car at shows. Thieves have evidently repeatedly ransacked exhibitors' vehicles at the Mastiff Association open show at Baginton Village Hall, near Coventry recently. That venue is just a stones throw from the Sports Connection. I also understand the same targeted thieving happened at the King Charles Spaniel Club Open Show at the same venue. This was despite the  show committee patrolling the car park every 30 minutes. Car windows were smashed and a passport, cash and credit cards evidently stolen from one exhibitors car. Another car which was broken into had its lock smashed, was searched but valuables had all been removed previously by the owner. Unfortunately the owner now has to pay to get her lock replaced. Other cars entered and robbed had been left with windows left ajar to provide air for dogs. The poor dog shows, everything seems to be going against them at the moment.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