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- 29/08/2014 - ISSUE"</w:t>
      </w:r>
      <w:r>
        <w:br/>
      </w:r>
      <w:r>
        <w:rPr>
          <w:b w:val="0"/>
          <w:i w:val="0"/>
        </w:rPr>
        <w:br/>
        <w:t>date_original: "29/08/2014 - ISSUE"</w:t>
      </w:r>
      <w:r>
        <w:br/>
      </w:r>
      <w:r>
        <w:rPr>
          <w:b w:val="0"/>
          <w:i w:val="0"/>
        </w:rPr>
        <w:br/>
        <w:t>source_url: "https://www.ourdogs.co.uk/members/breednotes/RetrieverLabradorMain.php"</w:t>
      </w:r>
      <w:r>
        <w:br/>
      </w:r>
      <w:r>
        <w:rPr>
          <w:b w:val="0"/>
          <w:i w:val="0"/>
        </w:rPr>
        <w:br/>
        <w:t>scraped_at: "2026-09-13T15:33:30"</w:t>
      </w:r>
      <w:r>
        <w:br/>
      </w:r>
      <w:r>
        <w:rPr>
          <w:b w:val="0"/>
          <w:i w:val="0"/>
        </w:rPr>
        <w:br/>
        <w:t>word_count: 1557</w:t>
      </w:r>
    </w:p>
    <w:p>
      <w:r>
        <w:t>――――――――――――――――――――――――――――――</w:t>
      </w:r>
    </w:p>
    <w:p>
      <w:r>
        <w:rPr>
          <w:b w:val="0"/>
          <w:i w:val="0"/>
        </w:rPr>
        <w:t>NEWS MEMBERS' AREA SHOP SUBSCRIBE UPCOMING SHOWS MORE</w:t>
      </w:r>
    </w:p>
    <w:p>
      <w:r>
        <w:rPr>
          <w:b w:val="0"/>
          <w:i w:val="0"/>
        </w:rPr>
        <w:t>RETRIEVER LABRADOR</w:t>
      </w:r>
    </w:p>
    <w:p>
      <w:r>
        <w:rPr>
          <w:b w:val="0"/>
          <w:i w:val="0"/>
        </w:rPr>
        <w:t>Issue: 29/08/2014</w:t>
      </w:r>
    </w:p>
    <w:p>
      <w:r>
        <w:rPr>
          <w:b w:val="0"/>
          <w:i w:val="0"/>
        </w:rPr>
        <w:t xml:space="preserve">Gundogs at Bournemouth championship show were scheduled for Monday 11th August. As it is the height of the holiday season and the show now staged at its new venue west of Bournemouth at Wnear Poole, I like many others drove down the previous day to avoid the workday traffic.  </w:t>
      </w:r>
    </w:p>
    <w:p>
      <w:r>
        <w:rPr>
          <w:b w:val="0"/>
          <w:i w:val="0"/>
        </w:rPr>
        <w:t xml:space="preserve">What a journey. My average speed shown on the car computer was 38mph, behind day trippers going off to the seaside!  </w:t>
      </w:r>
    </w:p>
    <w:p>
      <w:r>
        <w:rPr>
          <w:b w:val="0"/>
          <w:i w:val="0"/>
        </w:rPr>
        <w:t>Having been to shows at the old Bournemouth site many times, this was a first for me at the new Poole venue. I kept recalling that in the 1800's some of the original Labradors came by ship into Poole harbour, but actually I didn't see the harbour or in fact the sea. The area is somewhat more built up and busier these days, with criss-crossing dual carriageways to make sure you get lost. Three cheers for the Sat-nav!</w:t>
      </w:r>
    </w:p>
    <w:p>
      <w:r>
        <w:rPr>
          <w:b w:val="0"/>
          <w:i w:val="0"/>
        </w:rPr>
        <w:t xml:space="preserve">The grassy show site and adjacent carpark has great potential and with time and work will I am sure prove a success for the society which I gather own the ground.  </w:t>
      </w:r>
    </w:p>
    <w:p>
      <w:r>
        <w:rPr>
          <w:b w:val="0"/>
          <w:i w:val="0"/>
        </w:rPr>
        <w:t>The well mown grass rings adjacent to our benching tent were in a better state than many we have shown in this year. The weather on Gundog day was far better than forecast and apart from one heavy shower, the black clouds which threatened, decided to miss us and disappear, to be replaced by blue sky and sunshine. Our judge was Margaret Woods (Nunneyswood) and her winners were Dog CC, his first, and Best of Breed Tony Floyds yellow Trenow Plover. (Sh Ch Sandylands Pressed for Time x Trenow Lucetta) The Dog RCC went to David Coodes yellow, Warringahs Perth JW. (Ch Warringahs Gundaroo x Warringahs Camira Creek)</w:t>
      </w:r>
    </w:p>
    <w:p>
      <w:r>
        <w:rPr>
          <w:b w:val="0"/>
          <w:i w:val="0"/>
        </w:rPr>
        <w:t>A great thrill for me was winning a second CC from Open with my three year old yellow bitch, Martinstide Pastiche of Bowstones JW (Sh Ch Rocheby Statesman x Martinstide Patchwork). The Mills Lembas ChiquititaJW (Lembas Top Ranking x Carpenny Wonder with Lembas) won the RCC and Sharon Lamberts black dog Mattand Just One Look (Sh Ch Follies Ivgar x Mattand for Your Eyes Only) went Best Puppy.</w:t>
      </w:r>
    </w:p>
    <w:p>
      <w:r>
        <w:rPr>
          <w:b w:val="0"/>
          <w:i w:val="0"/>
        </w:rPr>
        <w:t>In the Stakes ring Becca Mills came 1st in YKC stakes judged by Jill Peak, with Lembas Thank'U for the Music at Jaybec, litter sister to Lembas Chiquitita, and 2nd in the YKC Handling under A Dixon. She has recently qualified at Bath  for the Pets as Therapy Final.</w:t>
      </w:r>
    </w:p>
    <w:p>
      <w:r>
        <w:rPr>
          <w:b w:val="0"/>
          <w:i w:val="0"/>
        </w:rPr>
        <w:t>Well done.</w:t>
      </w:r>
    </w:p>
    <w:p>
      <w:r>
        <w:rPr>
          <w:b w:val="0"/>
          <w:i w:val="0"/>
        </w:rPr>
        <w:t xml:space="preserve">Two days later United Retriever Club held their unbenched championship show at the KC  Building, Stoneleigh. I didn't enter as with a hip replacement but no disabled pass I find it so difficult and damaging on my own having to lug heavy metal crates for three or four dogs from the distant bumpy car park at Stoneleigh. It is irksome indeed that some who now appear to me to be fully functional but still manage to get disabled passes to use year in year out at dog shows from their Local Authorities are very lucky indeed!  </w:t>
      </w:r>
    </w:p>
    <w:p>
      <w:r>
        <w:rPr>
          <w:b w:val="0"/>
          <w:i w:val="0"/>
        </w:rPr>
        <w:t xml:space="preserve">Hopefully, committee members Lisa Finney and Alison Scutcher can put in a good word for the return of the benched show to Malvern where it has been staged so happily for exhibitors for very many years?  </w:t>
      </w:r>
    </w:p>
    <w:p>
      <w:r>
        <w:rPr>
          <w:b w:val="0"/>
          <w:i w:val="0"/>
        </w:rPr>
        <w:t xml:space="preserve">The judges were Oonagh Gore (Dogs) and Lorraine Tooth (Bitches). The winners were Dog CC David Coodes yellow Ch Warringah's Gundaroo. Dog RCC Mrs K Callenders black Parbuckle Blue Spruce.  </w:t>
      </w:r>
    </w:p>
    <w:p>
      <w:r>
        <w:rPr>
          <w:b w:val="0"/>
          <w:i w:val="0"/>
        </w:rPr>
        <w:t xml:space="preserve">Judith Charlton had a wonderful day and won the Bitch CC, Best of Breed and Best in Show with her yellow, Sh Ch Foxrush Remember the Time and also won Bes Puppy in Breed and and Best Puppy in Show with her yellow bitch Foxrush Limited Edition. This has to be a first time the same owner has bred and shown the BIS and the Best Puppy in Show. Many congratulations, Judith.  </w:t>
      </w:r>
    </w:p>
    <w:p>
      <w:r>
        <w:rPr>
          <w:b w:val="0"/>
          <w:i w:val="0"/>
        </w:rPr>
        <w:t>The Bitch RCC went to Trenow Primrose at Dolwen owned by the Ellis and Matulla family.</w:t>
      </w:r>
    </w:p>
    <w:p>
      <w:r>
        <w:rPr>
          <w:b w:val="0"/>
          <w:i w:val="0"/>
        </w:rPr>
        <w:t xml:space="preserve">On 16th September Val Tiller has an Optigen eye testing session. She writes "Optigen are offering 30% discount off DNA tests, at Val Tiller's next Optigen 20/20 Clinic, on Tuesday, 16th September, 2014, in Epsom, Surrey.  </w:t>
      </w:r>
    </w:p>
    <w:p>
      <w:r>
        <w:rPr>
          <w:b w:val="0"/>
          <w:i w:val="0"/>
        </w:rPr>
        <w:t>Labradors are invited to be DNA tested for prcd-PRA, RD/OSD and NARC. You may attend the clinic, or be a Postal Participant. Email: val.tiller@talk21.com or Tel: (01372) 273597, for full details and to book places."</w:t>
      </w:r>
    </w:p>
    <w:p>
      <w:r>
        <w:rPr>
          <w:b w:val="0"/>
          <w:i w:val="0"/>
        </w:rPr>
        <w:t>I am sorry to have to record the passing of Jan Gwinnett (Glosmere) after a short illness bravely borne.</w:t>
      </w:r>
    </w:p>
    <w:p>
      <w:r>
        <w:rPr>
          <w:b w:val="0"/>
          <w:i w:val="0"/>
        </w:rPr>
        <w:t>As the show year rushes by, entries for two of the Breed Club shows are closing very soon. The Yellow Labrador Club BENCHED (hooray) Championship show, Open to all colours of Labrador at The Sports Connection, Coventry on Wed 24th September closes online (Fosse Data) on Wed 3rd September. Judges are Dan Ericsson (Dogs) and Linda Sutcliffe (Bitches), Stakes - Michael Hewitt. Further information from Secretary - Sussie Wiles 01895 823227.</w:t>
      </w:r>
    </w:p>
    <w:p>
      <w:r>
        <w:rPr>
          <w:b w:val="0"/>
          <w:i w:val="0"/>
        </w:rPr>
        <w:t>Paper entries for KSS Lab Club Open show at Brookwood, Surrey, on 28th September where the breed judge is Amanda Stewart and Obedience judge is Mrs J Wood, close on 30th August and online at Fosse data on 7th September. Contact Alison Scutcher for more details 01255871489.</w:t>
      </w:r>
    </w:p>
    <w:p>
      <w:r>
        <w:rPr>
          <w:b w:val="0"/>
          <w:i w:val="0"/>
        </w:rPr>
        <w:t>Further details to those already sent to Members, regarding the Labrador Retriever Club Yearbook come from editors Andrew and Joanne Watson.</w:t>
      </w:r>
    </w:p>
    <w:p>
      <w:r>
        <w:rPr>
          <w:b w:val="0"/>
          <w:i w:val="0"/>
        </w:rPr>
        <w:t>"If we receive your kennel review before 31st October 2014 there will be no charge for extra photographs per page and bleed out to the edges. Please note that the Labrador Retriever Club Year Book editors are accepting black and white pages as well as colour. The closing date for the Year Book is the Monday straight after the LRC Open Show (17th November). We will be at the open show to collect any reviews should you prefer to deliver them there rather than email or post.</w:t>
      </w:r>
    </w:p>
    <w:p>
      <w:r>
        <w:rPr>
          <w:b w:val="0"/>
          <w:i w:val="0"/>
        </w:rPr>
        <w:t>Our email address is yearbook@thelabradorretieverclub.com or cuerdenlakelabradors.com.  We can also be reached by telephone on (01772) 491045."</w:t>
      </w:r>
    </w:p>
    <w:p>
      <w:r>
        <w:rPr>
          <w:b w:val="0"/>
          <w:i w:val="0"/>
        </w:rPr>
        <w:t>Pat Harrison has sent news of her recent trip to Australia.</w:t>
      </w:r>
    </w:p>
    <w:p>
      <w:r>
        <w:rPr>
          <w:b w:val="0"/>
          <w:i w:val="0"/>
        </w:rPr>
        <w:t>"I had the privilege of judging the bitches at the Labrador Retriever Club of Queensland's 50th anniversary show.  Dale Elliott judged the dogs.  The quality of the Labradors was excellent and Dale chose a lovely young black male, Ch Blackrange Sorcerer's Apprentice, as her Best Dog.  A couple of days earlier he had been BIS at the Labrador Retriever National Show under Gary Johnson, and I believe he has some UK breeding not too far back in his pedigree.</w:t>
      </w:r>
    </w:p>
    <w:p>
      <w:r>
        <w:rPr>
          <w:b w:val="0"/>
          <w:i w:val="0"/>
        </w:rPr>
        <w:t>My Best Bitch and BIS was a lovely two-and-a-half year old chocolate, Ch. Bemety Eliza whose sire is Ch. Oakhouse 'Ot Spell.  The Reserve CC winner was a black bitch, Grand Ch Kirkdell Dazzle N Delight by Ch. Tapeatom Easy Rider.</w:t>
      </w:r>
    </w:p>
    <w:p>
      <w:r>
        <w:rPr>
          <w:b w:val="0"/>
          <w:i w:val="0"/>
        </w:rPr>
        <w:t>Dale, Gary, Colin and I spent a few days in Brisbane after the show, amongst other things paying a visit to the Lone Pine Koala Sanctuary where we were able to "cuddle a koala"!  We then flew to Sydney where we stayed near the stunning Darling Harbour and visited the Blue Mountains.  The Club's hospitality while we were in Brisbane was much appreciated."</w:t>
      </w:r>
    </w:p>
    <w:p>
      <w:r>
        <w:rPr>
          <w:b w:val="0"/>
          <w:i w:val="0"/>
        </w:rPr>
        <w:t>Labradors at WKC at Builth on Sunday18th August were due to be judged by Frank Kane, under whom 180 dogs and bitches had been entered. Unfortunately, Frank was recovering from a tricky shoulder operation at the time and obviously unable to judge bouncing Labradors. Beth Sweigart from the US stood in as the emergency replacement judge. We wish Frank a speedy, pain free recovery.</w:t>
      </w:r>
    </w:p>
    <w:p>
      <w:r>
        <w:rPr>
          <w:b w:val="0"/>
          <w:i w:val="0"/>
        </w:rPr>
        <w:t>The days winners were Dog CC, Best of Breed and splendid Gundog Group 3 Yo and Roger Shirtons yellow Sh Ch Woolman Cadel JW. Dog RCC Mandy Stewarts yellow Streamanda Top Knotch JW</w:t>
      </w:r>
    </w:p>
    <w:p>
      <w:r>
        <w:rPr>
          <w:b w:val="0"/>
          <w:i w:val="0"/>
        </w:rPr>
        <w:t>The Bitch CC went to the Hodges black Ch Naiken Exclusive Dream JW AW and the Bitch RCC to Anthony Allen and Linda Hess's yellow Am Ch. Sh Ch Saltys Surfer  Girl of Tampa Bay. Best Puppy was Linda Majors yellow dog Linjor Chopin winning his Junior Warrant on the day at just eight months of age. Congratulations to you all.</w:t>
      </w:r>
    </w:p>
    <w:p>
      <w:r>
        <w:rPr>
          <w:b w:val="0"/>
          <w:i w:val="0"/>
        </w:rPr>
        <w:t>In the WKC Special Beginners Stakes, Sue White won 2nd under judge Annette Oliver with her yellow dog, Lunarpet Dawn Chorus (Posters Mr Postmanat Donacre x Lunarpet Moonlight and Roses). At Southern Counties with the same dog Sue won 2nd in the Open Stakes and at Dorset County Show they won three classes and Â£20 prize money. Well done; a good day out..</w:t>
      </w:r>
    </w:p>
    <w:p>
      <w:r>
        <w:rPr>
          <w:b w:val="0"/>
          <w:i w:val="0"/>
        </w:rPr>
        <w:t>Sue would also like to thank Chris and Claire Mills (Lembas) and all the judges who thought highly of her yellow bitch, Lembas Moonlight Sonata, who sadly passed away recently aged 13 years.</w:t>
      </w:r>
    </w:p>
    <w:p>
      <w:r>
        <w:rPr>
          <w:b w:val="0"/>
          <w:i w:val="0"/>
        </w:rPr>
        <w:t>Ann Britton</w:t>
      </w:r>
    </w:p>
    <w:p>
      <w:r>
        <w:rPr>
          <w:b w:val="0"/>
          <w:i w:val="0"/>
        </w:rPr>
        <w:t>01989720665</w:t>
      </w:r>
    </w:p>
    <w:p>
      <w:r>
        <w:rPr>
          <w:b w:val="0"/>
          <w:i w:val="0"/>
        </w:rPr>
        <w:t>email bowstones@bvtinternet.com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