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- 13/05/2022 - ISSUE"</w:t>
      </w:r>
      <w:r>
        <w:br/>
      </w:r>
      <w:r>
        <w:rPr>
          <w:b w:val="0"/>
          <w:i w:val="0"/>
        </w:rPr>
        <w:br/>
        <w:t>date_original: "13/05/2022 - ISSUE"</w:t>
      </w:r>
      <w:r>
        <w:br/>
      </w:r>
      <w:r>
        <w:rPr>
          <w:b w:val="0"/>
          <w:i w:val="0"/>
        </w:rPr>
        <w:br/>
        <w:t>source_url: "https://www.ourdogs.co.uk/members/breednotes/RetrieverLabradorMain.php"</w:t>
      </w:r>
      <w:r>
        <w:br/>
      </w:r>
      <w:r>
        <w:rPr>
          <w:b w:val="0"/>
          <w:i w:val="0"/>
        </w:rPr>
        <w:br/>
        <w:t>scraped_at: "2026-09-13T15:12:17"</w:t>
      </w:r>
      <w:r>
        <w:br/>
      </w:r>
      <w:r>
        <w:rPr>
          <w:b w:val="0"/>
          <w:i w:val="0"/>
        </w:rPr>
        <w:br/>
        <w:t>word_count: 1372</w:t>
      </w:r>
    </w:p>
    <w:p>
      <w:r>
        <w:t>――――――――――――――――――――――――――――――</w:t>
      </w:r>
    </w:p>
    <w:p>
      <w:r>
        <w:rPr>
          <w:b w:val="0"/>
          <w:i w:val="0"/>
        </w:rPr>
        <w:t>NEWS MEMBERS' AREA SHOP SUBSCRIBE UPCOMING SHOWS MORE</w:t>
      </w:r>
    </w:p>
    <w:p>
      <w:r>
        <w:rPr>
          <w:b w:val="0"/>
          <w:i w:val="0"/>
        </w:rPr>
        <w:t>RETRIEVER LABRADOR</w:t>
      </w:r>
    </w:p>
    <w:p>
      <w:r>
        <w:rPr>
          <w:b w:val="0"/>
          <w:i w:val="0"/>
        </w:rPr>
        <w:t>Issue: 13/05/2022</w:t>
      </w:r>
    </w:p>
    <w:p>
      <w:r>
        <w:rPr>
          <w:b w:val="0"/>
          <w:i w:val="0"/>
        </w:rPr>
        <w:t>Well what a fabulous treat of a day I had judging Labrador bitches at Birmingham National dog show on Saturday 7th May, the third day of the four-day 2022 show. We were blessed with perfect calm sunny weather, blue skies and white clouds overhead.</w:t>
      </w:r>
    </w:p>
    <w:p>
      <w:r>
        <w:rPr>
          <w:b w:val="0"/>
          <w:i w:val="0"/>
        </w:rPr>
        <w:t xml:space="preserve">Whilst I am now retired from my long show-planning stint with the National since George died, it was a first time actually judging there. As has been said in this column before, I initially helped with this show from my school-days, then planned my first solo National Dog show layout way back in 1985 at the NAC Stoneleigh before joining as a member of that esteemed committee in 1989 for the next 23 years. I prepared the National layouts annually at various show sites all around the Midlands culminating in the current arrangements at Stafford County Showground. </w:t>
      </w:r>
    </w:p>
    <w:p>
      <w:r>
        <w:rPr>
          <w:b w:val="0"/>
          <w:i w:val="0"/>
        </w:rPr>
        <w:t xml:space="preserve">It was so kind of the committee to ask me to judge the Labrador bitches at the 2022 show and a pleasure to test out my own ring-layout, with Labradors benched in the lofty Pavilion with trackway underfoot, and exhibited in the first of the in and out rings (nearest the car park), with only a short distance to the indoor facilities (loos). No one can say I didnÃ¢â‚¬â„¢t look after the comforts of the numerically large breeds. Better to get them all benched quickly as a breed rather than having them wandering about to the far end of the pavilion. </w:t>
      </w:r>
    </w:p>
    <w:p>
      <w:r>
        <w:rPr>
          <w:b w:val="0"/>
          <w:i w:val="0"/>
        </w:rPr>
        <w:t xml:space="preserve">There was a lovely entry of just under 200 dogs and bitches, the top breed entry of the whole four day show and a great entry for current times. </w:t>
      </w:r>
    </w:p>
    <w:p>
      <w:r>
        <w:rPr>
          <w:b w:val="0"/>
          <w:i w:val="0"/>
        </w:rPr>
        <w:t xml:space="preserve">Chris Mills (Lembas) judged the dogs (74), and I judged the bitches (120). </w:t>
      </w:r>
    </w:p>
    <w:p>
      <w:r>
        <w:rPr>
          <w:b w:val="0"/>
          <w:i w:val="0"/>
        </w:rPr>
        <w:t xml:space="preserve">The start of judging was slightly delayed as massive roadworks, replacing a complete bridge over the M6 motorway at Junction 10, caused long hold-ups throughout the weekend; in fact it added an extra 1 1/2 hours to my journey to and from the show. </w:t>
      </w:r>
    </w:p>
    <w:p>
      <w:r>
        <w:rPr>
          <w:b w:val="0"/>
          <w:i w:val="0"/>
        </w:rPr>
        <w:t xml:space="preserve">I have awarded CCs to Labradors for very many years now but have to say the quality of the bitches on display at this 2020 show was universally amongst the highest. </w:t>
      </w:r>
    </w:p>
    <w:p>
      <w:r>
        <w:rPr>
          <w:b w:val="0"/>
          <w:i w:val="0"/>
        </w:rPr>
        <w:t xml:space="preserve">Class upon class were filled with correctly made and soundly moving bitches turned out to perfection. </w:t>
      </w:r>
    </w:p>
    <w:p>
      <w:r>
        <w:rPr>
          <w:b w:val="0"/>
          <w:i w:val="0"/>
        </w:rPr>
        <w:t xml:space="preserve">The breed mantra of old, which stipulated that when selecting a correct Labrador, the three vital main individual breed points to be covered above all, apart from construction and sound movement should include Ã¢â‚¬Å"the typical pleasing chiselled head and gentle expression with no sign of coarseness or bullishness; a harsh double coat with a good undercoat and a roundly clothed otter tailÃ¢â‚¬Â. These were found amongst the bitches in plenty. </w:t>
      </w:r>
    </w:p>
    <w:p>
      <w:r>
        <w:rPr>
          <w:b w:val="0"/>
          <w:i w:val="0"/>
        </w:rPr>
        <w:t xml:space="preserve">The heads were feminine kind and correct; trusting brown eyes were in the majority, coats were in fine fettle for the time of year and as for tails, I have never seen so many happily wagging otter tails gathered at the same Labrador event in all my years. </w:t>
      </w:r>
    </w:p>
    <w:p>
      <w:r>
        <w:rPr>
          <w:b w:val="0"/>
          <w:i w:val="0"/>
        </w:rPr>
        <w:t xml:space="preserve">My line up contained some really top drawer Labrador bitches. So good for the future after the recent horrible Covid isolation years. </w:t>
      </w:r>
    </w:p>
    <w:p>
      <w:r>
        <w:rPr>
          <w:b w:val="0"/>
          <w:i w:val="0"/>
        </w:rPr>
        <w:t xml:space="preserve">As one goes through the classes those extra special ones with that certain something about them catch your eye and so it was with the Mid Limit Bitch class. My eye was constantly drawn to an unknown to me, young yellow bitch. I prayed she was as good to go over as she was to study and on the move. </w:t>
      </w:r>
    </w:p>
    <w:p>
      <w:r>
        <w:rPr>
          <w:b w:val="0"/>
          <w:i w:val="0"/>
        </w:rPr>
        <w:t xml:space="preserve">Hooray! She was! </w:t>
      </w:r>
    </w:p>
    <w:p>
      <w:r>
        <w:rPr>
          <w:b w:val="0"/>
          <w:i w:val="0"/>
        </w:rPr>
        <w:t xml:space="preserve">Time came for awarding the ticket. What a great line up! </w:t>
      </w:r>
    </w:p>
    <w:p>
      <w:r>
        <w:rPr>
          <w:b w:val="0"/>
          <w:i w:val="0"/>
        </w:rPr>
        <w:t xml:space="preserve">My Mid Limit winner stood there showing steadily, surrounded by other really classic bitches. I was very happy to award her the CC in this top class company. </w:t>
      </w:r>
    </w:p>
    <w:p>
      <w:r>
        <w:rPr>
          <w:b w:val="0"/>
          <w:i w:val="0"/>
        </w:rPr>
        <w:t>I hadnÃ¢â‚¬â„¢t a clue who she was or who was showing her but far from this being her first CC I was later told it was her second CC, the first being awarded by Joan Woodall recently, plus a Best in Show award at a Breed Club show from Angela Mitchell.</w:t>
      </w:r>
    </w:p>
    <w:p>
      <w:r>
        <w:rPr>
          <w:b w:val="0"/>
          <w:i w:val="0"/>
        </w:rPr>
        <w:t xml:space="preserve">She is 2.5 year old Maxrose Daisy Belle (Carromer Jack Flash to Baileydale x Driffield Daisy Baggins) owned by Mr M Torrence who bred her and Miss N Davies. I am sure she will be made up very easily. Her exciting quality, breed type and balance stands out. </w:t>
      </w:r>
    </w:p>
    <w:p>
      <w:r>
        <w:rPr>
          <w:b w:val="0"/>
          <w:i w:val="0"/>
        </w:rPr>
        <w:t xml:space="preserve">I had high hopes for her in the Group but twas not to be as she didnÃ¢â‚¬â„¢t get Best of Breed which was later decided by the referee in favour of the Dog CC winner, the well known black dog of Miss Druggan, Sh Ch A Sense of Pleasures El Toro at Balladoole winning his third CC and BOB of the year. </w:t>
      </w:r>
    </w:p>
    <w:p>
      <w:r>
        <w:rPr>
          <w:b w:val="0"/>
          <w:i w:val="0"/>
        </w:rPr>
        <w:t xml:space="preserve">The Dog RCC and Best Puppy under Chris Mills was an utterly delighted Lynda Harvey Major with her 11month yellow Floki the Jester in Linjor. </w:t>
      </w:r>
    </w:p>
    <w:p>
      <w:r>
        <w:rPr>
          <w:b w:val="0"/>
          <w:i w:val="0"/>
        </w:rPr>
        <w:t xml:space="preserve">The Bitch RCC winner under me was Louis Lewis classic 4year old black, Crammondkirk Yo Yo JW. Another for the future. </w:t>
      </w:r>
    </w:p>
    <w:p>
      <w:r>
        <w:rPr>
          <w:b w:val="0"/>
          <w:i w:val="0"/>
        </w:rPr>
        <w:t xml:space="preserve">Best Puppy bitch was Rawlinson and Balshaws gorgeous Minor Puppy the yellow Halshimoor Perfect Pitch at Shanorrell. </w:t>
      </w:r>
    </w:p>
    <w:p>
      <w:r>
        <w:rPr>
          <w:b w:val="0"/>
          <w:i w:val="0"/>
        </w:rPr>
        <w:t xml:space="preserve">Unfortunately the latter naughty girl got into hot water once back home, as photographically noted by her owner on Facebook the following day. Overnight, in true mischievous Labrador fashion, she and her canine pals escaped from their crates and whilst the humans were sleeping, trashed the sitting room of Mark and Janes home for amusing canine entertainment and post show relaxation. Great excitement for them but a lengthy clean up for Mark and the refuse men next day! </w:t>
      </w:r>
    </w:p>
    <w:p>
      <w:r>
        <w:rPr>
          <w:b w:val="0"/>
          <w:i w:val="0"/>
        </w:rPr>
        <w:t>Sadly whilst representing the top breed entry in the show our BOB wasnÃ¢â‚¬â„¢t able to exhibit fully in the mid afternoon Gundog Group under Group judge Doreen Smillie Gray as his owner had to get the only ferry of the day back to her home in the Isle of Man. Good job Labrador judging finished speedily.</w:t>
      </w:r>
    </w:p>
    <w:p>
      <w:r>
        <w:rPr>
          <w:b w:val="0"/>
          <w:i w:val="0"/>
        </w:rPr>
        <w:t xml:space="preserve">To compensate for our breed not appearing in the BIS ring, Becca Mills won Best Gundog Group Special Beginners in the same ring with her homebred Jaybec Winter Wispa. </w:t>
      </w:r>
    </w:p>
    <w:p>
      <w:r>
        <w:rPr>
          <w:b w:val="0"/>
          <w:i w:val="0"/>
        </w:rPr>
        <w:t>We watched from the balcony above the BIS ring and didnÃ¢â‚¬â„¢t she show her bitch well!</w:t>
      </w:r>
    </w:p>
    <w:p>
      <w:r>
        <w:rPr>
          <w:b w:val="0"/>
          <w:i w:val="0"/>
        </w:rPr>
        <w:t xml:space="preserve">ItÃ¢â‚¬â„¢s no secret, IÃ¢â‚¬â„¢ve often queried the point of Group competition at the end of long show days but we have to somehow get to declaring a Best in Show. </w:t>
      </w:r>
    </w:p>
    <w:p>
      <w:r>
        <w:rPr>
          <w:b w:val="0"/>
          <w:i w:val="0"/>
        </w:rPr>
        <w:t xml:space="preserve">I do find it a bit like comparing goldfish with budgerigars, radishes with cauliflowers, in dogs, all different breeds shapes sizes, each with their own breed standard. </w:t>
      </w:r>
    </w:p>
    <w:p>
      <w:r>
        <w:rPr>
          <w:b w:val="0"/>
          <w:i w:val="0"/>
        </w:rPr>
        <w:t>The finer breed points can sometimes become irrelevant in final placing when flash and dash, belting around the ring at speed and presentation can reign.</w:t>
      </w:r>
    </w:p>
    <w:p>
      <w:r>
        <w:rPr>
          <w:b w:val="0"/>
          <w:i w:val="0"/>
        </w:rPr>
        <w:t>Another Group point of interest, which will probably get me in hot water, it always strikes me as utterly bizarre that often the Group judge who acts as referee in a breed and decides who gets Best of Breed, when two long time breed specialists donÃ¢â‚¬â„¢t agree, does not necessarily even award CCs in that particular breed themselves, but awards CCs in just a few numerically smaller breeds usually selected enough to qualify them to judge the whole Group. I find that utterly like Alice in Wonderland too!!</w:t>
      </w:r>
    </w:p>
    <w:p>
      <w:r>
        <w:rPr>
          <w:b w:val="0"/>
          <w:i w:val="0"/>
        </w:rPr>
        <w:t xml:space="preserve">Ah well. </w:t>
      </w:r>
    </w:p>
    <w:p>
      <w:r>
        <w:rPr>
          <w:b w:val="0"/>
          <w:i w:val="0"/>
        </w:rPr>
        <w:t xml:space="preserve">This isnÃ¢â‚¬â„¢t sour grapes, IÃ¢â‚¬â„¢ve done well over the years with Labradors in Groups but it just doesnÃ¢â‚¬â„¢t seem logical to my ever practical brain. ItÃ¢â‚¬â„¢s like me going in to adjudicate who wins Strictly Come Dancing!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