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Aug 2009"</w:t>
      </w:r>
      <w:r>
        <w:br/>
      </w:r>
      <w:r>
        <w:rPr>
          <w:b w:val="0"/>
          <w:i w:val="0"/>
        </w:rPr>
        <w:br/>
        <w:t>date_original: "14 Aug 2009"</w:t>
      </w:r>
      <w:r>
        <w:br/>
      </w:r>
      <w:r>
        <w:rPr>
          <w:b w:val="0"/>
          <w:i w:val="0"/>
        </w:rPr>
        <w:br/>
        <w:t>source_url: "https://www.ourdogs.co.uk/members/breednotes/2009/RetrieverLabrador/RetrieverLabrador-aug14.htm"</w:t>
      </w:r>
      <w:r>
        <w:br/>
      </w:r>
      <w:r>
        <w:rPr>
          <w:b w:val="0"/>
          <w:i w:val="0"/>
        </w:rPr>
        <w:br/>
        <w:t>archive_type: "static_html"</w:t>
      </w:r>
      <w:r>
        <w:br/>
      </w:r>
      <w:r>
        <w:rPr>
          <w:b w:val="0"/>
          <w:i w:val="0"/>
        </w:rPr>
        <w:br/>
        <w:t>scraped_at: "2026-09-13T22:01:37"</w:t>
      </w:r>
      <w:r>
        <w:br/>
      </w:r>
      <w:r>
        <w:rPr>
          <w:b w:val="0"/>
          <w:i w:val="0"/>
        </w:rPr>
        <w:br/>
        <w:t>word_count: 1347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rain continues! National Gundog Championship show was held at Malvern on a wet soggy August Saturday, at the height of the English holiday season. Due to the inclement conditions it was necessary to use the indoor wet weather rings; like so many other Championship shows which have been held at Malvern this year, National Gundog had to forget their well prepared outdoor rings and run for cover indoors.</w:t>
      </w:r>
    </w:p>
    <w:p>
      <w:r>
        <w:rPr>
          <w:b w:val="0"/>
          <w:i w:val="0"/>
        </w:rPr>
        <w:t>There was a good entry of 240 dogs and bitches for judges Mrs Joan Woodall and Mr Eric Parr to go over. For Eric this was his first judging appointment. He took on the bitches whilst Joan judged the dogs. The Dog CC winner and Best of Breed was Fiona Braddon’s,  3 year old yellow, Trendlewood Moondance JW (Trendlewood Rocket Man x Trewinnard Take Me home to Trendlewood), winning his first CC on the day. The Dog RCC winner was Les Brabban’s yellow, Sh Ch Cambremer Craftsman (Rocheby Old Smokey x Cambremer Sh Ch Cambremer Call My Bluff).</w:t>
      </w:r>
    </w:p>
    <w:p>
      <w:r>
        <w:rPr>
          <w:b w:val="0"/>
          <w:i w:val="0"/>
        </w:rPr>
        <w:t>The Bitch CC winner was the Brown family’s yellow, Sh Ch Alanwood Spring Breeze over Ramsayville (Greenworth Odds Against x Alanwood Lady Jasmin) and the Bitch RCC winner was Les Brabban’s black junior, Foulby Queenstown at Cambremer (NZ Ch Driftsway First Knight x Foulby Paper Lace). Best Puppy was the Mills yellow bitch Lembas Mamma Mia. (Lembas Top Ranking JW x Carpenny Wonder with Lembas).</w:t>
      </w:r>
    </w:p>
    <w:p>
      <w:r>
        <w:rPr>
          <w:b w:val="0"/>
          <w:i w:val="0"/>
        </w:rPr>
        <w:t>As my husband, George, is now recovering so well, he is looking forward to going to more shows and meeting his pals who have all been so very kind whilst he was ill. Having just about got everything dried out from National Gundog, three days later we set off once again in pouring rain to go to Paignton Championship show, which was being held for the second year running at its new Westpoint, Clyst St Mary, venue, near Exeter.</w:t>
      </w:r>
    </w:p>
    <w:p>
      <w:r>
        <w:rPr>
          <w:b w:val="0"/>
          <w:i w:val="0"/>
        </w:rPr>
        <w:t>It had rained heavily all the previous night and as we drove along it got worse and worse, spray, and oil laden dirt flying through the air, covering the windscreen so much that visibility was just about zero on the M5. (The annoying thing too was that I had justcleaned the car, a rare thing, on the one dry afternoon a couple of days beforehand).</w:t>
      </w:r>
    </w:p>
    <w:p>
      <w:r>
        <w:rPr>
          <w:b w:val="0"/>
          <w:i w:val="0"/>
        </w:rPr>
        <w:t>By the time I got to Bristol, with an hour or more’s drive still to get to the venue, conditions were so bad, accidents happening every few miles on the north bound carriageway with accompanying ten mile queues, that I thought I might as well turn round and go home.</w:t>
      </w:r>
      <w:r>
        <w:br/>
      </w:r>
      <w:r>
        <w:rPr>
          <w:b w:val="0"/>
          <w:i w:val="0"/>
        </w:rPr>
        <w:br/>
        <w:t>However, the passenger had braver ideas, so we continued on our way and although it was still pouring heavily, we eventually arrived safely at the Paignton showground and found the Labradors benched in one of three large pavilions with in and out rings. Ideal for a hot sunny day’s dog showing.</w:t>
      </w:r>
    </w:p>
    <w:p>
      <w:r>
        <w:rPr>
          <w:b w:val="0"/>
          <w:i w:val="0"/>
        </w:rPr>
        <w:t>Sadly, this was not a hot sunny day and there were no gutters on the massive pavilion, so thousands of gallons of water descended directly off the roof, cascading all day like Niagara Falls, right across the division between the in and out part of our ring. Everyone sportingly got a free wash when moving their dogs during the morning classes.</w:t>
      </w:r>
    </w:p>
    <w:p>
      <w:r>
        <w:rPr>
          <w:b w:val="0"/>
          <w:i w:val="0"/>
        </w:rPr>
        <w:t>The outside part of the ring, over which all the descended roof water flowed, quickly turned into a brown bog and was extremely slippy, but Labrador exhibitors are made of stern stuff, we all got on with it and no one fell over, although some of the Labradors were a bit off-put by having to get their feet so wet and muddy and tried jumping over the boggy areas!</w:t>
      </w:r>
    </w:p>
    <w:p>
      <w:r>
        <w:rPr>
          <w:b w:val="0"/>
          <w:i w:val="0"/>
        </w:rPr>
        <w:t>Later in the day we were pleased to take over the adjacent ring, once the Braccos had finished their classes, and our Labrador judging was completed entirely undercover much to everyone’s relief. I have to say the ringside atmosphere was very good throughout,despite the conditions.</w:t>
      </w:r>
      <w:r>
        <w:br/>
      </w:r>
      <w:r>
        <w:rPr>
          <w:b w:val="0"/>
          <w:i w:val="0"/>
        </w:rPr>
        <w:br/>
        <w:t>Our judge for this wet day was Shaun Williamson with an entry of 173 dogs and bitches. His Dog CC winner, made up on the day to loud applause, was Mr and Mrs Frank Autey’s chocolate dog, Ryedown Scottish Reel JW Sh CM. (Sh Ch Lougin Loomis x Ryedown Sweet Salsa Sauce). The Dog RCC went to the Allen family’s Sh Ch Allenies Maverick JW ShCM. (Allenies MacCallum JW x Allenies Graceful).</w:t>
      </w:r>
    </w:p>
    <w:p>
      <w:r>
        <w:rPr>
          <w:b w:val="0"/>
          <w:i w:val="0"/>
        </w:rPr>
        <w:t>Sh Ch Ryedown Scottish Reel JW ShCM, is the Autey’s first champion. Bred in 2004 by Mr R Phillips and Mrs I McKenzie, I believe he is the first Ryedown Labrador champion. Always handled by Frank, he won his first CC under me at Windsor in 2008, his second CC at National Gundog 2008 under Peter Taylor and now his third CC under Shaun Williamson at Paignton 2009. Many congratulations to you all.</w:t>
      </w:r>
    </w:p>
    <w:p>
      <w:r>
        <w:rPr>
          <w:b w:val="0"/>
          <w:i w:val="0"/>
        </w:rPr>
        <w:t>The Bitch CC was a first CC for Gordon and Maria Fox’s yellow, Rocheby Winds of Change over Treburrow (Rocheby State Occasion x Rocheby Sandylands Wind Charm). The Bitch RCC went to Penny Carpanini’s yellow Yearling, Carpenny Maid in England (Sh Ch Carpenny Made the Trip x Sh Ch Mambrinos Spellbound)</w:t>
      </w:r>
    </w:p>
    <w:p>
      <w:r>
        <w:rPr>
          <w:b w:val="0"/>
          <w:i w:val="0"/>
        </w:rPr>
        <w:t>Best puppy was Judith Charltons yellow bitch Foxrush Scarlet O’Hara ((Rocheby Statesman x Foxrush Old Gold).</w:t>
      </w:r>
    </w:p>
    <w:p>
      <w:r>
        <w:rPr>
          <w:b w:val="0"/>
          <w:i w:val="0"/>
        </w:rPr>
        <w:t>It was still raining as we set out for home and continued to do so for the following days; it was more like November than high summer.. Pals who were staying over from Paignton for Bournemouth the following weekend reported daily rain ruining their holiday break; the high-spot of their day likely to be a trip to ASDA; probvably the only dry place in the south!</w:t>
      </w:r>
    </w:p>
    <w:p>
      <w:r>
        <w:rPr>
          <w:b w:val="0"/>
          <w:i w:val="0"/>
        </w:rPr>
        <w:t>On returning home and checking my belongings, I appear to have mislaid two of the three black show leads I used at Paignton. Should anyone have found them on the floor  I would be extremely grateful to have them back, muddy or not.</w:t>
      </w:r>
    </w:p>
    <w:p>
      <w:r>
        <w:rPr>
          <w:b w:val="0"/>
          <w:i w:val="0"/>
        </w:rPr>
        <w:t>Ann Britton ,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