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 Jun 2006"</w:t>
      </w:r>
      <w:r>
        <w:br/>
      </w:r>
      <w:r>
        <w:rPr>
          <w:b w:val="0"/>
          <w:i w:val="0"/>
        </w:rPr>
        <w:br/>
        <w:t>date_original: "16 Jun 2006"</w:t>
      </w:r>
      <w:r>
        <w:br/>
      </w:r>
      <w:r>
        <w:rPr>
          <w:b w:val="0"/>
          <w:i w:val="0"/>
        </w:rPr>
        <w:br/>
        <w:t>source_url: "https://www.ourdogs.co.uk/members/breednotes/2006/RetrieverLabrador/RetrieverLabrador-jun16.htm"</w:t>
      </w:r>
      <w:r>
        <w:br/>
      </w:r>
      <w:r>
        <w:rPr>
          <w:b w:val="0"/>
          <w:i w:val="0"/>
        </w:rPr>
        <w:br/>
        <w:t>archive_type: "static_html"</w:t>
      </w:r>
      <w:r>
        <w:br/>
      </w:r>
      <w:r>
        <w:rPr>
          <w:b w:val="0"/>
          <w:i w:val="0"/>
        </w:rPr>
        <w:br/>
        <w:t>scraped_at: "2026-09-13T22:09:50"</w:t>
      </w:r>
      <w:r>
        <w:br/>
      </w:r>
      <w:r>
        <w:rPr>
          <w:b w:val="0"/>
          <w:i w:val="0"/>
        </w:rPr>
        <w:br/>
        <w:t>word_count: 547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Having been in Dublin as bag carrier for my wife, Elise, who was judging the Labrador Club of Ireland show we missed the Labrador Club of Scotland’s Open Show held in East Kilbride. From all accounts the show was successful and the judge, Mrs Carol Whitfield (Castleduff) had an entry of 102 dogs.</w:t>
      </w:r>
    </w:p>
    <w:p>
      <w:r>
        <w:rPr>
          <w:b w:val="0"/>
          <w:i w:val="0"/>
        </w:rPr>
        <w:t>She awarded Linda MacGillivray’s Antonine Colombo, BIS and the Gardner’s Rewari Executive of Clanross, RBIS. Best Puppy was Rewari Exclamation beating his litter sister, Rewari Extractor, who was Best Minor Puppy Bitch. Antonine Windtalker was Reserve Best Dog and the Pollock’s Pollam Aria was Reserve Best Bitch.</w:t>
      </w:r>
    </w:p>
    <w:p>
      <w:r>
        <w:rPr>
          <w:b w:val="0"/>
          <w:i w:val="0"/>
        </w:rPr>
        <w:t>I was sad to hear the club President, Jack Kerr has not been too well after a hip replacement, having been in hospital around 6 weeks. We wish him better fortune and hope to see him out and about soon.</w:t>
      </w:r>
    </w:p>
    <w:p>
      <w:r>
        <w:rPr>
          <w:b w:val="0"/>
          <w:i w:val="0"/>
        </w:rPr>
        <w:t>There was some cheerier news from Agnes May. Having recently retired as long-time Hon. Secretary/Treasurer of the club she received a beautiful watercolour of one of the Pollock’s favourite old timers, Pollham Phar and the painting was on display at the show. The artist was Stuart Mallard.</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