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- 30/10/2020 - ISSUE"</w:t>
      </w:r>
      <w:r>
        <w:br/>
      </w:r>
      <w:r>
        <w:rPr>
          <w:b w:val="0"/>
          <w:i w:val="0"/>
        </w:rPr>
        <w:br/>
        <w:t>date_original: "30/10/2020 - ISSUE"</w:t>
      </w:r>
      <w:r>
        <w:br/>
      </w:r>
      <w:r>
        <w:rPr>
          <w:b w:val="0"/>
          <w:i w:val="0"/>
        </w:rPr>
        <w:br/>
        <w:t>source_url: "https://www.ourdogs.co.uk/members/breednotes/RetrieverLabradorMain.php"</w:t>
      </w:r>
      <w:r>
        <w:br/>
      </w:r>
      <w:r>
        <w:rPr>
          <w:b w:val="0"/>
          <w:i w:val="0"/>
        </w:rPr>
        <w:br/>
        <w:t>scraped_at: "2026-09-13T15:16:22"</w:t>
      </w:r>
      <w:r>
        <w:br/>
      </w:r>
      <w:r>
        <w:rPr>
          <w:b w:val="0"/>
          <w:i w:val="0"/>
        </w:rPr>
        <w:br/>
        <w:t>word_count: 1620</w:t>
      </w:r>
    </w:p>
    <w:p>
      <w:r>
        <w:t>――――――――――――――――――――――――――――――</w:t>
      </w:r>
    </w:p>
    <w:p>
      <w:r>
        <w:rPr>
          <w:b w:val="0"/>
          <w:i w:val="0"/>
        </w:rPr>
        <w:t>NEWS MEMBERS' AREA SHOP SUBSCRIBE UPCOMING SHOWS MORE</w:t>
      </w:r>
    </w:p>
    <w:p>
      <w:r>
        <w:rPr>
          <w:b w:val="0"/>
          <w:i w:val="0"/>
        </w:rPr>
        <w:t>RETRIEVER LABRADOR</w:t>
      </w:r>
    </w:p>
    <w:p>
      <w:r>
        <w:rPr>
          <w:b w:val="0"/>
          <w:i w:val="0"/>
        </w:rPr>
        <w:t>Issue: 30/10/2020</w:t>
      </w:r>
    </w:p>
    <w:p>
      <w:r>
        <w:rPr>
          <w:b w:val="0"/>
          <w:i w:val="0"/>
        </w:rPr>
        <w:t xml:space="preserve">My computer and iPad appear to have had an agreement this week, to surrender long lost emails of which only they knew the location. Many interesting emails I knew I had received around the month of May had completely disappeared. I searched through all the mailboxes, but without success. </w:t>
      </w:r>
    </w:p>
    <w:p>
      <w:r>
        <w:rPr>
          <w:b w:val="0"/>
          <w:i w:val="0"/>
        </w:rPr>
        <w:t>This week,  out of the blue; a pleasant surprise, just as I was wondering what on earth to include in the breed notes, up popped all the lost emails.</w:t>
      </w:r>
    </w:p>
    <w:p>
      <w:r>
        <w:rPr>
          <w:b w:val="0"/>
          <w:i w:val="0"/>
        </w:rPr>
        <w:t xml:space="preserve">Earlier in the year I had asked that readers submit stories of how they came into the Labrador owning world. (Note. It would still be nice for readers to learn of othersÃ¢â‚¬â„¢ introduction to our hobby for the breed notes during these barren lockdown times, so please do put pen to paper, or the modern equivalent via computer). </w:t>
      </w:r>
    </w:p>
    <w:p>
      <w:r>
        <w:rPr>
          <w:b w:val="0"/>
          <w:i w:val="0"/>
        </w:rPr>
        <w:t xml:space="preserve">Wendy SouthwellÃ¢â‚¬â„¢s tale printed below, is one of the lost emails and tells of happy beginners luck. It makes very pleasant reading. </w:t>
      </w:r>
    </w:p>
    <w:p>
      <w:r>
        <w:rPr>
          <w:b w:val="0"/>
          <w:i w:val="0"/>
        </w:rPr>
        <w:t>Wendy writes, Ã¢â‚¬Å"I have always had Labradors in my life, as family pets. Always a black and always milling around my childhood home.</w:t>
      </w:r>
    </w:p>
    <w:p>
      <w:r>
        <w:rPr>
          <w:b w:val="0"/>
          <w:i w:val="0"/>
        </w:rPr>
        <w:t>Ã¢â‚¬Å"I had seen an article in Farmers Weekly some years before about a farmerÃ¢â‚¬â„¢s wife who bred Labradors for both work and show, her name was Mrs L Heron, I said to my husband, when I next want a puppy I am going to contact this lady as I really like what she seemed to be about.</w:t>
      </w:r>
    </w:p>
    <w:p>
      <w:r>
        <w:rPr>
          <w:b w:val="0"/>
          <w:i w:val="0"/>
        </w:rPr>
        <w:t>Ã¢â‚¬Å"Move forward to 2004. I did in fact contact this lady, who indeed had a lovely litter of all blacks. All were sold, apart from a bitch and dog, another breeder was picking between them. Lynda had explained this, and I was happy to have whichever pup was left, so I ended up with a big chunky happy boy who really was so very handsome. I brought him home, he fitted right in and for 18 months he became our family household pet.</w:t>
      </w:r>
    </w:p>
    <w:p>
      <w:r>
        <w:rPr>
          <w:b w:val="0"/>
          <w:i w:val="0"/>
        </w:rPr>
        <w:t xml:space="preserve">Ã¢â‚¬Å"As he grew, I began to realise he was very different to the working type family pets I had previously owned. My learning of the breed had begun. </w:t>
      </w:r>
    </w:p>
    <w:p>
      <w:r>
        <w:rPr>
          <w:b w:val="0"/>
          <w:i w:val="0"/>
        </w:rPr>
        <w:t>Ã¢â‚¬Å"Just for amusement,  I entered him into fun dog shows, and to my delight, he pretty much won everything I entered him in. Some kindly dog man had said to me at one of these showÃ¢â‚¬â„¢s that he was a very nice Lab, he advised I seek out a local ring craft, which I did. Before long I was entering him into local Limit and Open shows and he did win BIS at a local Limit show.</w:t>
      </w:r>
    </w:p>
    <w:p>
      <w:r>
        <w:rPr>
          <w:b w:val="0"/>
          <w:i w:val="0"/>
        </w:rPr>
        <w:t xml:space="preserve">Ã¢â‚¬Å"We slowly improved and entered a couple of local Champ shows; at the first one, we won nothing. Next,  I showed him in Post Graduate Dog at Leeds Championship show, which to my delight, winning 2nd, qualified him for Crufts. As a newby, I was truly elated. </w:t>
      </w:r>
    </w:p>
    <w:p>
      <w:r>
        <w:rPr>
          <w:b w:val="0"/>
          <w:i w:val="0"/>
        </w:rPr>
        <w:t xml:space="preserve">Ã¢â‚¬Å"I carried on taking him here and there over that summer, with a modicum of success. I had really caught the dog show bug. </w:t>
      </w:r>
    </w:p>
    <w:p>
      <w:r>
        <w:rPr>
          <w:b w:val="0"/>
          <w:i w:val="0"/>
        </w:rPr>
        <w:t>Ã¢â‚¬Å"I hardly knew any of the Lab people at these little shows, but I recall one funny story. A sweet lady had come over to chat and told me she had seen us getting a 2nd at Leeds. She said she thought he was a very nice dog. I thanked her, and at the end of the show said I hope to see her around somewhere, her reply was Ã¢â‚¬Å"yes dear, and if I donÃ¢â‚¬â„¢t see you, perhaps I will see you at CruftsÃ¢â‚¬Â. Ã¢â‚¬Å"My reply, I am embarrassed to say was Ã¢â‚¬Å"Oh, have you got one enteredÃ¢â‚¬Â Her reply was Ã¢â‚¬Å"No dear, I am the Dog judge at CruftsÃ¢â‚¬Â. Well the ground could have opened and swallowed me up.</w:t>
      </w:r>
    </w:p>
    <w:p>
      <w:r>
        <w:rPr>
          <w:b w:val="0"/>
          <w:i w:val="0"/>
        </w:rPr>
        <w:t>Ã¢â‚¬Å"The day of Crufts arrived, my boy was trained and polished and ready to be shown. My heart was in my mouth as we entered my ring.</w:t>
      </w:r>
    </w:p>
    <w:p>
      <w:r>
        <w:rPr>
          <w:b w:val="0"/>
          <w:i w:val="0"/>
        </w:rPr>
        <w:t>Ã¢â‚¬Å"There were over 40 in the class and it took well over an hour to judge. I could not believe it; I had made the cut... then I went on to win the class! Again, as a newby, I felt like I had won the whole show.</w:t>
      </w:r>
    </w:p>
    <w:p>
      <w:r>
        <w:rPr>
          <w:b w:val="0"/>
          <w:i w:val="0"/>
        </w:rPr>
        <w:t xml:space="preserve">Ã¢â‚¬Å"For many years I continued to campaign my beautiful boy, again with some good success. </w:t>
      </w:r>
    </w:p>
    <w:p>
      <w:r>
        <w:rPr>
          <w:b w:val="0"/>
          <w:i w:val="0"/>
        </w:rPr>
        <w:t xml:space="preserve">Ã¢â‚¬Å"Probably the one time that is still the most memorable to both me and the judge, was when I was asked to do the run around the ring at Windsor. It was terrible, as all I could think of was, I am losing my trousers, they were slipping very close to my ankles as I ran. </w:t>
      </w:r>
    </w:p>
    <w:p>
      <w:r>
        <w:rPr>
          <w:b w:val="0"/>
          <w:i w:val="0"/>
        </w:rPr>
        <w:t xml:space="preserve">Ã¢â‚¬Å"The judge (yes I recall it, it was me, the breed note writer, Ann Britton!), gave me a funny look, told me that was terrible, and would I please do it again, so this time I hitched my trousers up right under my armpits, literally and ran again. I ended up winning the class and later to my utter delight, he was awarded his very 1st RCC. </w:t>
      </w:r>
    </w:p>
    <w:p>
      <w:r>
        <w:rPr>
          <w:b w:val="0"/>
          <w:i w:val="0"/>
        </w:rPr>
        <w:t>Ã¢â‚¬Å"I realised my handling skills were holding him back) so I had to up my game. He was seven years old when I finally made him up into a Show Champion. His name was Show Champion Brigburn Farm Trader at Driffwold and he won his title with 3CCs and 3 RCCs. He went on to sire many Champions both here in the UK and abroad.</w:t>
      </w:r>
    </w:p>
    <w:p>
      <w:r>
        <w:rPr>
          <w:b w:val="0"/>
          <w:i w:val="0"/>
        </w:rPr>
        <w:t>Ã¢â‚¬Å"Tyson lived a very full happy life. He died far too young after a short illness but will never be forgotten.</w:t>
      </w:r>
    </w:p>
    <w:p>
      <w:r>
        <w:rPr>
          <w:b w:val="0"/>
          <w:i w:val="0"/>
        </w:rPr>
        <w:t>Ã¢â‚¬Å"He was my dog in a million and taught me so much about the breed and was the reason my life is completely immersed in the show world today.Ã¢â‚¬Â</w:t>
      </w:r>
    </w:p>
    <w:p>
      <w:r>
        <w:rPr>
          <w:b w:val="0"/>
          <w:i w:val="0"/>
        </w:rPr>
        <w:t>Thank you Wendy.</w:t>
      </w:r>
    </w:p>
    <w:p>
      <w:r>
        <w:rPr>
          <w:b w:val="0"/>
          <w:i w:val="0"/>
        </w:rPr>
        <w:t>From my point of view, I still recall that day at Windsor. I have always had a photographic memory. I forget names very easily but can always picture, in full colour, places and events.</w:t>
      </w:r>
    </w:p>
    <w:p>
      <w:r>
        <w:rPr>
          <w:b w:val="0"/>
          <w:i w:val="0"/>
        </w:rPr>
        <w:t>The weather was dull and overcast. Slightly chilly. I was judging dogs and bitches. I was getting through the Dog classes and was just about to complete a lovely Post Graduate  class, when an eyecatching well proportioned dog came bounding into the ring like he was about to compete two circuits of the Grand  National course, bringing in his wake an out of breath, very flustered handler, the pair having apparently only just arrived at the show from afar.</w:t>
      </w:r>
    </w:p>
    <w:p>
      <w:r>
        <w:rPr>
          <w:b w:val="0"/>
          <w:i w:val="0"/>
        </w:rPr>
        <w:t xml:space="preserve">Once I had given her time to breathe and settle down, I went over the dog and was very impressed. My aim now was to encourage the flustered person on the end of the lead to calm down and get the best out of him on the move, but she was still all of a dither! </w:t>
      </w:r>
    </w:p>
    <w:p>
      <w:r>
        <w:rPr>
          <w:b w:val="0"/>
          <w:i w:val="0"/>
        </w:rPr>
        <w:t xml:space="preserve">I asked her to move the dog and off they went around the ring at breakneck speed,  the handler clutching her trousers, completely oblivious of her gambolling, galloping dog,  her sole concentration on her fast-descending, flapping trousers, the waist elastic clearly having given up the ghost. The handler, clearly highly embarrassed  returned back to me from her rodeo triangle with a quizzical look on her face, which </w:t>
      </w:r>
    </w:p>
    <w:p>
      <w:r>
        <w:rPr>
          <w:b w:val="0"/>
          <w:i w:val="0"/>
        </w:rPr>
        <w:t>I interpreted as  Ã¢â‚¬Å"Will that do, my trousers are falling down?Ã¢â‚¬Â My thought. Ã¢â‚¬Å" No, it certainly wonÃ¢â‚¬â„¢t do!Ã¢â‚¬Â</w:t>
      </w:r>
    </w:p>
    <w:p>
      <w:r>
        <w:rPr>
          <w:b w:val="0"/>
          <w:i w:val="0"/>
        </w:rPr>
        <w:t xml:space="preserve">Some judges might just have sent the pair to the end of the line, but I could see that despite the unfortunate handling, this was a seriously good dog, I needed her to demonstrate to me and to the ringside that as well as looking good, he could actually move properly. </w:t>
      </w:r>
    </w:p>
    <w:p>
      <w:r>
        <w:rPr>
          <w:b w:val="0"/>
          <w:i w:val="0"/>
        </w:rPr>
        <w:t>As Wendy quotes above, in response to the quizzical look, I said Ã¢â‚¬Å"That was absolutely awful! Now  forget  about your trousers, pull them right up and concentrate on moving the dog slowly and steadily. Go again. IÃ¢â‚¬â„¢m looking at the dog not you!Ã¢â‚¬Â</w:t>
      </w:r>
    </w:p>
    <w:p>
      <w:r>
        <w:rPr>
          <w:b w:val="0"/>
          <w:i w:val="0"/>
        </w:rPr>
        <w:t xml:space="preserve">I must have terrified her because she did. He moved properly, won the class and later, presumably after she had obtained a belt for the trousers,  I awarded him his first RCC. </w:t>
      </w:r>
    </w:p>
    <w:p>
      <w:r>
        <w:rPr>
          <w:b w:val="0"/>
          <w:i w:val="0"/>
        </w:rPr>
        <w:t xml:space="preserve">I had never seen him or the handler in my life before but followed his progress and was so pleased he later became a Show Champion. He certainly deserved it. </w:t>
      </w:r>
    </w:p>
    <w:p>
      <w:r>
        <w:rPr>
          <w:b w:val="0"/>
          <w:i w:val="0"/>
        </w:rPr>
        <w:t xml:space="preserve">I see the Kennel Club in Clarges Street London is completely closed for the rest of 2020.  As for the new computer, I will wait for its working properly in 2021.  Every time I try to log in I get an email by return composed of a long line of Chinese  hieroglyphics sometimes two. The gremlins have really got involved.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