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- 08/11/2024 - ISSUE"</w:t>
      </w:r>
      <w:r>
        <w:br/>
      </w:r>
      <w:r>
        <w:rPr>
          <w:b w:val="0"/>
          <w:i w:val="0"/>
        </w:rPr>
        <w:br/>
        <w:t>date_original: "08/11/2024 - ISSUE"</w:t>
      </w:r>
      <w:r>
        <w:br/>
      </w:r>
      <w:r>
        <w:rPr>
          <w:b w:val="0"/>
          <w:i w:val="0"/>
        </w:rPr>
        <w:br/>
        <w:t>source_url: "https://www.ourdogs.co.uk/members/breednotes/RetrieverLabradorMain.php"</w:t>
      </w:r>
      <w:r>
        <w:br/>
      </w:r>
      <w:r>
        <w:rPr>
          <w:b w:val="0"/>
          <w:i w:val="0"/>
        </w:rPr>
        <w:br/>
        <w:t>scraped_at: "2026-09-13T15:07:02"</w:t>
      </w:r>
      <w:r>
        <w:br/>
      </w:r>
      <w:r>
        <w:rPr>
          <w:b w:val="0"/>
          <w:i w:val="0"/>
        </w:rPr>
        <w:br/>
        <w:t>word_count: 635</w:t>
      </w:r>
    </w:p>
    <w:p>
      <w:r>
        <w:t>――――――――――――――――――――――――――――――</w:t>
      </w:r>
    </w:p>
    <w:p>
      <w:r>
        <w:rPr>
          <w:b w:val="0"/>
          <w:i w:val="0"/>
        </w:rPr>
        <w:t>NEWS MEMBERS' AREA SHOP SUBSCRIBE UPCOMING SHOWS MORE</w:t>
      </w:r>
    </w:p>
    <w:p>
      <w:r>
        <w:rPr>
          <w:b w:val="0"/>
          <w:i w:val="0"/>
        </w:rPr>
        <w:t>RETRIEVER LABRADOR</w:t>
      </w:r>
    </w:p>
    <w:p>
      <w:r>
        <w:rPr>
          <w:b w:val="0"/>
          <w:i w:val="0"/>
        </w:rPr>
        <w:t>Issue: 08/11/2024</w:t>
      </w:r>
    </w:p>
    <w:p>
      <w:r>
        <w:rPr>
          <w:b w:val="0"/>
          <w:i w:val="0"/>
        </w:rPr>
        <w:t>Many thanks to Anne Hoban for her report on the West of England Lab Club Ch Show at Weston Super Mare. I fully intended to enter but playing it too fine, missed the extended closing date. That will teach me!</w:t>
      </w:r>
    </w:p>
    <w:p>
      <w:r>
        <w:rPr>
          <w:b w:val="0"/>
          <w:i w:val="0"/>
        </w:rPr>
        <w:t>Anne writes â€œSaturday November 2nd was an enjoyable and very successful 53rd Championship Show for our West of England LRC held at Hutton Moore Leisure Centre, WSM. Judges Ginette Oulton (Oulsmi) and Anne Lavelle (Crosscroyde) had a super entry to get through and finished up in good time.</w:t>
      </w:r>
    </w:p>
    <w:p>
      <w:r>
        <w:rPr>
          <w:b w:val="0"/>
          <w:i w:val="0"/>
        </w:rPr>
        <w:t>â€œDog CC &amp; BIS was the Rawlinsonsâ€™ &amp; Balshawsâ€™ Sh Ch Shanorrell Black Sabbath at Halshimoor, Reserve DCC went to Ed Casey &amp; Erica Jayesâ€™ Berlan Get Up And Go At Sandlands, Best Puppy Dog &amp; BPIS was awarded to the Ellis &amp; Matullaâ€™s yellow, Dolwen Jackpot. Best Baby Puppy Bitch &amp; Best Baby P in Show was Marion &amp; David Hopkinsonsâ€™ yellow Rocheby String Of Gems. The Bitch CC from Yearling, BOS &amp; RBIS was Caroline Campbellâ€™s Binnaig Buppsala JW. Reserve BCC was Linda Majorâ€™s Hit Of Hit Choice For Vita Solare At Linjor (IMP UKR) RUS/UKR JCH). The Best Veteran in Show award went to Maxine Woodleyâ€™s Sh Ch A Sense Of Pleasures Yvli At Alkhamhurst. Best Chocolate was won by Frank &amp; Judith Auteyâ€™s Chadfrith Alcazaba.</w:t>
      </w:r>
    </w:p>
    <w:p>
      <w:r>
        <w:rPr>
          <w:b w:val="0"/>
          <w:i w:val="0"/>
        </w:rPr>
        <w:t>â€œThe weather stayed dry and a nice chatty atmosphere prevailed.</w:t>
      </w:r>
    </w:p>
    <w:p>
      <w:r>
        <w:rPr>
          <w:b w:val="0"/>
          <w:i w:val="0"/>
        </w:rPr>
        <w:t>â€œThe Officers and Committee would like to express thanks to both our judges and to you all for coming along with your dogs and also for any contributions to the raffle.</w:t>
      </w:r>
    </w:p>
    <w:p>
      <w:r>
        <w:rPr>
          <w:b w:val="0"/>
          <w:i w:val="0"/>
        </w:rPr>
        <w:t>â€œOur first Open Show of 2025 will be held at Woolavington Village Hall, nr Bridgewater, Somerset on Saturday 4th January when our judge will be Ryan Ennis-Holden (Mariank)â€.</w:t>
      </w:r>
    </w:p>
    <w:p>
      <w:r>
        <w:rPr>
          <w:b w:val="0"/>
          <w:i w:val="0"/>
        </w:rPr>
        <w:t>Whilst the show has been well settled at the excellent Hutton Moor Leisure Centre for many years now, I often recall when the venue was further south. One year a different venue was selected to which few of us knew the directions. Sat navs were in their very basic infancy. Mine very irately demanded I should turn right immediately. That was when I was on a fast dual carriageway with no access to the other side for miles. I drove round and around, searching for an exit. Later other exhibitors spotted my car and tagged on behind, following me, such was their trust that I would certainly know where I was going. Wrong!</w:t>
      </w:r>
    </w:p>
    <w:p>
      <w:r>
        <w:rPr>
          <w:b w:val="0"/>
          <w:i w:val="0"/>
        </w:rPr>
        <w:t>Eventually there was an exit from the dual carriageway which I took, followed by at least fifteen exhibitors cars . The Sat nav then clearly feeling more at home, now stepped in again with confident instructions and thus the long train of dog filled vehicles arrived one behind the other, not at the show venue but in Icelands supermarket car park!</w:t>
      </w:r>
    </w:p>
    <w:p>
      <w:r>
        <w:rPr>
          <w:b w:val="0"/>
          <w:i w:val="0"/>
        </w:rPr>
        <w:t>We did all manage to turn round and eventually find the venue which was within half a mile of Icelands car park  so the sat nav had nearly got it right!</w:t>
      </w:r>
    </w:p>
    <w:p>
      <w:r>
        <w:rPr>
          <w:b w:val="0"/>
          <w:i w:val="0"/>
        </w:rPr>
        <w:t>I recall the day well as I later won the CC so what a good job I found the place!</w:t>
      </w:r>
    </w:p>
    <w:p>
      <w:r>
        <w:rPr>
          <w:b w:val="0"/>
          <w:i w:val="0"/>
        </w:rPr>
        <w:t>Only LKA at Stafford now to look forward to, then itâ€™s Christmas, then New Year after which the whole dog showing diary opens once more.</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