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January 2007"</w:t>
      </w:r>
      <w:r>
        <w:br/>
      </w:r>
      <w:r>
        <w:rPr>
          <w:b w:val="0"/>
          <w:i w:val="0"/>
        </w:rPr>
        <w:br/>
        <w:t>date_original: "2 January 2007"</w:t>
      </w:r>
      <w:r>
        <w:br/>
      </w:r>
      <w:r>
        <w:rPr>
          <w:b w:val="0"/>
          <w:i w:val="0"/>
        </w:rPr>
        <w:br/>
        <w:t>source_url: "https://www.ourdogs.co.uk/members/breednotes/2007/RetrieverLabrador/RetrieverLabrador-feb16.htm"</w:t>
      </w:r>
      <w:r>
        <w:br/>
      </w:r>
      <w:r>
        <w:rPr>
          <w:b w:val="0"/>
          <w:i w:val="0"/>
        </w:rPr>
        <w:br/>
        <w:t>archive_type: "static_html"</w:t>
      </w:r>
      <w:r>
        <w:br/>
      </w:r>
      <w:r>
        <w:rPr>
          <w:b w:val="0"/>
          <w:i w:val="0"/>
        </w:rPr>
        <w:br/>
        <w:t>scraped_at: "2026-09-13T22:06:49"</w:t>
      </w:r>
      <w:r>
        <w:br/>
      </w:r>
      <w:r>
        <w:rPr>
          <w:b w:val="0"/>
          <w:i w:val="0"/>
        </w:rPr>
        <w:br/>
        <w:t>word_count: 1678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Having been on my travels, I am now back home again and will catch up with the news you have kindly sent in whilst I was away. Should anyone wish for a copy of the comprehensive records of last years BOB, CC, RCC and BP winners which I have prepared and published in the notes over the past few weeks, do send me a large stamped self addressed envelope plus a small donation, which I will share between the various Labrador Rescue charities (cheques to be made out initially to A M Britton, the amount to be passed on in full to rescue).</w:t>
      </w:r>
    </w:p>
    <w:p>
      <w:r>
        <w:rPr>
          <w:b w:val="0"/>
          <w:i w:val="0"/>
        </w:rPr>
        <w:t>Karl Gawthorpe writes, ‘Kent, Surrey &amp; Sussex Labrador Retriever Club is holding a breed seminar on the 25th February 2007 at New Haw Community Centre, Addlestone, Surrey. We are also running The Kennel Club Conformation and Movement Seminar/ Hands-On Assessment being taken by Mrs C. Coode. We have got a few places left so if you wish to attend please contact Karl Gawthorpe 01932 874539 or email karl.gawthorpe@btinternet.com".</w:t>
      </w:r>
    </w:p>
    <w:p>
      <w:r>
        <w:rPr>
          <w:b w:val="0"/>
          <w:i w:val="0"/>
        </w:rPr>
        <w:t>At the new Boston Ch Show in the first week of January, the winners, under judges Mrs M Prior (D) and Mrs Erica Jayes (B) were :- Dog CC and Best of Breed - Marion Hopkinsons yellow dog, top winning Lab of 2006, Sh Ch Silver Suede over Rocheby. (Ahti Aspen of Finnwoods x Bridgeford Crstal Clear) winning his 9th CC. The dog RCC went to Lorraine Tooth’s yellow Ludalor Lunar Orbit JW (Sh Ch Amberstope Blue Moom x Sh Ch Ludalor Lilly).</w:t>
      </w:r>
    </w:p>
    <w:p>
      <w:r>
        <w:rPr>
          <w:b w:val="0"/>
          <w:i w:val="0"/>
        </w:rPr>
        <w:t>In the Bitch ring the CC was a crowning third for Margaret Brown and family’s yellow, Alanwood Spring Breeze over Ramsayville (Greenworth Odds Against x Alanwood Lady Jazzmine), who became the first Labrador champion to be made up in 2007. The Bitch RCC went to Mrs D’Arcy’s yellow, Lancastria Amber JW. Best Puppy was won by David Craig and Angela Williams black Foulby Buttons and Bows (Sh Ch Sudeo Chevalier of Ramsayville x Foulby Paper Lace).</w:t>
      </w:r>
    </w:p>
    <w:p>
      <w:r>
        <w:rPr>
          <w:b w:val="0"/>
          <w:i w:val="0"/>
        </w:rPr>
        <w:t>Manchester Championship show, held at Stafford in mid January, saw Dr Ron James awarding CCs in Labradors for the first time. Best of Breed was awarded to the Bitch CC winner, who was also Best Veteran, Felicity and Kira Leith Ross's black Swiss Int Fr WT Sh Ch Poole's Memory Of Tintagel Winds (Lembas to the Moon and Back JW x Pooles Memory of Tintagel Winds) winning her 4th CC on the day. The Bitch RCC was won by the Brown family’s newly crowned yellow, Sh Ch Alanwood Spring Breeze Over Ramsayville NAF TAF (Greenworth Odds Against x Alanwood Lady Jazzmine). The Dog CC was a 4th for Michael Neachell’s yellow Sh Ch Suttonpark Manifesto JW (Sh Ch Saranden Saboteur JW x Mileoak Cranberry from Suttonpark) with the Dog Res CC going to the Brown family’s yellow Sh Ch Ramsayville Route Sixty Six JW(Sh Ch Poolstead Pleased as Punch x Ramsayville Rosalind). Best Puppy was once again David Craig and Angela Williams black Foulby Buttons and Bows (Sh Ch Sudeo Chevalier of Ramsayville x Foulby Paper Lace).</w:t>
      </w:r>
    </w:p>
    <w:p>
      <w:r>
        <w:rPr>
          <w:b w:val="0"/>
          <w:i w:val="0"/>
        </w:rPr>
        <w:t>Andrew Brace has been judging Labradors in Italy and writes “I was delighted to be invited by the Italian Retriever Club to judge Labrador males and BOB at the International all breeds show in Erba, not far from Lake Como.</w:t>
      </w:r>
    </w:p>
    <w:p>
      <w:r>
        <w:rPr>
          <w:b w:val="0"/>
          <w:i w:val="0"/>
        </w:rPr>
        <w:t>‘The quality was pleasing overall but I was alarmed to see so many gay tails.</w:t>
      </w:r>
      <w:r>
        <w:br/>
      </w:r>
      <w:r>
        <w:rPr>
          <w:b w:val="0"/>
          <w:i w:val="0"/>
        </w:rPr>
        <w:br/>
        <w:t>‘My Best Male and winner of the CAC and CACIB was Heatherbourne Spitfire at Lochmor, a 19 months old yellow male by Lochmor Spencer x Ch Lochmor Sokeri at Heatherbourne. The RCACIB was won by another yellow, Ch Dolphingham Deedeetee (Poolstead Part and Parcel x Lenches Gypsy) whilst the RCAC went to the black simply named Swanblack (Lenches Tarmac x Lenches Serenade).</w:t>
      </w:r>
    </w:p>
    <w:p>
      <w:r>
        <w:rPr>
          <w:b w:val="0"/>
          <w:i w:val="0"/>
        </w:rPr>
        <w:t>‘When it came to BOB Franco Barberi had also won Best Bitch with the famous Ch Lochmor Sugar who was very much on form, and I was happy to make her BOB. In the group later in the day she put on a sterling performance and was, I felt, unlucky to be beaten by a beautifully groomed buff American Cocker. I understand that Sugar's litter sister is the dam of my Best Dog.</w:t>
      </w:r>
      <w:r>
        <w:br/>
      </w:r>
      <w:r>
        <w:rPr>
          <w:b w:val="0"/>
          <w:i w:val="0"/>
        </w:rPr>
        <w:br/>
        <w:t>‘Studying the catalogue afterwards it was clear to see that UK bloodlines are still very much influential in Italy.”</w:t>
      </w:r>
    </w:p>
    <w:p>
      <w:r>
        <w:rPr>
          <w:b w:val="0"/>
          <w:i w:val="0"/>
        </w:rPr>
        <w:t>News from Anthony Allen “At Dukeries Gundog in early January Allenies Maverick won Best of Breed under Gordon Haran and then went on to win Best in Show under Des Hodgkinson. Ricky is just 20 months old and is home-bred by our own Allenies MacCallum ex Allenies Graceful.</w:t>
      </w:r>
      <w:r>
        <w:br/>
      </w:r>
      <w:r>
        <w:rPr>
          <w:b w:val="0"/>
          <w:i w:val="0"/>
        </w:rPr>
        <w:br/>
        <w:t>Also at Kent Surrey and Sussex open show, Best in Show was awarded to Ian and Barbara Ganneys Jodalu Peggy Sue at Darrabol with Reserve going to Alison Scutcher’s Winsleywood Waterloo. Best Puppy in show went to Sussie and Richard Wiles yellow, Richbourne Roll of Honour.”</w:t>
      </w:r>
    </w:p>
    <w:p>
      <w:r>
        <w:rPr>
          <w:b w:val="0"/>
          <w:i w:val="0"/>
        </w:rPr>
        <w:t>Maureen D’Arcy (Lancastria) is the Acting Sec for North West Lab Ret Club until the AGM in April. She can be contacted at 42 Haslingden Old Road, Blackburn, Lancs BB12DY Tel. 01254 264177 or via email at asstsecretary@northwestlabradorretrieverclub.co.uk</w:t>
      </w:r>
    </w:p>
    <w:p>
      <w:r>
        <w:rPr>
          <w:b w:val="0"/>
          <w:i w:val="0"/>
        </w:rPr>
        <w:t>Anne Taylor writes “Before Christmas I travelled down to Hampshire (took 7 hours in the bad weather and traffic -it's another world once we drive south of Preston) to the SGWC day that the Lab Club were running at Mr Chris Duffey's shoot. He is a Flat Coat man and was kind enough to allow The Lab Club to run this day on one of his normal shoot days. Joy Venturi Rose ran the day most efficiently, with help from her husband, Chris, and Christine Cox. For this we must thank them all. Relief was felt when the day turned out to be sunny and fairly warm. There was plenty of game for us to be tested on, dogs having to sit through 'drives, sometimes off leads, proving they aren't gun shy, or make a noise. Each was then tested on freshly shot birds for not bring hard mouthed, hunting and retrieving. A water test was then included, and a final 'drive', after we seemed to encounter some 'paint-ballers' in the woods. The question was "would we have to retrieve the 'shot' ones? Luckily we stuck to birds!</w:t>
      </w:r>
    </w:p>
    <w:p>
      <w:r>
        <w:rPr>
          <w:b w:val="0"/>
          <w:i w:val="0"/>
        </w:rPr>
        <w:t>At the end of the day two dogs gained their certificates. Mrs White's yellow bitch, Lembas Moonlight Sonata (Sh Ch Sandylands Gadabout x Jugaren Moonlight Melody at Lembas), bred by the Mills, and Anne Taylor's black bitch, Fabracken Remember Me (Steeleigh American Express x Fabracken Pure Meadow Brown), who also won the Charway Trophy for Best Performance.</w:t>
      </w:r>
      <w:r>
        <w:br/>
      </w:r>
      <w:r>
        <w:rPr>
          <w:b w:val="0"/>
          <w:i w:val="0"/>
        </w:rPr>
        <w:br/>
        <w:t>We ended the day with a meal at the local pub where we all discussed what had gone on, and hoped that those who hadn't passed would continue to train their dogs and have another try one day. It was hoped that some more show people might become interested enough in training their dogs to this standard in the future.” Ann Taylor.</w:t>
      </w:r>
    </w:p>
    <w:p>
      <w:r>
        <w:rPr>
          <w:b w:val="0"/>
          <w:i w:val="0"/>
        </w:rPr>
        <w:t>Mrs Jackie Edgar Membership Secretary of the Labrador Club writes, "The membership subscription for the LRC was due on 2 January 2007. It would be a great help if this could be sent in before Crufts, as this helps a great deal with the Year Book mailing and reduces the amount of money taken on the day at the stand. The rates for this year are: UK - £8.00 single, £10.00 joint. Overseas - £12.00 single, £15.00 joint, this includes airmail to Europe, please add an extra £5.00 if airmail is required for other countries.” Jackie’s contact details are as follows: Mrs J Edgar, 132 Kenn Road, Clevedon, North Somerset, BS21 6JE. Tel 01275 875773 email j.edgar2@btinternet.com</w:t>
      </w:r>
    </w:p>
    <w:p>
      <w:r>
        <w:rPr>
          <w:b w:val="0"/>
          <w:i w:val="0"/>
        </w:rPr>
        <w:t>Please note that West England LRC subs should be sent to Secretary, Gordon Fox as normal.</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