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- 26/10/2018 - ISSUE"</w:t>
      </w:r>
      <w:r>
        <w:br/>
      </w:r>
      <w:r>
        <w:rPr>
          <w:b w:val="0"/>
          <w:i w:val="0"/>
        </w:rPr>
        <w:br/>
        <w:t>date_original: "26/10/2018 - ISSUE"</w:t>
      </w:r>
      <w:r>
        <w:br/>
      </w:r>
      <w:r>
        <w:rPr>
          <w:b w:val="0"/>
          <w:i w:val="0"/>
        </w:rPr>
        <w:br/>
        <w:t>source_url: "https://www.ourdogs.co.uk/members/breednotes/RetrieverLabradorMain.php"</w:t>
      </w:r>
      <w:r>
        <w:br/>
      </w:r>
      <w:r>
        <w:rPr>
          <w:b w:val="0"/>
          <w:i w:val="0"/>
        </w:rPr>
        <w:br/>
        <w:t>scraped_at: "2026-09-13T15:21:54"</w:t>
      </w:r>
      <w:r>
        <w:br/>
      </w:r>
      <w:r>
        <w:rPr>
          <w:b w:val="0"/>
          <w:i w:val="0"/>
        </w:rPr>
        <w:br/>
        <w:t>word_count: 689</w:t>
      </w:r>
    </w:p>
    <w:p>
      <w:r>
        <w:t>――――――――――――――――――――――――――――――</w:t>
      </w:r>
    </w:p>
    <w:p>
      <w:r>
        <w:rPr>
          <w:b w:val="0"/>
          <w:i w:val="0"/>
        </w:rPr>
        <w:t>NEWS MEMBERS' AREA SHOP SUBSCRIBE UPCOMING SHOWS MORE</w:t>
      </w:r>
    </w:p>
    <w:p>
      <w:r>
        <w:rPr>
          <w:b w:val="0"/>
          <w:i w:val="0"/>
        </w:rPr>
        <w:t>RETRIEVER LABRADOR</w:t>
      </w:r>
    </w:p>
    <w:p>
      <w:r>
        <w:rPr>
          <w:b w:val="0"/>
          <w:i w:val="0"/>
        </w:rPr>
        <w:t>Issue: 26/10/2018</w:t>
      </w:r>
    </w:p>
    <w:p>
      <w:r>
        <w:rPr>
          <w:b w:val="0"/>
          <w:i w:val="0"/>
        </w:rPr>
        <w:t xml:space="preserve">The Labrador Retriever Club of Wales held their Open Show at Caerphilly on a bright, sunny autumn Sunday. The hard working committee of experienced breeders and exhibitors always run a cheery, exhibitor friendly event, and the tradition continued. </w:t>
      </w:r>
    </w:p>
    <w:p>
      <w:r>
        <w:rPr>
          <w:b w:val="0"/>
          <w:i w:val="0"/>
        </w:rPr>
        <w:t xml:space="preserve">Secretary Margaret Barker and husband Trevor plus the Welsh Lab Club committee members, all work tirelessly for the club. It is good to see that forward thinking has ensured several enthusiastic, happy youngsters have  joined the committee to learn the ropes and thus ensure that the clubs future will always be in knowledgeable hands. </w:t>
      </w:r>
    </w:p>
    <w:p>
      <w:r>
        <w:rPr>
          <w:b w:val="0"/>
          <w:i w:val="0"/>
        </w:rPr>
        <w:t xml:space="preserve">The judging was thoughtfully scheduled to start at 10.30am allowing exhibitors a leisurely arrival and time to set up crates and sample the wonderful spread of refreshments. </w:t>
      </w:r>
    </w:p>
    <w:p>
      <w:r>
        <w:rPr>
          <w:b w:val="0"/>
          <w:i w:val="0"/>
        </w:rPr>
        <w:t>The judge was Joanne McDonald (Marronoir) with a super Open Show entry of 90 dogs and bitches.</w:t>
      </w:r>
    </w:p>
    <w:p>
      <w:r>
        <w:rPr>
          <w:b w:val="0"/>
          <w:i w:val="0"/>
        </w:rPr>
        <w:t>Best Dog and Best in Show was my own black dog Llanstinan Louis Lewis Bowstones, (Llanstinan Double Jeopardy x Bowstones Good Day Sunshine) and, continuing a great day, Best Bitch and Reserve Best in Show was his kennel mate and cousin, my own black Bowstones Windchime, ( Int Ch Dolbia Will to Please x Bowstones Georgiana).</w:t>
      </w:r>
    </w:p>
    <w:p>
      <w:r>
        <w:rPr>
          <w:b w:val="0"/>
          <w:i w:val="0"/>
        </w:rPr>
        <w:t>Best Puppy in Show was Penny Carpaninis black  bitch, Carpenny Philly, (Carpenny Primo x Follies Fine Finnish at Carpenny).</w:t>
      </w:r>
    </w:p>
    <w:p>
      <w:r>
        <w:rPr>
          <w:b w:val="0"/>
          <w:i w:val="0"/>
        </w:rPr>
        <w:t>Best Veteran was Sharon Rogers yellow Woodmist Saffron (Rocheby Old Smokey x Abbeystead Wren in Woodmist).</w:t>
      </w:r>
    </w:p>
    <w:p>
      <w:r>
        <w:rPr>
          <w:b w:val="0"/>
          <w:i w:val="0"/>
        </w:rPr>
        <w:t>Reserve Best dog was Abbeystead Beaufort of Haselorhill and Reserve Best Bitch my yellow, Bowstones Polka (Llanstinan Hot Toddy of Bowstones x Sh Ch Martinstide Pastiche of Bowstones JW).</w:t>
      </w:r>
    </w:p>
    <w:p>
      <w:r>
        <w:rPr>
          <w:b w:val="0"/>
          <w:i w:val="0"/>
        </w:rPr>
        <w:t xml:space="preserve">Baby Jasper my  singleton puppy made his debut and for all my worrying the previous night that he would do his "gazelle act" when asked to move, i.e enthusiastically flying through the air, high above the ring in metre wide arcs, actually trotted round very respectably, all four paws on the ground at all times and all in the right place. Phew! </w:t>
      </w:r>
    </w:p>
    <w:p>
      <w:r>
        <w:rPr>
          <w:b w:val="0"/>
          <w:i w:val="0"/>
        </w:rPr>
        <w:t>The Golden Retriever Club is running a Show Gundog Working Certificate Test</w:t>
      </w:r>
    </w:p>
    <w:p>
      <w:r>
        <w:rPr>
          <w:b w:val="0"/>
          <w:i w:val="0"/>
        </w:rPr>
        <w:t xml:space="preserve">To be held under Kennel Club Rules and Regulations (Restricted to a maximum of 16 dogs) </w:t>
      </w:r>
    </w:p>
    <w:p>
      <w:r>
        <w:rPr>
          <w:b w:val="0"/>
          <w:i w:val="0"/>
        </w:rPr>
        <w:t>On Saturday 08 December 2018</w:t>
      </w:r>
    </w:p>
    <w:p>
      <w:r>
        <w:rPr>
          <w:b w:val="0"/>
          <w:i w:val="0"/>
        </w:rPr>
        <w:t>At The Easton And Otley Agricultural College, Easton Campus, Easton, Norwich, Norfolk NR9 5GA</w:t>
      </w:r>
    </w:p>
    <w:p>
      <w:r>
        <w:rPr>
          <w:b w:val="0"/>
          <w:i w:val="0"/>
        </w:rPr>
        <w:t>By kind permission of Mr Tony Buttle &amp; The Principal of Easton &amp; Otley Agricultural College</w:t>
      </w:r>
    </w:p>
    <w:p>
      <w:r>
        <w:rPr>
          <w:b w:val="0"/>
          <w:i w:val="0"/>
        </w:rPr>
        <w:t>Judges​ Mr S Ellis (ID No. A672)</w:t>
      </w:r>
    </w:p>
    <w:p>
      <w:r>
        <w:rPr>
          <w:b w:val="0"/>
          <w:i w:val="0"/>
        </w:rPr>
        <w:t>Qualification​. A CC at a Championship Show or qualification for Crufts through a breed class at a Championship Show</w:t>
      </w:r>
    </w:p>
    <w:p>
      <w:r>
        <w:rPr>
          <w:b w:val="0"/>
          <w:i w:val="0"/>
        </w:rPr>
        <w:t>Entry Fee​​, Members Â£30 Non Members Â£35. Cheques payable to Eastern ​Counties Golden Retriever Club. Closing date​​, Saturday 24 November 2018</w:t>
      </w:r>
    </w:p>
    <w:p>
      <w:r>
        <w:rPr>
          <w:b w:val="0"/>
          <w:i w:val="0"/>
        </w:rPr>
        <w:t>DRAW​ Draw will not be sent; all entries will run, unless otherwise notified</w:t>
      </w:r>
    </w:p>
    <w:p>
      <w:r>
        <w:rPr>
          <w:b w:val="0"/>
          <w:i w:val="0"/>
        </w:rPr>
        <w:t>Meet ​at 08.30am, at the college, move off at 09.15am at the latest</w:t>
      </w:r>
    </w:p>
    <w:p>
      <w:r>
        <w:rPr>
          <w:b w:val="0"/>
          <w:i w:val="0"/>
        </w:rPr>
        <w:t>Withdrawals, any withdrawals must be notified as soon as possible</w:t>
      </w:r>
    </w:p>
    <w:p>
      <w:r>
        <w:rPr>
          <w:b w:val="0"/>
          <w:i w:val="0"/>
        </w:rPr>
        <w:t>Requirements​ for an S.G.W.C are as follows</w:t>
      </w:r>
    </w:p>
    <w:p>
      <w:r>
        <w:rPr>
          <w:b w:val="0"/>
          <w:i w:val="0"/>
        </w:rPr>
        <w:t>â€¢ The dog has been tested in line.</w:t>
      </w:r>
    </w:p>
    <w:p>
      <w:r>
        <w:rPr>
          <w:b w:val="0"/>
          <w:i w:val="0"/>
        </w:rPr>
        <w:t>â€¢ The dog has shown that it is not gun shy</w:t>
      </w:r>
    </w:p>
    <w:p>
      <w:r>
        <w:rPr>
          <w:b w:val="0"/>
          <w:i w:val="0"/>
        </w:rPr>
        <w:t>â€¢ The dog hunted for, and found, dead or wounded game, faced cover, and retrieved tenderly.</w:t>
      </w:r>
    </w:p>
    <w:p>
      <w:r>
        <w:rPr>
          <w:b w:val="0"/>
          <w:i w:val="0"/>
        </w:rPr>
        <w:t>â€¢ The dog entered water freely, swam and retrieved. If a natural retrieve is not possible a dummy may be used.</w:t>
      </w:r>
    </w:p>
    <w:p>
      <w:r>
        <w:rPr>
          <w:b w:val="0"/>
          <w:i w:val="0"/>
        </w:rPr>
        <w:t>â€¢ The dog has not barked or whined in line.</w:t>
      </w:r>
    </w:p>
    <w:p>
      <w:r>
        <w:rPr>
          <w:b w:val="0"/>
          <w:i w:val="0"/>
        </w:rPr>
        <w:t>â€¢ The dog has been under reasonable control, absolute steadiness is not essential.</w:t>
      </w:r>
    </w:p>
    <w:p>
      <w:r>
        <w:rPr>
          <w:b w:val="0"/>
          <w:i w:val="0"/>
        </w:rPr>
        <w:t xml:space="preserve">Field Trial Secretary, Mrs Di Ewings, "Apple Tree", Debach, Woodbridge, Suffolk IP13 6BZTel 01473 737611 </w:t>
      </w:r>
    </w:p>
    <w:p>
      <w:r>
        <w:rPr>
          <w:b w:val="0"/>
          <w:i w:val="0"/>
        </w:rPr>
        <w:t>donaldanddi@btinternet.com Videography and photography will only be permitted with the express permission of the chief steward and the host.</w:t>
      </w:r>
    </w:p>
    <w:p>
      <w:r>
        <w:rPr>
          <w:b w:val="0"/>
          <w:i w:val="0"/>
        </w:rPr>
        <w:t xml:space="preserve">Ann Britton </w:t>
      </w:r>
    </w:p>
    <w:p>
      <w:r>
        <w:rPr>
          <w:b w:val="0"/>
          <w:i w:val="0"/>
        </w:rPr>
        <w:t xml:space="preserve">01989720665 </w:t>
      </w:r>
    </w:p>
    <w:p>
      <w:r>
        <w:rPr>
          <w:b w:val="0"/>
          <w:i w:val="0"/>
        </w:rPr>
        <w:t>email bowstones@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