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 Jan 2009"</w:t>
      </w:r>
      <w:r>
        <w:br/>
      </w:r>
      <w:r>
        <w:rPr>
          <w:b w:val="0"/>
          <w:i w:val="0"/>
        </w:rPr>
        <w:br/>
        <w:t>date_original: "23 Jan 2009"</w:t>
      </w:r>
      <w:r>
        <w:br/>
      </w:r>
      <w:r>
        <w:rPr>
          <w:b w:val="0"/>
          <w:i w:val="0"/>
        </w:rPr>
        <w:br/>
        <w:t>source_url: "https://www.ourdogs.co.uk/members/breednotes/2009/RetrieverLabrador/RetrieverLabrador-jan23.htm"</w:t>
      </w:r>
      <w:r>
        <w:br/>
      </w:r>
      <w:r>
        <w:rPr>
          <w:b w:val="0"/>
          <w:i w:val="0"/>
        </w:rPr>
        <w:br/>
        <w:t>archive_type: "static_html"</w:t>
      </w:r>
      <w:r>
        <w:br/>
      </w:r>
      <w:r>
        <w:rPr>
          <w:b w:val="0"/>
          <w:i w:val="0"/>
        </w:rPr>
        <w:br/>
        <w:t>scraped_at: "2026-09-13T22:02:16"</w:t>
      </w:r>
      <w:r>
        <w:br/>
      </w:r>
      <w:r>
        <w:rPr>
          <w:b w:val="0"/>
          <w:i w:val="0"/>
        </w:rPr>
        <w:br/>
        <w:t>word_count: 1222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first week in January 2009 found the UK in the grip of snow and ice and sub-zero temperatures throughout each day; the coldest recorded since the 1980’s. Boston Ch Show was held at Newark on January 9th.</w:t>
      </w:r>
    </w:p>
    <w:p>
      <w:r>
        <w:rPr>
          <w:b w:val="0"/>
          <w:i w:val="0"/>
        </w:rPr>
        <w:t>From your phone calls, I gather Labrador dog judging started at 8.30am, which with two judges in place does seem exceptionally early for this time of the year. For those exhibitors driving any distance, it made for an extremely dark, dangerous start from home on very icy roads in the early hours. Added to which, there appeared to be the ever- present problem of bad motorway accidents en route during the dismal morning rush hour. I hear that several of you missed your classes.</w:t>
      </w:r>
    </w:p>
    <w:p>
      <w:r>
        <w:rPr>
          <w:b w:val="0"/>
          <w:i w:val="0"/>
        </w:rPr>
        <w:t>Richard Morris judged the Dogs and Margaret Brown the Bitches. The Dog CC, his exciting first CC, was won by Mrs Sally Lewis’ five year old, black, Gamesmere Orlando (Kathill Shoeshine Boy at Crosscroyde x Gamesmere Lady in Red), who has consistently been in the cards each year as he has matured.</w:t>
      </w:r>
    </w:p>
    <w:p>
      <w:r>
        <w:rPr>
          <w:b w:val="0"/>
          <w:i w:val="0"/>
        </w:rPr>
        <w:t>The Dog RCC went to Mr and Mrs Neal’s yellow, Amberstope Rebel Yell ShCM. (Amberstope Glen Grant x Amberstope Georgia).</w:t>
      </w:r>
    </w:p>
    <w:p>
      <w:r>
        <w:rPr>
          <w:b w:val="0"/>
          <w:i w:val="0"/>
        </w:rPr>
        <w:t>The Bitch CC and Best of Breed was won by Sadie Holliday and Robert Auld’s yellow, Sh Ch Lindall Strawberry Cream with Farbrae JW. (Rocheby Old Smokey x Lindall Russian Rhythm). This must be her lucky show. I see she won the CC here last year too. The Bitch RCC went to the Allen family’s yellow, Allenies Ophelia. (Rocheby Old Smokey X Allenies MacHattie). Best Puppy was Mr and Mrs Merrill’s Brockburrow Dream Maker for Gostwyck who also won the Puppy Group under Group judge, Di Arrowsmith.</w:t>
      </w:r>
    </w:p>
    <w:p>
      <w:r>
        <w:rPr>
          <w:b w:val="0"/>
          <w:i w:val="0"/>
        </w:rPr>
        <w:t>Referring to the Group, congratulations to Labrador exhibitors Anthony Allen and Richard Bott who won the Gundog Group under Di Arrowsmith with their English Springer Spaniel, Trimere Talking Point of Allenie JW. Another Lab exhibitor who did well with one of her other breeds was Linda Mcgillivray whose GSP, Sh Ch Magregor Bobbi Brown with Antonine ShCM won the Dog CC and BOB under judge, Bill Ashcroft.</w:t>
      </w:r>
    </w:p>
    <w:p>
      <w:r>
        <w:rPr>
          <w:b w:val="0"/>
          <w:i w:val="0"/>
        </w:rPr>
        <w:t>Continuing the review of 2008. This week is the turn of the bitch champions.</w:t>
      </w:r>
    </w:p>
    <w:p>
      <w:r>
        <w:rPr>
          <w:b w:val="0"/>
          <w:i w:val="0"/>
        </w:rPr>
        <w:t>There were six new bitch champions in 2008; 1 black full Champion and 5 Show Champions (3 yellow, 1 black and 1 chocolate). Congratulations to you all. I list them in the order in which they gained their titles.</w:t>
      </w:r>
    </w:p>
    <w:p>
      <w:r>
        <w:rPr>
          <w:b w:val="0"/>
          <w:i w:val="0"/>
        </w:rPr>
        <w:t>To great applause, in April, Anne Taylor made up her black Ch Fabracken Remember Me (Steeleigh American Express x Fabracken Pure Meadow Brown) at WELKS under Heather Wiles Fone. Having already been awarded her Show Gundog Working Certificate, she automatically became a Champion. Her previous CC’s were both won in 2007; under Linda Heron at Three Counties, where she went Best of Breed and at Gundog Breeds of Scotland under Lorraine Tooth.</w:t>
      </w:r>
    </w:p>
    <w:p>
      <w:r>
        <w:rPr>
          <w:b w:val="0"/>
          <w:i w:val="0"/>
        </w:rPr>
        <w:t>Sara Holliday and Robert Auld’s yearling yellow, Sh Ch Lindall Strawberry Cream with Farbrae, (Rocheby Old Smokey x Lindall Russian Rhythm), was made up in May at SKC under Helen Stevens. Bred by Linda and Alan Porter, Strawberry Cream also went Best of Breed on the day. Her first CC was from Marion Hopkinson at Manchester 2008 and her second, from Vic Cole at Crufts where she also won Best of Breed.</w:t>
      </w:r>
    </w:p>
    <w:p>
      <w:r>
        <w:rPr>
          <w:b w:val="0"/>
          <w:i w:val="0"/>
        </w:rPr>
        <w:t>Judith Charlton’s yellow Sh Ch Foxrush Ovaltine JW (Rocheby Old Smokey x Sh Ch Foxrush Giselle), Top Puppy of 2007, was made up at Southern Counties under Marilyn Prior. Her first CC was won under Fiona Braddon at Midland Counties Lab Club, and her second with Best of Breed under Margaret Grant at Bath.</w:t>
      </w:r>
    </w:p>
    <w:p>
      <w:r>
        <w:rPr>
          <w:b w:val="0"/>
          <w:i w:val="0"/>
        </w:rPr>
        <w:t>Angela Williams and David Craig’s black Sh Ch Foulby Buttons and Bows was made up at Belfast with Best of Breed under John Thirlwell. Her two previous CC’s both gained in 2008 were from Agnes May Pollock at the Lab Club of Scotland where she was Best in Show, and at Paignton also with BOB under Gordon Haran.</w:t>
      </w:r>
    </w:p>
    <w:p>
      <w:r>
        <w:rPr>
          <w:b w:val="0"/>
          <w:i w:val="0"/>
        </w:rPr>
        <w:t>Gemma Baillies’ yellow, Sh Ch Cambremer Ocean Breeze by Kilstron ShCM (Tullochmohr Titanic at Kilstron x Blackfyne Swing N Time at Cambremer), was sired by Gemma’s mother’s dog and bred by Joyce and Les Brabban. To great excitement, appreciated all round I am sure, one of our breeds young handlers faultlessly presented and campaigned her bitch to her title, which she gained at North West Lab Club under Moray Armstrong. Her first CC came from Chris Mills at Birmingham City 2008 quickly followed by her second CC and BOB at Richmond, under David Craig. Having gained her title Ocean Breeze won a further CC at Gundog Society of Wales in October under Allan Taylor and BOB in agreement with dog judge Peggy Rae.</w:t>
      </w:r>
    </w:p>
    <w:p>
      <w:r>
        <w:rPr>
          <w:b w:val="0"/>
          <w:i w:val="0"/>
        </w:rPr>
        <w:t>The final bitch to be made up in 2008 was Margaret Litherlands chocolate Sh Ch Trofarth Sian to Oakhouse (Oakhouse Medydd Menfryn x Trofarth Llinos) who was made up at West of England Lab Club under Linda Heron. Her first CC and BIS was from Keith Wallington at Lab Club of N Ireland, her second under Sheila Wallington at Midland Counties CA. She is Margaret’s second chocolate champion.</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