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- 08/05/2026 - ISSUE"</w:t>
      </w:r>
      <w:r>
        <w:br/>
      </w:r>
      <w:r>
        <w:rPr>
          <w:b w:val="0"/>
          <w:i w:val="0"/>
        </w:rPr>
        <w:br/>
        <w:t>date_original: "08/05/2026 - ISSUE"</w:t>
      </w:r>
      <w:r>
        <w:br/>
      </w:r>
      <w:r>
        <w:rPr>
          <w:b w:val="0"/>
          <w:i w:val="0"/>
        </w:rPr>
        <w:br/>
        <w:t>source_url: "https://www.ourdogs.co.uk/members/breednotes/RetrieverLabradorMain.php"</w:t>
      </w:r>
      <w:r>
        <w:br/>
      </w:r>
      <w:r>
        <w:rPr>
          <w:b w:val="0"/>
          <w:i w:val="0"/>
        </w:rPr>
        <w:br/>
        <w:t>scraped_at: "2026-09-13T15:03:46"</w:t>
      </w:r>
      <w:r>
        <w:br/>
      </w:r>
      <w:r>
        <w:rPr>
          <w:b w:val="0"/>
          <w:i w:val="0"/>
        </w:rPr>
        <w:br/>
        <w:t>word_count: 863</w:t>
      </w:r>
    </w:p>
    <w:p>
      <w:r>
        <w:t>――――――――――――――――――――――――――――――</w:t>
      </w:r>
    </w:p>
    <w:p>
      <w:r>
        <w:rPr>
          <w:b w:val="0"/>
          <w:i w:val="0"/>
        </w:rPr>
        <w:t>NEWS MEMBERS' AREA SHOP SUBSCRIBE UPCOMING SHOWS MORE</w:t>
      </w:r>
    </w:p>
    <w:p>
      <w:r>
        <w:rPr>
          <w:b w:val="0"/>
          <w:i w:val="0"/>
        </w:rPr>
        <w:t>RETRIEVER LABRADOR</w:t>
      </w:r>
    </w:p>
    <w:p>
      <w:r>
        <w:rPr>
          <w:b w:val="0"/>
          <w:i w:val="0"/>
        </w:rPr>
        <w:t>Issue: 08/05/2026</w:t>
      </w:r>
    </w:p>
    <w:p>
      <w:r>
        <w:rPr>
          <w:b w:val="0"/>
          <w:i w:val="0"/>
        </w:rPr>
        <w:t>The May blossom is out!!! Its heady scent is so evocative. I'm immediately transported back to my childhood, sitting in the pony paddock eating marmite sandwiches. Back from walking the dogs, I'm straight into the back of the cupboard, rooting out the marmite.</w:t>
      </w:r>
      <w:r>
        <w:br/>
      </w:r>
      <w:r>
        <w:rPr>
          <w:b w:val="0"/>
          <w:i w:val="0"/>
        </w:rPr>
        <w:br/>
        <w:t>A post on social media brings to our notice a malpractice suit served against the officers of a club, for thousands of pounds, brought by an exhibitor who tripped over the matting at their show. Hopefully, this suit will not succeed. Whatever happened to people taking responsibility for their own clumsiness. I think this person would have cause for complaint if the other exhibitors were dropping like flies. It's to be hoped that this egregious lawsuit will be thrown out. Maybe the person who brought it is hoping that the insurance company will just settle out of court. But it's a timely reminder to all of our clubs to ensure that we have comprehensive coverage.</w:t>
      </w:r>
      <w:r>
        <w:br/>
      </w:r>
      <w:r>
        <w:rPr>
          <w:b w:val="0"/>
          <w:i w:val="0"/>
        </w:rPr>
        <w:br/>
        <w:t>We all have our own way of feeding our dogs. Personally, I'm not a fan of the highly refined complete foods, though I do start my puppies off using a proprietary puppy food as the base for their feed, with additions. I'm of the opinion that it keeps a dogs digestive system fit if it has to work for its nutrients. Just as it keeps the body fit if it has to work for results. Modern, complete feeds are easily digested, and can leave the digestive system sluggish, and the dog hungry again very soon after eating.</w:t>
      </w:r>
      <w:r>
        <w:br/>
      </w:r>
      <w:r>
        <w:rPr>
          <w:b w:val="0"/>
          <w:i w:val="0"/>
        </w:rPr>
        <w:br/>
        <w:t>To this end, I am a great believer in the value of adding cooked oats and barley to my dogs feed. So many food manufacturers nowadays proudly state that they are 'grain free', but add rice, (which is a grain and has almost zero nutritional value). And whilst people think of oats and barley as grains, they are actually seeds. They were both originally wild grasses, and therefore made up a large part of the diet of plains grazing animals, long before what we now think of as grass existed. When wild dogs kill, the most valuable part of the kill is the stomach and its contents. Followed by the other internal organs. Only then do they tackle the muscle meat. As dogs don't grind their food in the same way that ruminants do, they don't break down the tough cellulose that covers grasses and seeds, so these stomach contents are a valuable source of essential plant proteins. That's why I also feed green tripe. The 'bad' grains, and the ones used by many manufacturers to bulk out their product are the cheap, high starch wheat and maize. Those I avoid.</w:t>
      </w:r>
      <w:r>
        <w:br/>
      </w:r>
      <w:r>
        <w:rPr>
          <w:b w:val="0"/>
          <w:i w:val="0"/>
        </w:rPr>
        <w:br/>
        <w:t>Oats are a superfood for dogs. They are good for the heart, blood pressure, coat, skin, digestive system, and have the added advantage of slowing the progress of the food through the digestive system. This not only keeps your dog feeling fuller for longer, but as the food spends longer in the intestines, it also allows for more of the nutrients from the food to be absorbed into the bloodstream. They also mop up cancer causing free radicals. Barley is a non-soluble fibre and its addition to the food does the job of keeping the digestive system clean. I buy my naked, flaked oats and micronised flaked barley from a horse feed merchant, where it is unbelievably inexpensive. It's in effect, a big sack of porridge oats. I cook it in a slow cooker at a ratio of three parts oats to one part barley, on medium, for 3 and a half hours. I cook three days supply at once. My dogs get a small handful of biscuit for crunch, a good serving spoon sized dollop of oats and barley, a teaspoon of brewers yeast powder, a desertspoon of milled linseed, a teaspoon of dried seaweed, (on one feed only), a sardine on one feed only, (thank you Becci Hodge for that tip), a hard boiled egg on the other feed, tripe on both feeds, and vegetable, which I vary. It must be so much easier to just throw a couple of handfuls of complete feed into a dog bowl, easier for the owner, but is it better for the dog? Horse feed merchants are an excellent source of additions at a very competitive price. You can get a large sack of milled, cooked linseed for a fraction of the price of those little sachets in the supermarket. It's also where I also buy my brewers yeast and dried seaweed.</w:t>
      </w:r>
      <w:r>
        <w:br/>
      </w:r>
      <w:r>
        <w:rPr>
          <w:b w:val="0"/>
          <w:i w:val="0"/>
        </w:rPr>
        <w:br/>
        <w:t>Elaine Grummitt</w:t>
      </w:r>
      <w:r>
        <w:br/>
      </w:r>
      <w:r>
        <w:rPr>
          <w:b w:val="0"/>
          <w:i w:val="0"/>
        </w:rPr>
        <w:br/>
        <w:t>manorwell@sky.com</w:t>
      </w:r>
    </w:p>
    <w:p>
      <w:r>
        <w:rPr>
          <w:b w:val="0"/>
          <w:i w:val="0"/>
        </w:rPr>
        <w:t>Back to Archive</w:t>
      </w:r>
    </w:p>
    <w:p>
      <w:r>
        <w:rPr>
          <w:b w:val="0"/>
          <w:i w:val="0"/>
        </w:rPr>
        <w:t>Back to Breed Notes Index</w:t>
      </w:r>
    </w:p>
    <w:p>
      <w:r>
        <w:rPr>
          <w:b w:val="0"/>
          <w:i w:val="0"/>
        </w:rPr>
        <w:t>Tel</w:t>
      </w:r>
      <w:r>
        <w:br/>
      </w:r>
      <w:r>
        <w:rPr>
          <w:b w:val="0"/>
          <w:i w:val="0"/>
        </w:rPr>
        <w:br/>
        <w:t>0161 709 4550</w:t>
      </w:r>
      <w:r>
        <w:br/>
      </w:r>
      <w:r>
        <w:rPr>
          <w:b w:val="0"/>
          <w:i w:val="0"/>
        </w:rPr>
        <w:br/>
        <w:t>Advertising</w:t>
      </w:r>
      <w:r>
        <w:br/>
      </w:r>
      <w:r>
        <w:rPr>
          <w:b w:val="0"/>
          <w:i w:val="0"/>
        </w:rPr>
        <w:br/>
        <w:t>0161 709 4576</w:t>
      </w:r>
      <w:r>
        <w:br/>
      </w:r>
      <w:r>
        <w:rPr>
          <w:b w:val="0"/>
          <w:i w:val="0"/>
        </w:rPr>
        <w:br/>
        <w:t>Editorial</w:t>
      </w:r>
      <w:r>
        <w:br/>
      </w:r>
      <w:r>
        <w:rPr>
          <w:b w:val="0"/>
          <w:i w:val="0"/>
        </w:rPr>
        <w:br/>
        <w:t>0161 709 4550</w:t>
      </w:r>
      <w:r>
        <w:br/>
      </w:r>
      <w:r>
        <w:rPr>
          <w:b w:val="0"/>
          <w:i w:val="0"/>
        </w:rPr>
        <w:br/>
        <w:t>Subscriptions</w:t>
      </w:r>
      <w:r>
        <w:br/>
      </w:r>
      <w:r>
        <w:rPr>
          <w:b w:val="0"/>
          <w:i w:val="0"/>
        </w:rPr>
        <w:br/>
        <w:t>0161 709 4559</w:t>
      </w:r>
      <w:r>
        <w:br/>
      </w:r>
      <w:r>
        <w:rPr>
          <w:b w:val="0"/>
          <w:i w:val="0"/>
        </w:rPr>
        <w:br/>
        <w:t>Mail Order</w:t>
      </w:r>
      <w:r>
        <w:br/>
      </w:r>
      <w:r>
        <w:rPr>
          <w:b w:val="0"/>
          <w:i w:val="0"/>
        </w:rPr>
        <w:br/>
        <w:t>0161 709 4562</w:t>
      </w:r>
      <w:r>
        <w:br/>
      </w:r>
      <w:r>
        <w:rPr>
          <w:b w:val="0"/>
          <w:i w:val="0"/>
        </w:rPr>
        <w:br/>
        <w:t>Show Reports</w:t>
      </w:r>
      <w:r>
        <w:br/>
      </w:r>
      <w:r>
        <w:rPr>
          <w:b w:val="0"/>
          <w:i w:val="0"/>
        </w:rPr>
        <w:br/>
        <w:t>0161 709 4571</w:t>
      </w:r>
      <w:r>
        <w:br/>
      </w:r>
      <w:r>
        <w:rPr>
          <w:b w:val="0"/>
          <w:i w:val="0"/>
        </w:rPr>
        <w:br/>
        <w:t>SEND YOUR REPORT</w:t>
      </w:r>
      <w:r>
        <w:br/>
      </w:r>
      <w:r>
        <w:rPr>
          <w:b w:val="0"/>
          <w:i w:val="0"/>
        </w:rPr>
        <w:br/>
        <w:t>Competitions</w:t>
      </w:r>
      <w:r>
        <w:br/>
      </w:r>
      <w:r>
        <w:rPr>
          <w:b w:val="0"/>
          <w:i w:val="0"/>
        </w:rPr>
        <w:br/>
        <w:t>TOP DOG</w:t>
      </w:r>
      <w:r>
        <w:br/>
      </w:r>
      <w:r>
        <w:rPr>
          <w:b w:val="0"/>
          <w:i w:val="0"/>
        </w:rPr>
        <w:br/>
        <w:t>TOP PUPPY</w:t>
      </w:r>
      <w:r>
        <w:br/>
      </w:r>
      <w:r>
        <w:rPr>
          <w:b w:val="0"/>
          <w:i w:val="0"/>
        </w:rPr>
        <w:br/>
        <w:t>TOP BREEDER</w:t>
      </w:r>
      <w:r>
        <w:br/>
      </w:r>
      <w:r>
        <w:rPr>
          <w:b w:val="0"/>
          <w:i w:val="0"/>
        </w:rPr>
        <w:br/>
        <w:t>TOP STUD</w:t>
      </w:r>
      <w:r>
        <w:br/>
      </w:r>
      <w:r>
        <w:rPr>
          <w:b w:val="0"/>
          <w:i w:val="0"/>
        </w:rPr>
        <w:br/>
        <w:t>TOP BROOD</w:t>
      </w:r>
      <w:r>
        <w:br/>
      </w:r>
      <w:r>
        <w:rPr>
          <w:b w:val="0"/>
          <w:i w:val="0"/>
        </w:rPr>
        <w:br/>
        <w:t>Members' Area</w:t>
      </w:r>
      <w:r>
        <w:br/>
      </w:r>
      <w:r>
        <w:rPr>
          <w:b w:val="0"/>
          <w:i w:val="0"/>
        </w:rPr>
        <w:br/>
        <w:t>BREED NOTES</w:t>
      </w:r>
      <w:r>
        <w:br/>
      </w:r>
      <w:r>
        <w:rPr>
          <w:b w:val="0"/>
          <w:i w:val="0"/>
        </w:rPr>
        <w:br/>
        <w:t>CHAMP SHOWS</w:t>
      </w:r>
      <w:r>
        <w:br/>
      </w:r>
      <w:r>
        <w:rPr>
          <w:b w:val="0"/>
          <w:i w:val="0"/>
        </w:rPr>
        <w:br/>
        <w:t>GENERAL SHOWS</w:t>
      </w:r>
      <w:r>
        <w:br/>
      </w:r>
      <w:r>
        <w:rPr>
          <w:b w:val="0"/>
          <w:i w:val="0"/>
        </w:rPr>
        <w:br/>
        <w:t>REGULAR FEATURES</w:t>
      </w:r>
      <w:r>
        <w:br/>
      </w:r>
      <w:r>
        <w:rPr>
          <w:b w:val="0"/>
          <w:i w:val="0"/>
        </w:rPr>
        <w:br/>
        <w:t>DIGITAL EDITION</w:t>
      </w:r>
      <w:r>
        <w:br/>
      </w:r>
      <w:r>
        <w:rPr>
          <w:b w:val="0"/>
          <w:i w:val="0"/>
        </w:rPr>
        <w:br/>
        <w:t>Sign up for our newsletter</w:t>
      </w:r>
      <w:r>
        <w:br/>
      </w:r>
      <w:r>
        <w:rPr>
          <w:b w:val="0"/>
          <w:i w:val="0"/>
        </w:rPr>
        <w:br/>
        <w:t>Subscribe</w:t>
      </w:r>
      <w:r>
        <w:br/>
      </w:r>
      <w:r>
        <w:rPr>
          <w:b w:val="0"/>
          <w:i w:val="0"/>
        </w:rPr>
        <w:br/>
        <w:t>Follow Us</w:t>
      </w:r>
    </w:p>
    <w:p>
      <w:r>
        <w:rPr>
          <w:b w:val="0"/>
          <w:i w:val="0"/>
        </w:rPr>
        <w:t>© Our Dogs Publishing All Rights Reserved. | Privacy Policy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