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- 05/02/2016 - ISSUE"</w:t>
      </w:r>
      <w:r>
        <w:br/>
      </w:r>
      <w:r>
        <w:rPr>
          <w:b w:val="0"/>
          <w:i w:val="0"/>
        </w:rPr>
        <w:br/>
        <w:t>date_original: "05/02/2016 - ISSUE"</w:t>
      </w:r>
      <w:r>
        <w:br/>
      </w:r>
      <w:r>
        <w:rPr>
          <w:b w:val="0"/>
          <w:i w:val="0"/>
        </w:rPr>
        <w:br/>
        <w:t>source_url: "https://www.ourdogs.co.uk/members/breednotes/RetrieverLabradorMain.php"</w:t>
      </w:r>
      <w:r>
        <w:br/>
      </w:r>
      <w:r>
        <w:rPr>
          <w:b w:val="0"/>
          <w:i w:val="0"/>
        </w:rPr>
        <w:br/>
        <w:t>scraped_at: "2026-09-13T15:29:34"</w:t>
      </w:r>
      <w:r>
        <w:br/>
      </w:r>
      <w:r>
        <w:rPr>
          <w:b w:val="0"/>
          <w:i w:val="0"/>
        </w:rPr>
        <w:br/>
        <w:t>word_count: 592</w:t>
      </w:r>
    </w:p>
    <w:p>
      <w:r>
        <w:t>――――――――――――――――――――――――――――――</w:t>
      </w:r>
    </w:p>
    <w:p>
      <w:r>
        <w:rPr>
          <w:b w:val="0"/>
          <w:i w:val="0"/>
        </w:rPr>
        <w:t>NEWS MEMBERS' AREA SHOP SUBSCRIBE UPCOMING SHOWS MORE</w:t>
      </w:r>
    </w:p>
    <w:p>
      <w:r>
        <w:rPr>
          <w:b w:val="0"/>
          <w:i w:val="0"/>
        </w:rPr>
        <w:t>RETRIEVER LABRADOR</w:t>
      </w:r>
    </w:p>
    <w:p>
      <w:r>
        <w:rPr>
          <w:b w:val="0"/>
          <w:i w:val="0"/>
        </w:rPr>
        <w:t>Issue: 05/02/2016</w:t>
      </w:r>
    </w:p>
    <w:p>
      <w:r>
        <w:rPr>
          <w:b w:val="0"/>
          <w:i w:val="0"/>
        </w:rPr>
        <w:t>Congratulations to Shaun Williamson flying the Labrador flag at top Open show level with his dual CC winning  yellow dog  Sharouns Illusionist JW Shcm who went Reserve Best in Show from an entry of 1200 dogs of all breeds at Lichfield Canine Society Open Show recently.</w:t>
      </w:r>
    </w:p>
    <w:p>
      <w:r>
        <w:rPr>
          <w:b w:val="0"/>
          <w:i w:val="0"/>
        </w:rPr>
        <w:t>Moira Greenwood (Harrop), judged at Three Ridings Open Show on 24th January. The winners were Best Bitch and Best in Show Judith Charltons yellow Sh Ch Foxrush Remember the Time JW. Reserve Best Bitch was Linda Thompsons black Meadowline Midway Lady JW SHCm.</w:t>
      </w:r>
    </w:p>
    <w:p>
      <w:r>
        <w:rPr>
          <w:b w:val="0"/>
          <w:i w:val="0"/>
        </w:rPr>
        <w:t>Best Puppy Bitch was Judith Charltons Foxrush Spun Gold.</w:t>
      </w:r>
    </w:p>
    <w:p>
      <w:r>
        <w:rPr>
          <w:b w:val="0"/>
          <w:i w:val="0"/>
        </w:rPr>
        <w:t>Best Dog and Reserve Best in Show was Allen Hess and Elliotts yellow Am Ch Tampa Bay and Snobo Gusty Seas Batten Down The Hatch (IMP USA) whilst Reserve Best Dog was Shaun Williamsons  Sharouns Smart Alec who was also Best Puppy Dog.</w:t>
      </w:r>
    </w:p>
    <w:p>
      <w:r>
        <w:rPr>
          <w:b w:val="0"/>
          <w:i w:val="0"/>
        </w:rPr>
        <w:t>Congratulations to the two new Junior Warrant winners listed in this months Kennel Gazette; the Lembas sisters, Crackling Rosie and Pretty Amazing Grace, sired by Sh Ch Farnfield Topo Gigio JW SHCm x Sh Ch Lembas Chiquitita.</w:t>
      </w:r>
    </w:p>
    <w:p>
      <w:r>
        <w:rPr>
          <w:b w:val="0"/>
          <w:i w:val="0"/>
        </w:rPr>
        <w:t>Kent Surrey and Sussex Labrador Club Open Show was judged by Sarah Sevastopulo.</w:t>
      </w:r>
    </w:p>
    <w:p>
      <w:r>
        <w:rPr>
          <w:b w:val="0"/>
          <w:i w:val="0"/>
        </w:rPr>
        <w:t>Best Dog and Best in Show from an entry of 80 dogs and bitches was Jenners black, Rossacre Trail Blazer at Lyjansen (Ch Warringah Gundaroo x Warringah  Taranna by Rossacre). Making a clean sweep for the Warringah kennel, David Coodes yellow dog  Ch Warringahs Perth JW ShCm was Reserve Best Dog and RBIS whilst the chocolate puppy Warringahs Gilgandra was Best Puppy Dog and Best Puppy in show.</w:t>
      </w:r>
    </w:p>
    <w:p>
      <w:r>
        <w:rPr>
          <w:b w:val="0"/>
          <w:i w:val="0"/>
        </w:rPr>
        <w:t>Best Bitch was Warringahs Camira Creek at Briwed and Res Best Bitch and Best Puppy bitch was Warringah Gulwarra.</w:t>
      </w:r>
    </w:p>
    <w:p>
      <w:r>
        <w:rPr>
          <w:b w:val="0"/>
          <w:i w:val="0"/>
        </w:rPr>
        <w:t>Someone asked me why I didnt xray my Labradors until they were at least two years old. Well, in general the joint structure of a Labrador is not completely formed beforehand. In the United States xrays cannot be submitted for scoring before two years of age but here the BVA allows them to be scored after 12 months. The trouble with that is there is a possibility that a 12 month hip still has much more perfect development to do and by delaying, better scores of the finished joint are usually the outcome.</w:t>
      </w:r>
    </w:p>
    <w:p>
      <w:r>
        <w:rPr>
          <w:b w:val="0"/>
          <w:i w:val="0"/>
        </w:rPr>
        <w:t>I found a useful diagram of the average age at which the growth plates close, details from which might be of interest.</w:t>
      </w:r>
    </w:p>
    <w:p>
      <w:r>
        <w:rPr>
          <w:b w:val="0"/>
          <w:i w:val="0"/>
        </w:rPr>
        <w:t xml:space="preserve">The Shoulder joint is more or less completely formed with growth plates closed by 15.5 months, likewise the elbow, around 15 months. The joints of the pastern are not complete until around 17 months. The femoral head of the hip joint is not complete until 15 months, the stifle joint by 14 months whilst the hock is 17.5 months. So dont panic to get rushing off with your pup bang on 12 months of age, feeling you will get a better score than if you wait to get it xrayed later. You may be pleasantly surprised by delaying a year.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