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- 08/03/2013"</w:t>
      </w:r>
      <w:r>
        <w:br/>
      </w:r>
      <w:r>
        <w:rPr>
          <w:b w:val="0"/>
          <w:i w:val="0"/>
        </w:rPr>
        <w:br/>
        <w:t>date_original: "08/03/2013"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"2026-09-13T22:44:22"</w:t>
      </w:r>
      <w:r>
        <w:br/>
      </w:r>
      <w:r>
        <w:rPr>
          <w:b w:val="0"/>
          <w:i w:val="0"/>
        </w:rPr>
        <w:br/>
        <w:t>word_count: 702</w:t>
      </w:r>
    </w:p>
    <w:p>
      <w:r>
        <w:t>――――――――――――――――――――――――――――――</w:t>
      </w:r>
    </w:p>
    <w:p>
      <w:r>
        <w:rPr>
          <w:b w:val="0"/>
          <w:i w:val="0"/>
        </w:rPr>
        <w:t>NEWS MEMBERS' AREA SHOP SUBSCRIBE UPCOMING SHOWS MORE</w:t>
      </w:r>
    </w:p>
    <w:p>
      <w:r>
        <w:rPr>
          <w:b w:val="0"/>
          <w:i w:val="0"/>
        </w:rPr>
        <w:t>RETRIEVER LABRADOR</w:t>
      </w:r>
    </w:p>
    <w:p>
      <w:r>
        <w:rPr>
          <w:b w:val="0"/>
          <w:i w:val="0"/>
        </w:rPr>
        <w:t>Issue: 08/03/2013</w:t>
      </w:r>
    </w:p>
    <w:p>
      <w:r>
        <w:rPr>
          <w:b w:val="0"/>
          <w:i w:val="0"/>
        </w:rPr>
        <w:t>When the breed notes normal closing dead-line is on Monday morning, it was a nasty surprise to hear that the notes were wanted by the Friday of the week before Crufts.</w:t>
      </w:r>
    </w:p>
    <w:p>
      <w:r>
        <w:rPr>
          <w:b w:val="0"/>
          <w:i w:val="0"/>
        </w:rPr>
        <w:t>Labradors are scheduled at Crufts at the NEC Birmingham on Saturday 9th March, which will make traveling along the M42 and M6 motorways much easier without the queues of work traffic.</w:t>
      </w:r>
    </w:p>
    <w:p>
      <w:r>
        <w:rPr>
          <w:b w:val="0"/>
          <w:i w:val="0"/>
        </w:rPr>
        <w:t>Our breed has drawn the top entry of the show, 495 dogs and bitches. By the end of the day, judges Elise Nolan and Tom Grant will certainly know they have walked a few miles around their vast, green carpeted dog and bitch rings at the NEC.</w:t>
      </w:r>
    </w:p>
    <w:p>
      <w:r>
        <w:rPr>
          <w:b w:val="0"/>
          <w:i w:val="0"/>
        </w:rPr>
        <w:t>I recall when I judged both sexes at LKA a couple of years ago at the same venue, I was absolutely fine until I had finished judging and started on the walk back to the Secretarys office, when I realized with horror that with every single agonizing step my shoes felt two sizes too small.</w:t>
      </w:r>
    </w:p>
    <w:p>
      <w:r>
        <w:rPr>
          <w:b w:val="0"/>
          <w:i w:val="0"/>
        </w:rPr>
        <w:t>Someone recently asked me what was my best tip for exhibitors and judges at Crufts. Far from eulogising about conditioning ones exhibits, my reply was "Top of the list -Wear extremely comfy shoes".</w:t>
      </w:r>
    </w:p>
    <w:p>
      <w:r>
        <w:rPr>
          <w:b w:val="0"/>
          <w:i w:val="0"/>
        </w:rPr>
        <w:t>On the home front, I am thoroughly enjoying rearing my singleton "litter" now 12 weeks old, and my "proper" litter of black, yellow and chocolate pups which are just over four weeks old and looking very promising.</w:t>
      </w:r>
    </w:p>
    <w:p>
      <w:r>
        <w:rPr>
          <w:b w:val="0"/>
          <w:i w:val="0"/>
        </w:rPr>
        <w:t>Readers will know it is quite a while since I have bred any litter at all, due to my late husband George's long illness.  After all these years it is still such a joy to rear puppies well and see them thriving, full of potential for their long and happy lives ahead.</w:t>
      </w:r>
    </w:p>
    <w:p>
      <w:r>
        <w:rPr>
          <w:b w:val="0"/>
          <w:i w:val="0"/>
        </w:rPr>
        <w:t>So, I am really enjoying this litter, twenty four hours a day; watching them and weaning them; such great entertainment. They bring me much delight.</w:t>
      </w:r>
    </w:p>
    <w:p>
      <w:r>
        <w:rPr>
          <w:b w:val="0"/>
          <w:i w:val="0"/>
        </w:rPr>
        <w:t>And then into my happy, sunny, but probably unrealistic world came the nasty shock, I had completely forgotten the existence of "timewasters"; people whose hobby appears to be to pretend they are going to buy themselves a puppy.</w:t>
      </w:r>
    </w:p>
    <w:p>
      <w:r>
        <w:rPr>
          <w:b w:val="0"/>
          <w:i w:val="0"/>
        </w:rPr>
        <w:t>They book a puppy early on, from an un-suspecting breeder (this time it was me!), but in fact they know they have no intention whatsoever of buying any puppy at all when the time comes.</w:t>
      </w:r>
    </w:p>
    <w:p>
      <w:r>
        <w:rPr>
          <w:b w:val="0"/>
          <w:i w:val="0"/>
        </w:rPr>
        <w:t>They seem to enjoy the dramatic process of enthusiastically booking the puppy, visiting the kennels to see all the lovely dogs and ending their days out by taking afternoon tea here. They depart home after a jolly afternoon, clutching a picture packed puppy rearing book, which they promise they will study well before they collect their puppy. But of course they never intend to do so!</w:t>
      </w:r>
    </w:p>
    <w:p>
      <w:r>
        <w:rPr>
          <w:b w:val="0"/>
          <w:i w:val="0"/>
        </w:rPr>
        <w:t>Silly me. I had completely forgotten these people exist. A dog puppy from this litter was duly reserved and spoken for;  I  turned down all other enquiries for him and stupidly didn't keep any of the contact numbers.</w:t>
      </w:r>
    </w:p>
    <w:p>
      <w:r>
        <w:rPr>
          <w:b w:val="0"/>
          <w:i w:val="0"/>
        </w:rPr>
        <w:t>I was not amused to find some time later that I had fallen hook line and sinker for the time-wasters old trick.</w:t>
      </w:r>
    </w:p>
    <w:p>
      <w:r>
        <w:rPr>
          <w:b w:val="0"/>
          <w:i w:val="0"/>
        </w:rPr>
        <w:t>It reminded me of another such occasion twenty odd years ago,  when I experienced similar timewasters. They had been in contact asking for advice for six months prior to the birth of the litter containing the puppy they enthusiastically booked and visited to see. On collection day at eight weeks having been in touch nearly every single day since the pups were born, they rang and cancelled her.</w:t>
      </w:r>
    </w:p>
    <w:p>
      <w:r>
        <w:rPr>
          <w:b w:val="0"/>
          <w:i w:val="0"/>
        </w:rPr>
        <w:t>They had decided they didn't want a dog after all but were going to buy a white leather three-piece suite instead!</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