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- 15/03/2024 - ISSUE"</w:t>
      </w:r>
      <w:r>
        <w:br/>
      </w:r>
      <w:r>
        <w:rPr>
          <w:b w:val="0"/>
          <w:i w:val="0"/>
        </w:rPr>
        <w:br/>
        <w:t>date_original: "15/03/2024 - ISSUE"</w:t>
      </w:r>
      <w:r>
        <w:br/>
      </w:r>
      <w:r>
        <w:rPr>
          <w:b w:val="0"/>
          <w:i w:val="0"/>
        </w:rPr>
        <w:br/>
        <w:t>source_url: "https://www.ourdogs.co.uk/members/breednotes/RetrieverLabradorMain.php"</w:t>
      </w:r>
      <w:r>
        <w:br/>
      </w:r>
      <w:r>
        <w:rPr>
          <w:b w:val="0"/>
          <w:i w:val="0"/>
        </w:rPr>
        <w:br/>
        <w:t>scraped_at: "2026-09-13T15:08:36"</w:t>
      </w:r>
      <w:r>
        <w:br/>
      </w:r>
      <w:r>
        <w:rPr>
          <w:b w:val="0"/>
          <w:i w:val="0"/>
        </w:rPr>
        <w:br/>
        <w:t>word_count: 1067</w:t>
      </w:r>
    </w:p>
    <w:p>
      <w:r>
        <w:t>――――――――――――――――――――――――――――――</w:t>
      </w:r>
    </w:p>
    <w:p>
      <w:r>
        <w:rPr>
          <w:b w:val="0"/>
          <w:i w:val="0"/>
        </w:rPr>
        <w:t>NEWS MEMBERS' AREA SHOP SUBSCRIBE UPCOMING SHOWS MORE</w:t>
      </w:r>
    </w:p>
    <w:p>
      <w:r>
        <w:rPr>
          <w:b w:val="0"/>
          <w:i w:val="0"/>
        </w:rPr>
        <w:t>RETRIEVER LABRADOR</w:t>
      </w:r>
    </w:p>
    <w:p>
      <w:r>
        <w:rPr>
          <w:b w:val="0"/>
          <w:i w:val="0"/>
        </w:rPr>
        <w:t>Issue: 15/03/2024</w:t>
      </w:r>
    </w:p>
    <w:p>
      <w:r>
        <w:rPr>
          <w:b w:val="0"/>
          <w:i w:val="0"/>
        </w:rPr>
        <w:t xml:space="preserve">What an exciting Crufts 2024 we Labrador folk enjoyed, from those hundreds who drove through the night to be set up in Hall 5 of the NEC Birmingham by breakfast-time, to the many other enthusiasts stuck at home, unable to attend, but watching online or tv. For me being one of the latter, far from feeling left out, it was like being at the show, so much was covered live in colour via Facebook and More 4 and Channel 4 tv. </w:t>
      </w:r>
    </w:p>
    <w:p>
      <w:r>
        <w:rPr>
          <w:b w:val="0"/>
          <w:i w:val="0"/>
        </w:rPr>
        <w:t xml:space="preserve">How things have changed for the better.  I first attended Crufts in London as a toddler with my parents and their dogs in 1948 and annually thereafter. I dread to think how many years that is! Results appeared about three weeks later in the dog press and slowly afterwards. </w:t>
      </w:r>
    </w:p>
    <w:p>
      <w:r>
        <w:rPr>
          <w:b w:val="0"/>
          <w:i w:val="0"/>
        </w:rPr>
        <w:t xml:space="preserve">The 2024 results service provided so well by Fosse Data was almost immediate from the very first class of Labradors, where judging started at 8am in the morning. The judges, David Hopkinson (Dogs) and Mark Rawlinson (Bitches), did a sterling job all day long with many very large classes. </w:t>
      </w:r>
    </w:p>
    <w:p>
      <w:r>
        <w:rPr>
          <w:b w:val="0"/>
          <w:i w:val="0"/>
        </w:rPr>
        <w:t xml:space="preserve">From an entry of 519 dogs and bitches, (214 dogs and 305 bitches) many from overseas kennels, the eventual exciting winners were Dog CC and Best of  Breed Jean and Gary Johnsons home bred yellow dog, ShCh  Cremino Calabrese. </w:t>
      </w:r>
    </w:p>
    <w:p>
      <w:r>
        <w:rPr>
          <w:b w:val="0"/>
          <w:i w:val="0"/>
        </w:rPr>
        <w:t xml:space="preserve">Dog RCC went to Miss J Digweeds Willokins Whistle Blower  Bitch CC winner Mrs A Van Den Bremenâ€™s Nld/Int Ch Riverflow Spring Fever, from the Netherlands. </w:t>
      </w:r>
    </w:p>
    <w:p>
      <w:r>
        <w:rPr>
          <w:b w:val="0"/>
          <w:i w:val="0"/>
        </w:rPr>
        <w:t>Bitch RCC winner from Germany went to Mrs K Korffs A Sense of Pleasures Ziggy Best Puppy was won by Chris Bailiss Tissalian yellow Haughty Mia and  Best Veteran was Fiona Braddons yellow Sh Ch Trendlewood Silent Night JW.</w:t>
      </w:r>
    </w:p>
    <w:p>
      <w:r>
        <w:rPr>
          <w:b w:val="0"/>
          <w:i w:val="0"/>
        </w:rPr>
        <w:t>Proud to see the Labrador Sh Ch Cremino Calabrese performing very well in the Group; from what I saw on tv, he could not have been better handled or given more. Well done, Gary.</w:t>
      </w:r>
    </w:p>
    <w:p>
      <w:r>
        <w:rPr>
          <w:b w:val="0"/>
          <w:i w:val="0"/>
        </w:rPr>
        <w:t>In the Gamekeepers Classes, where all dogs are judged on appearance and conformation but must be bona fide working Gundogs, 4 year old Labrador, Nithvalley Tweed at Foxhope, from Inverness owned by Mr and Mrs Bamford and handled by Emma Amford was declared the overall winner by the Judge,  Alan Meldrum. Tweed won overall Best in Gamekeeper Classes having challenged the winners of the six specific gamekeeper classes.</w:t>
      </w:r>
    </w:p>
    <w:p>
      <w:r>
        <w:rPr>
          <w:b w:val="0"/>
          <w:i w:val="0"/>
        </w:rPr>
        <w:t xml:space="preserve">Well thatâ€™s Crufts closed for another year. Lots of photos and videos to scan and memories to enjoy. </w:t>
      </w:r>
    </w:p>
    <w:p>
      <w:r>
        <w:rPr>
          <w:b w:val="0"/>
          <w:i w:val="0"/>
        </w:rPr>
        <w:t>Now for more normal news. My apology for the delay. This text should have appeared before Crufts, but whilst written and sent, it sadly missed the pre Crufts closing hour.</w:t>
      </w:r>
    </w:p>
    <w:p>
      <w:r>
        <w:rPr>
          <w:b w:val="0"/>
          <w:i w:val="0"/>
        </w:rPr>
        <w:t>A message from Huw Bishop who was the bitch judge at Lab Club of Wales recent Ch show .</w:t>
      </w:r>
    </w:p>
    <w:p>
      <w:r>
        <w:rPr>
          <w:b w:val="0"/>
          <w:i w:val="0"/>
        </w:rPr>
        <w:t>â€œApologies to Mrs Anne Hoban and Esme for a misplaced critique published in Our Dogs for the Labrador Retriever Club Of Wales Championship Show.</w:t>
      </w:r>
    </w:p>
    <w:p>
      <w:r>
        <w:rPr>
          <w:b w:val="0"/>
          <w:i w:val="0"/>
        </w:rPr>
        <w:t xml:space="preserve">The critique for 2nd in Graduate Bitch should read:   2nd Hoban; Meadowleigh Turn Back Time. Bigger than 1 but also a very pleasing overall profile.  Well-constructed, feminine head and expression, correct eye and ear set.  Good reach of neck and lay of shoulder, level topline and moved well covering the ground easily, just preferred the outline of 1â€™, The East Anglian Labrador club held their championship show on 2nd of March. In theory, it was the second day of spring however many of us in the western counties woke up to unexpected snow, some of it deep enough to build quite a sizable snowman. </w:t>
      </w:r>
    </w:p>
    <w:p>
      <w:r>
        <w:rPr>
          <w:b w:val="0"/>
          <w:i w:val="0"/>
        </w:rPr>
        <w:t xml:space="preserve">The judges were Fiona Brandon (dogs) and Mac Percival. (bitches). The Dog CC, Best Opposite Sex and RBIS went to Sh Ch Naiken East Meets West. </w:t>
      </w:r>
    </w:p>
    <w:p>
      <w:r>
        <w:rPr>
          <w:b w:val="0"/>
          <w:i w:val="0"/>
        </w:rPr>
        <w:t>The dog RCC was won by Maxine Woodleys yellow Sh Ch Allhamhurst Moment of Truth</w:t>
      </w:r>
    </w:p>
    <w:p>
      <w:r>
        <w:rPr>
          <w:b w:val="0"/>
          <w:i w:val="0"/>
        </w:rPr>
        <w:t xml:space="preserve">I gather the Hopkinsons had a very successful day winning three classes. The Bitch CC was wondering by their black Rocheby Hickory . </w:t>
      </w:r>
    </w:p>
    <w:p>
      <w:r>
        <w:rPr>
          <w:b w:val="0"/>
          <w:i w:val="0"/>
        </w:rPr>
        <w:t xml:space="preserve">The Bitch RCC went to Lucy Kentâ€™s Chyanhal Trevose of Trewinnard JW whilst Best Puppy was Andy and Jo Metcalfes yellow dog Baileydale Rocketman. </w:t>
      </w:r>
    </w:p>
    <w:p>
      <w:r>
        <w:rPr>
          <w:b w:val="0"/>
          <w:i w:val="0"/>
        </w:rPr>
        <w:t>Best Veteran was Shaun Williamsons yellow Sharouns Ventriloquist at Temperskell JW</w:t>
      </w:r>
    </w:p>
    <w:p>
      <w:r>
        <w:rPr>
          <w:b w:val="0"/>
          <w:i w:val="0"/>
        </w:rPr>
        <w:t>The Labrador Club of Wales are holding their 24 class single breed Open show at PENYRHEOL COMMUNITY CENTRE Heol Aneurin, Caerphilly CF83 2PG onSATURDAY, 13th APRIL 2024  Show opens: 10.00 am Judging Commences: 10.30 am Judge: Mr Andrew Southwell (Driffwold)  Postal entries close: Saturday, 23rd March 2024 (Postmark) On-line entries can be made-up until midnight on Sunday, 31st March 2024 at www.fossedata.co.uk</w:t>
      </w:r>
    </w:p>
    <w:p>
      <w:r>
        <w:rPr>
          <w:b w:val="0"/>
          <w:i w:val="0"/>
        </w:rPr>
        <w:t>Postal entries and fees to be sent to the Secretary: Mrs M.H. Barker â€˜Haulwenâ€™, Church Lane, Nantgarw, Cardiff CF15 7TQ Tel: 01443 842585 â€¢ E-mail: secretary@labclubofwales.co.uk</w:t>
      </w:r>
    </w:p>
    <w:p>
      <w:r>
        <w:rPr>
          <w:b w:val="0"/>
          <w:i w:val="0"/>
        </w:rPr>
        <w:t>A post Crufts message of thanks to helpers at Discover Dogs from the organiser for Labradors- Jackie Hodge  â€œThank you to all the volunteers and their fabulous dogs for doing their stints at this years Discover Dogs.</w:t>
      </w:r>
    </w:p>
    <w:p>
      <w:r>
        <w:rPr>
          <w:b w:val="0"/>
          <w:i w:val="0"/>
        </w:rPr>
        <w:t>Thursday, Lisa and I covered, with first time helper Becky Bills. Friday, gundog day, always difficult to find volunteers, with knowledge. Derek Capel, Karen Callender, and Hannah Beale and Helen Townsend ( from Dogs for Good). Derek and Karen had their own dogs, and we lent one of ours.</w:t>
      </w:r>
    </w:p>
    <w:p>
      <w:r>
        <w:rPr>
          <w:b w:val="0"/>
          <w:i w:val="0"/>
        </w:rPr>
        <w:t>Saturday, Liz Peggs, Mandy and Katie Stewart, Karen Bambrook, Becci and another first time helper Penny Bradley. This was a really busy day, and the dogs were absolutely bombproof, so many interactions, a true testament of temperament, and all exhausted.</w:t>
      </w:r>
    </w:p>
    <w:p>
      <w:r>
        <w:rPr>
          <w:b w:val="0"/>
          <w:i w:val="0"/>
        </w:rPr>
        <w:t>Sunday, Jane and Lucy Rawlinson, Charlotte Rowe, Zoe Davis, Paul and Irene Collins.</w:t>
      </w:r>
    </w:p>
    <w:p>
      <w:r>
        <w:rPr>
          <w:b w:val="0"/>
          <w:i w:val="0"/>
        </w:rPr>
        <w:t>The stand got lots of attention, with enquiries from other breeds, as it looks great, and in its new format, is easy to put up, take down, especially at the end of a long few days.</w:t>
      </w:r>
    </w:p>
    <w:p>
      <w:r>
        <w:rPr>
          <w:b w:val="0"/>
          <w:i w:val="0"/>
        </w:rPr>
        <w:t>Thank you everyone, I will be back in touch next year.</w:t>
      </w:r>
    </w:p>
    <w:p>
      <w:r>
        <w:rPr>
          <w:b w:val="0"/>
          <w:i w:val="0"/>
        </w:rPr>
        <w:t>Jackieâ€</w:t>
      </w:r>
    </w:p>
    <w:p>
      <w:r>
        <w:rPr>
          <w:b w:val="0"/>
          <w:i w:val="0"/>
        </w:rPr>
        <w:t xml:space="preserve">Ann Britton </w:t>
      </w:r>
    </w:p>
    <w:p>
      <w:r>
        <w:rPr>
          <w:b w:val="0"/>
          <w:i w:val="0"/>
        </w:rPr>
        <w:t>bowstones@ 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