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- 19/10/2012"</w:t>
      </w:r>
      <w:r>
        <w:br/>
      </w:r>
      <w:r>
        <w:rPr>
          <w:b w:val="0"/>
          <w:i w:val="0"/>
        </w:rPr>
        <w:br/>
        <w:t>date_original: "19/10/2012"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"2026-09-13T22:45:21"</w:t>
      </w:r>
      <w:r>
        <w:br/>
      </w:r>
      <w:r>
        <w:rPr>
          <w:b w:val="0"/>
          <w:i w:val="0"/>
        </w:rPr>
        <w:br/>
        <w:t>word_count: 1030</w:t>
      </w:r>
    </w:p>
    <w:p>
      <w:r>
        <w:t>――――――――――――――――――――――――――――――</w:t>
      </w:r>
    </w:p>
    <w:p>
      <w:r>
        <w:rPr>
          <w:b w:val="0"/>
          <w:i w:val="0"/>
        </w:rPr>
        <w:t>NEWS MEMBERS' AREA SHOP SUBSCRIBE UPCOMING SHOWS MORE</w:t>
      </w:r>
    </w:p>
    <w:p>
      <w:r>
        <w:rPr>
          <w:b w:val="0"/>
          <w:i w:val="0"/>
        </w:rPr>
        <w:t>RETRIEVER LABRADOR</w:t>
      </w:r>
    </w:p>
    <w:p>
      <w:r>
        <w:rPr>
          <w:b w:val="0"/>
          <w:i w:val="0"/>
        </w:rPr>
        <w:t>Issue: 19/10/2012</w:t>
      </w:r>
    </w:p>
    <w:p>
      <w:r>
        <w:rPr>
          <w:b w:val="0"/>
          <w:i w:val="0"/>
        </w:rPr>
        <w:t>Midland Counties Labrador Retriever Club are holding an Advanced Judging seminar on Saturday 24 November 2012 at Tollerton Canine Academy, Nottingham NG12 4GB. The speaker is Mrs Penny Carpanini (Carpenny). Observers Â£12.50, students Â£30 (to include excellent lunch). Only a few places left. Contact Hon. Secretary Mrs Julia Lewis on 01484 680123 to book.</w:t>
      </w:r>
    </w:p>
    <w:p>
      <w:r>
        <w:rPr>
          <w:b w:val="0"/>
          <w:i w:val="0"/>
        </w:rPr>
        <w:t>North West Labrador Club held their championship show at Bolton the day after Northumberland and Durham Lab Club show. The entry of 298 dogs and bitches was judged by Margaret Robinson (Dogs) and Jackie Hodge (Bitches). Their winners were Dog CC and Best in Show - Lou and Janet Neals yellow Sh Ch Amberstope Rebel Yell. Dog RCC - E Heinlo Est Ch Follies Ivar Est Jn Ch.</w:t>
      </w:r>
    </w:p>
    <w:p>
      <w:r>
        <w:rPr>
          <w:b w:val="0"/>
          <w:i w:val="0"/>
        </w:rPr>
        <w:t>Bitch CC, her fourth, after being made up a few weeks earlier at Darlington 2012 under Moa Persson, David Craig and Angela Williams black, Sh Ch Foulby the Duchess. Bitch RCC - Penny Carpanini's black, Carpenny Rilla. Best Puppy - Lennox &amp; Morgans yellow bitch, Wilenmory Armani Diamond.</w:t>
      </w:r>
    </w:p>
    <w:p>
      <w:r>
        <w:rPr>
          <w:b w:val="0"/>
          <w:i w:val="0"/>
        </w:rPr>
        <w:t>The Labrador Retriever Club Of Wales held its autumn Open Show on Saturday October 13th in Caerphilly. The judge was Brenda Hutchison (Waverton) who drew an entry of 78 dogs and bitches making a total of 105 entries in the 23 breed classes.</w:t>
      </w:r>
    </w:p>
    <w:p>
      <w:r>
        <w:rPr>
          <w:b w:val="0"/>
          <w:i w:val="0"/>
        </w:rPr>
        <w:t>Best In Show was the Cary's black dog, Aquadell Montgomery (Sh.Ch. Carpenny Made A Million ex Zanys Ballykyla In Aquadell).  Reserve Best In Show and Best Opposite Sex was the Sussie Wiles's yellow bitch, Richbourne Silver Surprise J.W. (Sh.Ch. Silver Suede Over Rocheby/Richbourne Over The Rainbow),  Best Puppy In Show was Richard Stafford's yellow minor puppy dog Farnfield Topo Gigio (Multi Ch. Charm Bluveil Mr Darcy/Sh.Ch. Kimvalley Star Attraction Of Farnfield).</w:t>
      </w:r>
    </w:p>
    <w:p>
      <w:r>
        <w:rPr>
          <w:b w:val="0"/>
          <w:i w:val="0"/>
        </w:rPr>
        <w:t>Full results are available on www.labclubofwales.co.uk</w:t>
      </w:r>
    </w:p>
    <w:p>
      <w:r>
        <w:rPr>
          <w:b w:val="0"/>
          <w:i w:val="0"/>
        </w:rPr>
        <w:t>The following day it was Gundog Day at SWKA held at Builth. This year the normally picturesque journey through the Welsh countryside saw every type of weather; a mixture of sun and blue sky and far views of distant hills, or thick dense fog and freezing drizzle. Sadly the latter prevailed into Builth and on arrival the temperature in the gloom of the car park had plummeted to below zero and the open benching hall where the Labrador ring and benching were situated was absolutely freezing. I can honestly say I have never been so cold at a show despite wearing two thick windproof jackets on top of  two thick sweaters and a polo shirt. Sadly no gloves!</w:t>
      </w:r>
    </w:p>
    <w:p>
      <w:r>
        <w:rPr>
          <w:b w:val="0"/>
          <w:i w:val="0"/>
        </w:rPr>
        <w:t>I recalled that it was at this show three years ago, when Labradors were the only breed to be judged outside, once again in freezing conditions, that my late husband George was taken ill with a severe stoke the following day, the problem brought on by the cold we had endured ringside outside during the previous day. Once again this year Labs and other large gundogs had drawn the thin end of the wedge. The other exhibition halls were heated but ours being normally for cattle shows had no such facilities and we absolutely perished!!</w:t>
      </w:r>
    </w:p>
    <w:p>
      <w:r>
        <w:rPr>
          <w:b w:val="0"/>
          <w:i w:val="0"/>
        </w:rPr>
        <w:t>Labradors can stand sub-zero temperatures, but they do not do drafts and sitting on their own on a chilly bench in a freezing draft is not at all good for them. I saw several benched Labradors shivering with cold despite their thick coats such was the freezing gale from the wide open permanent eaves ventilation.</w:t>
      </w:r>
    </w:p>
    <w:p>
      <w:r>
        <w:rPr>
          <w:b w:val="0"/>
          <w:i w:val="0"/>
        </w:rPr>
        <w:t>In this freezing temperature, there were frequent ironic calls not to leave dogs in cars, and whilst this instruction is normally 100% correct on this occasion it was so cold and gloomy outside, before the sun eventually showed its face around 2pm, perhaps this one time it would have been far better for the dogs to have been left in their cars rather than sitting in a 50mph draft all day.</w:t>
      </w:r>
    </w:p>
    <w:p>
      <w:r>
        <w:rPr>
          <w:b w:val="0"/>
          <w:i w:val="0"/>
        </w:rPr>
        <w:t>Our steward was Lab Club of Wales Secretary Margaret Barker and even she had to buy some gloves from the trade stands before she could commence her days stewarding. We were all most envious.</w:t>
      </w:r>
    </w:p>
    <w:p>
      <w:r>
        <w:rPr>
          <w:b w:val="0"/>
          <w:i w:val="0"/>
        </w:rPr>
        <w:t>The judge was Margaret Woods judging at this level for the first time. I think we were all pleased and excited to run round the ring a couple of times just to warm us up a bit. The Dog CC went to Sh Ch Am Can Ch Salty Dog of Tampa Bay. The Dog RCC was won by David Coodes yellow, Ch Warringah's Gundaroo. The Bitch CC and BOB went to Sussie Wiles yellow, Richbourne Silver Surprise JW,  whilst my Martinstide Pastiche of Bowstones JW won the Bitch RCC from Yearling. Best puppy was Tony Floyds yellow dog, Trenow Plover.</w:t>
      </w:r>
    </w:p>
    <w:p>
      <w:r>
        <w:rPr>
          <w:b w:val="0"/>
          <w:i w:val="0"/>
        </w:rPr>
        <w:t>Louise Lewis is thrilled that her home bred bitch, Crammondkirk's Morning Mist won Best of Breed, G1 and RBIS at Galasheils &amp; Border District Canine Society Open Show and thereby gained the last two points needed for her JW. She is by Sh Ch Stormrose Morning Jewel JW SHCm x Suttonpark Simone At Crammondkirk. The judge for Breed, Group and BIS was Wilma Reid.</w:t>
      </w:r>
    </w:p>
    <w:p>
      <w:r>
        <w:rPr>
          <w:b w:val="0"/>
          <w:i w:val="0"/>
        </w:rPr>
        <w:t>Anne Johnson, Secretary of the Labrador Retriever Club writes "Just a reminder to send your entry for the LRC Open Show if you haven't already done so, and also to think about sending your Year Book page. If you send your advert before the end of October you can add additional photos, and/or have a page bled out to the edges, at no extra cost! Please include the form which you should have received in your summer mailing, or alternatively, download it from the website if it had been mislaid. www.thelabradorretrieverclub.com</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