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- 29/04/2016 - ISSUE"</w:t>
      </w:r>
      <w:r>
        <w:br/>
      </w:r>
      <w:r>
        <w:rPr>
          <w:b w:val="0"/>
          <w:i w:val="0"/>
        </w:rPr>
        <w:br/>
        <w:t>date_original: "29/04/2016 - ISSUE"</w:t>
      </w:r>
      <w:r>
        <w:br/>
      </w:r>
      <w:r>
        <w:rPr>
          <w:b w:val="0"/>
          <w:i w:val="0"/>
        </w:rPr>
        <w:br/>
        <w:t>source_url: "https://www.ourdogs.co.uk/members/breednotes/RetrieverLabradorMain.php"</w:t>
      </w:r>
      <w:r>
        <w:br/>
      </w:r>
      <w:r>
        <w:rPr>
          <w:b w:val="0"/>
          <w:i w:val="0"/>
        </w:rPr>
        <w:br/>
        <w:t>scraped_at: "2026-09-13T15:28:57"</w:t>
      </w:r>
      <w:r>
        <w:br/>
      </w:r>
      <w:r>
        <w:rPr>
          <w:b w:val="0"/>
          <w:i w:val="0"/>
        </w:rPr>
        <w:br/>
        <w:t>word_count: 467</w:t>
      </w:r>
    </w:p>
    <w:p>
      <w:r>
        <w:t>――――――――――――――――――――――――――――――</w:t>
      </w:r>
    </w:p>
    <w:p>
      <w:r>
        <w:rPr>
          <w:b w:val="0"/>
          <w:i w:val="0"/>
        </w:rPr>
        <w:t>NEWS MEMBERS' AREA SHOP SUBSCRIBE UPCOMING SHOWS MORE</w:t>
      </w:r>
    </w:p>
    <w:p>
      <w:r>
        <w:rPr>
          <w:b w:val="0"/>
          <w:i w:val="0"/>
        </w:rPr>
        <w:t>RETRIEVER LABRADOR</w:t>
      </w:r>
    </w:p>
    <w:p>
      <w:r>
        <w:rPr>
          <w:b w:val="0"/>
          <w:i w:val="0"/>
        </w:rPr>
        <w:t>Issue: 29/04/2016</w:t>
      </w:r>
    </w:p>
    <w:p>
      <w:r>
        <w:rPr>
          <w:b w:val="0"/>
          <w:i w:val="0"/>
        </w:rPr>
        <w:t xml:space="preserve">Short notes this week as I am only just back from four days at Malvern helping organise and run WELKS, on site bright and chirpy from 7am till 7pm each day. Prior to the show, earlier in the week the sun had shone strongly each day and it was very pleasant with promise of a hot summer ahead. The grass rings of the Malvern showground were in the best possible mown condition.  </w:t>
      </w:r>
    </w:p>
    <w:p>
      <w:r>
        <w:rPr>
          <w:b w:val="0"/>
          <w:i w:val="0"/>
        </w:rPr>
        <w:t>Sadly by the time we were finalising the show arrangements on the ground, temperatures had plummeted and on the first show day, Gundog Day, it was absolutely freezing, grey skies hanging heavily overhead and a howling gale blowing right across the showground. I dont think I have ever been so cold, on the few occasions I ventured out from the show office to have a quick glance at progress in the Lab ring.</w:t>
      </w:r>
    </w:p>
    <w:p>
      <w:r>
        <w:rPr>
          <w:b w:val="0"/>
          <w:i w:val="0"/>
        </w:rPr>
        <w:t>Labradors had turned out well for much respected judge Anne Taylor ( Fabracken), who at the moment is able to attend shows very occasionally, due to heavy family commitments at home . It was lovely to see her in our midst once again even if for only a fleeting day, however we look forward to seeing her back in our midst as soon as feasible.</w:t>
      </w:r>
    </w:p>
    <w:p>
      <w:r>
        <w:rPr>
          <w:b w:val="0"/>
          <w:i w:val="0"/>
        </w:rPr>
        <w:t>There  were 220 dogs and bitches for her to go over. Noticeably despite Anne having made up both yellow and black Labrador champions, she is probably better known by todays exhibitors for her blacks, hence black labs had turned out in force and tended to be the main class winners.</w:t>
      </w:r>
    </w:p>
    <w:p>
      <w:r>
        <w:rPr>
          <w:b w:val="0"/>
          <w:i w:val="0"/>
        </w:rPr>
        <w:t>The winners were Dog CC his third, Patricia Ayres black Musubi Imperial Topaz. Congratulations Pat on your first champion. A day to be well remembered.</w:t>
      </w:r>
    </w:p>
    <w:p>
      <w:r>
        <w:rPr>
          <w:b w:val="0"/>
          <w:i w:val="0"/>
        </w:rPr>
        <w:t>The Dog RCC went to Paul Davey and his wifes black, Southridge Penny for the Guy, whose litter brother was made up by owner Hannah Braimbridge  only a while ago.</w:t>
      </w:r>
    </w:p>
    <w:p>
      <w:r>
        <w:rPr>
          <w:b w:val="0"/>
          <w:i w:val="0"/>
        </w:rPr>
        <w:t>The Bitch CC and Best of Breed was won by Fiona Metcalfes chocolate bitch Ch Afinmore Antora Sh CM who was later shortlisted in the Group under Kathy Gorman.</w:t>
      </w:r>
    </w:p>
    <w:p>
      <w:r>
        <w:rPr>
          <w:b w:val="0"/>
          <w:i w:val="0"/>
        </w:rPr>
        <w:t xml:space="preserve">The Bitch RCC went to Sven Slettendals black Fieldvalley Carmen Sophie, handled by Bekki Hodge and Best Puppy was David Coodes chocolate Warringahs Gulwarra, winner of Puppy Bitch. </w:t>
      </w:r>
    </w:p>
    <w:p>
      <w:r>
        <w:rPr>
          <w:b w:val="0"/>
          <w:i w:val="0"/>
        </w:rPr>
        <w:t xml:space="preserve">Ann Britton </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