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- 6 Oct 2006"</w:t>
      </w:r>
      <w:r>
        <w:br/>
      </w:r>
      <w:r>
        <w:rPr>
          <w:b w:val="0"/>
          <w:i w:val="0"/>
        </w:rPr>
        <w:br/>
        <w:t>date_original: "6 Oct 2006"</w:t>
      </w:r>
      <w:r>
        <w:br/>
      </w:r>
      <w:r>
        <w:rPr>
          <w:b w:val="0"/>
          <w:i w:val="0"/>
        </w:rPr>
        <w:br/>
        <w:t>source_url: "https://www.ourdogs.co.uk/members/breednotes/2006/RetrieverLabrador/RetrieverLabrador-oct6.htm"</w:t>
      </w:r>
      <w:r>
        <w:br/>
      </w:r>
      <w:r>
        <w:rPr>
          <w:b w:val="0"/>
          <w:i w:val="0"/>
        </w:rPr>
        <w:br/>
        <w:t>archive_type: "static_html"</w:t>
      </w:r>
      <w:r>
        <w:br/>
      </w:r>
      <w:r>
        <w:rPr>
          <w:b w:val="0"/>
          <w:i w:val="0"/>
        </w:rPr>
        <w:br/>
        <w:t>scraped_at: "2026-09-13T22:10:54"</w:t>
      </w:r>
      <w:r>
        <w:br/>
      </w:r>
      <w:r>
        <w:rPr>
          <w:b w:val="0"/>
          <w:i w:val="0"/>
        </w:rPr>
        <w:br/>
        <w:t>word_count: 1832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Very sad news indeed to hear of the death of Jack Kerr, long-serving President of the Labrador Club of Scotland. Jack died suddenly but had been unwell some months ago following hip replacement surgery that took a long time to heal making his final year rather difficult. He seemed to have turned the corner and we were looking forward to many years of his leadership but sadly he has gone.</w:t>
      </w:r>
    </w:p>
    <w:p>
      <w:r>
        <w:rPr>
          <w:b w:val="0"/>
          <w:i w:val="0"/>
        </w:rPr>
        <w:t>Jack held posts in the club from Secretary/Treasurer till in the early 80s he became Hon. President. He had a great affection for everything involving the club, especially the Field Trial side where he looked more at home walking with the officials in the line and enjoying the banter and he got on with everyone. Jack always seemed to be there in our Labrador life in the club, and he supported all events, shows, trials, dinner dances, matches, and many years ago, gundog training. His calm manner, ease with all he met, and smooth style of conducting club meetings meant the club has progressed under his guidance over the years.</w:t>
      </w:r>
    </w:p>
    <w:p>
      <w:r>
        <w:rPr>
          <w:b w:val="0"/>
          <w:i w:val="0"/>
        </w:rPr>
        <w:t>Although Jack did not have a Labrador in all my time in the club (early 60s) his love of the breed and the club were obvious. Perhaps not being involved in trialling or showing meant he kept his distance from the melting pot that sport at the top level can be. Committee meetings were not too hide-bound by rules with plenty of freedom for members to express themselves. His laid-back style and easy manner meant that for many years our club was a pleasure to be connected with.</w:t>
      </w:r>
    </w:p>
    <w:p>
      <w:r>
        <w:rPr>
          <w:b w:val="0"/>
          <w:i w:val="0"/>
        </w:rPr>
        <w:t>It is hard to envisage the club without him and to his wife Mary and family we express our condolences. Jack’s funeral was held last Saturday where many of his Labrador friends were there to say their goodbyes.</w:t>
      </w:r>
      <w:r>
        <w:br/>
      </w:r>
      <w:r>
        <w:rPr>
          <w:b w:val="0"/>
          <w:i w:val="0"/>
        </w:rPr>
        <w:br/>
        <w:t>Jim Nolan</w:t>
      </w:r>
    </w:p>
    <w:p>
      <w:r>
        <w:rPr>
          <w:b w:val="0"/>
          <w:i w:val="0"/>
        </w:rPr>
        <w:t>On the 15th October there will be a Companion Dog Show and Fun Day at Three Counties Showground, Malvern where the judge will be top all-rounder, Terry Thorn. Proceeds from the show will go to the Samantha Dixon Research Trust (for research into Childhood Brain Tumour). There will be 19 Classes, both pedigree and cross-breed, run alternately, ie one pedigree class, then one cross- breed class. Other events will include Welly Wanging, Face Painting, Mini- Agility (Novices only), Fun Scurries, a display of Birds of Prey, a Produce Stall and a Raffle. Entries will be taken from 10.00am on the day, with the judging commencing at 11.00am. At 12.30pm, Mid-Western Gundog Society will be giving a Basic Obedience Demonstration. A great day out for all the family; for more information, contact Di Hammond 01432 890506, who is helping to organise the event in memory of her son, Richard.</w:t>
      </w:r>
    </w:p>
    <w:p>
      <w:r>
        <w:rPr>
          <w:b w:val="0"/>
          <w:i w:val="0"/>
        </w:rPr>
        <w:t>Fiona Braddon writes “Gordon Elliott, former Chairman and Vice-President of the West of England Labrador Retriever Club died on 25th September in hospital in Bristol. He and his wife, Pauline, showed Labradors under the Ellindor affix for over 30 years. He was first diagnosed with cancer nearly 3 years ago and surgery bought him extra time during which he was able to enjoy a few of his pleasures - dog shows, watching a new puppy grow up, and gardening. As recently as May this year, Gordon was exhibiting at the Bath Championship Show. Unfortunately he became ill again shortly afterwards and had to have further surgery in June, from which he never really rallied. He was home for a while and was able to quietly celebrate both his 73rd birthday and with Pauline their 50th wedding anniversary. Our thoughts are with Pauline and Ian, his only son, at this sad time.</w:t>
      </w:r>
    </w:p>
    <w:p>
      <w:r>
        <w:rPr>
          <w:b w:val="0"/>
          <w:i w:val="0"/>
        </w:rPr>
        <w:t>‘The funeral is at Westerleigh Crematorium on 5th October at noon and afterwards at St George Labour Club. Details from Fiona Braddon Tel. 01454 775084”.</w:t>
      </w:r>
    </w:p>
    <w:p>
      <w:r>
        <w:rPr>
          <w:b w:val="0"/>
          <w:i w:val="0"/>
        </w:rPr>
        <w:t>The Yellow Labrador Club held their 32nd Championship show at the Sports Connexion, Ryton on Dunsmore, near Coventry, (the main hall now redecorated from top to bottom in vivid shades of blue, which even included the floor!) Hardworking team of organisers; Chairman-Peggy Rae, Secretary- Sussie Wiles, Treasurer-Anthony Allen and their fellow committee members put on a friendly, yet extremely well run event. This mid-week show always has a lovely atmosphere and this year was no exception. A splendid entry of 375 dogs and bitches awaited judges Vic Cole (Dogs) and Brian Parrott (Bitches).</w:t>
      </w:r>
    </w:p>
    <w:p>
      <w:r>
        <w:rPr>
          <w:b w:val="0"/>
          <w:i w:val="0"/>
        </w:rPr>
        <w:t>Winning his second CC and Best in Show was the Ellis family’s yellow dog, Dolwen Thomas Charles (Trenow Lancelot x Bugeilydd Anna Marie of Dolwen). The Dog RCC went to Marion Hopkinson’s Sh Ch Silver Suede over Rocheby (Int Ch Ahti Aspen of Finnwoods x Bridgford Crystal Clear). Heather Fone appeared absolutely surprised and delighted to be awarded the Bitch CC with her yellow youngster Heatherborne Silver Lace (Lochmor Spencer x It Ch Lochmor Sokeri of Heatherborne) from the Junior class. The Bitch RCC went to Sue Marskell’s black Open winner, Sh Ch Berolee Moons Magic Star JW(Lembas to the Moon and Back x Berolee Black Magic).</w:t>
      </w:r>
    </w:p>
    <w:p>
      <w:r>
        <w:rPr>
          <w:b w:val="0"/>
          <w:i w:val="0"/>
        </w:rPr>
        <w:t>Best Puppy in Show was Marion Hopkinson’s black bitch, Rocheby Blueberry (Int Ch Ahti Aspen of Finnwoods x Bridgeford Bramble Hedge) repeating last year’s win of her kennelmate, Sh Ch Silver Suede over Rocheby, who won this same Best puppy in Show award under Shaun Williamson and myself .Marjorie Booth (Stormley), was sitting ringside. She had recently been in hospital, having sustained a severely broken leg in a horrific fall at home. I gather she will have to remain in plaster for some time yet. Marjorie, we all wish you a speedy recovery.</w:t>
      </w:r>
    </w:p>
    <w:p>
      <w:r>
        <w:rPr>
          <w:b w:val="0"/>
          <w:i w:val="0"/>
        </w:rPr>
        <w:t>Lorraine Tooth writes, “Midland Counties Lab Club held a fun day on 24th Sept 06. At 10am we arrived at the venue somewhat worried about the weather (rather foggy), but by 12o’clock the sun started to shine, and what a lovely time we all had! Lots of laughing and cheering-on for all the competitors. There was a display of agility given by Linda Haslam and through the day she helped everyone who wished to have a go. The Match, judged Amanda Deane, was well attended and Best in Match was a yellow bitch, Falshaw and Elliots Eneleon Hollyhock of Lonicernum, everyone had a go at the scurry; some dogs decided to take the long way back, racing around the field with the dummies, (well it was a fun day). The fastest scurry went to Tooth’s yellow, Ludalor Lyzabeth.The Junior Handling went well too, and was won by Beth Turnell with Allenies Lady Aster at Genisval. A BIG thank you to all the helpers, and a bigger thank you to all those who attended and made it such an enjoyable day.”</w:t>
      </w:r>
    </w:p>
    <w:p>
      <w:r>
        <w:rPr>
          <w:b w:val="0"/>
          <w:i w:val="0"/>
        </w:rPr>
        <w:t>Mark Rawlinson writes, “It was with great sadness that I heard of the death of Sh Ch Poolstead Pumpkin (Barclay), who had to be put to sleep at the age of 13. Barclay was a son of Ch Sloane Ranger of Bulgenen, out of that super brood and show bitch, Sh Ch Poolstead Pipedreamer, who produced four UK show champions herself, including Pumpkin's litter sister, Pineapple. Barclay was not shown greatly after he made up; making the occasional appearance in veteran. It was more as a stud dog he made his presence felt.</w:t>
      </w:r>
    </w:p>
    <w:p>
      <w:r>
        <w:rPr>
          <w:b w:val="0"/>
          <w:i w:val="0"/>
        </w:rPr>
        <w:t>He was quite lightly used, but produced six UK Champions. These were, Sh Ch Fullwell Free Booter at Halshimoor, Sh Ch Fullwell Frolic at Halshimoor, Sh Ch Sharouns Trademark, Sh Ch Ramsayville Rainbows End, Sh Ch Ramsayvile Reba at Knoydar and Sh Ch Ramsayville Roisin. He also produced a number of CC and Res CC winning offspring and overseas champions. It is to his great credit that he was top Labrador stud dog on two occasions and featured very high in the all breeds stud table.</w:t>
      </w:r>
    </w:p>
    <w:p>
      <w:r>
        <w:rPr>
          <w:b w:val="0"/>
          <w:i w:val="0"/>
        </w:rPr>
        <w:t>Despite his many show and breeding achievements, it is as a character I think of him. I can still remember Didi showing the litter to Jane and myself at seven weeks old. I confidently predicted that it was the worst litter I had seen at Poolstead and she should sell them all!</w:t>
      </w:r>
    </w:p>
    <w:p>
      <w:r>
        <w:rPr>
          <w:b w:val="0"/>
          <w:i w:val="0"/>
        </w:rPr>
        <w:t>It was something Didi would often rib me about!. Barclay was one of the happiest dogs I have ever met and had the most wonderful sense of fun and mischief. The offspring we owned from him had all these same attributes. We used to say if we could bottle what they were on, we would be rich! Whenever I went up to Fernhill, I would always spend time with Barclay as he never failed to cheer me up. Whilst his passing is a loss to the breed, on a personal note, all at Halshimoor will miss this Labrador who possessed such a wonderful outlook and personality. A true Poolstead. Run free Barclay”.</w:t>
      </w:r>
    </w:p>
    <w:p>
      <w:r>
        <w:rPr>
          <w:b w:val="0"/>
          <w:i w:val="0"/>
        </w:rPr>
        <w:t>Ann Britton</w:t>
      </w:r>
      <w:r>
        <w:br/>
      </w:r>
      <w:r>
        <w:rPr>
          <w:b w:val="0"/>
          <w:i w:val="0"/>
        </w:rPr>
        <w:br/>
        <w:t>tel: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