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- 05/07/2024 - ISSUE"</w:t>
      </w:r>
      <w:r>
        <w:br/>
      </w:r>
      <w:r>
        <w:rPr>
          <w:b w:val="0"/>
          <w:i w:val="0"/>
        </w:rPr>
        <w:br/>
        <w:t>date_original: "05/07/2024 - ISSUE"</w:t>
      </w:r>
      <w:r>
        <w:br/>
      </w:r>
      <w:r>
        <w:rPr>
          <w:b w:val="0"/>
          <w:i w:val="0"/>
        </w:rPr>
        <w:br/>
        <w:t>source_url: "https://www.ourdogs.co.uk/members/breednotes/RetrieverLabradorMain.php"</w:t>
      </w:r>
      <w:r>
        <w:br/>
      </w:r>
      <w:r>
        <w:rPr>
          <w:b w:val="0"/>
          <w:i w:val="0"/>
        </w:rPr>
        <w:br/>
        <w:t>scraped_at: "2026-09-13T15:07:54"</w:t>
      </w:r>
      <w:r>
        <w:br/>
      </w:r>
      <w:r>
        <w:rPr>
          <w:b w:val="0"/>
          <w:i w:val="0"/>
        </w:rPr>
        <w:br/>
        <w:t>word_count: 734</w:t>
      </w:r>
    </w:p>
    <w:p>
      <w:r>
        <w:t>――――――――――――――――――――――――――――――</w:t>
      </w:r>
    </w:p>
    <w:p>
      <w:r>
        <w:rPr>
          <w:b w:val="0"/>
          <w:i w:val="0"/>
        </w:rPr>
        <w:t>NEWS MEMBERS' AREA SHOP SUBSCRIBE UPCOMING SHOWS MORE</w:t>
      </w:r>
    </w:p>
    <w:p>
      <w:r>
        <w:rPr>
          <w:b w:val="0"/>
          <w:i w:val="0"/>
        </w:rPr>
        <w:t>RETRIEVER LABRADOR</w:t>
      </w:r>
    </w:p>
    <w:p>
      <w:r>
        <w:rPr>
          <w:b w:val="0"/>
          <w:i w:val="0"/>
        </w:rPr>
        <w:t>Issue: 05/07/2024</w:t>
      </w:r>
    </w:p>
    <w:p>
      <w:r>
        <w:rPr>
          <w:b w:val="0"/>
          <w:i w:val="0"/>
        </w:rPr>
        <w:t>Windsor Ch.  Dog Show was held 27th June to the 30th June with Toys on the 4th Day.  For Cavalier King Charles Spaniels we had Mr. R.I. Millar giving CCâ€™s for the first time with an entry of 113 dogs making 132 entries.  The weather was very iffy at the beginning of the day with light rain and heavy clouds welcoming the exhibitors, later in the day it did brighten up and the rain held off until the end of the show.  Which for Cavalier exhibitors also attending the Southern Club Ch. Show, which was held directly following the Windsor show ending at around 7.30 p.m.  Quite a marathon with those travelling home and in my case, getting home at 1.30 a.m. on the Monday!  Such is the madness of shows, we need to have the shows running concurrently if partnerships shows wish to continue to attract exhibitorâ€™s from more than 2 hours away.  However also in my case I had such an amazing day the adrenaline kept me going!  My journey started on the Saturday at 10.30 when I set off to pick up some friends and commence our 258 mile journey to Windsor. 5.5 hrs later we arrived at our hotel in Slough â€" which was o.k. the area ahhh not so much, albeit less than 5 miles from the show venue.  I arrived at the hotel with a pristine dog in full coat but one circuit of our block on a dry sunny day left me with a grubby girl, whose underneath, hocks, and forelegs looked like she had walked in charcoal!  That coupled with the bedroom only having an overhead shower posed a few problems, but not to be thwarted - my trusted friend Klaus, came through, despite a deprived sleep, we arrived before 8.00 a.m. at the show venue, the next morning - with pristine dogs.</w:t>
      </w:r>
    </w:p>
    <w:p>
      <w:r>
        <w:rPr>
          <w:b w:val="0"/>
          <w:i w:val="0"/>
        </w:rPr>
        <w:t>Mr R.I. Millar found his top honours in BOB and BCC winner Hoganâ€™s: Arrowbien Hello Kitty at Stavonga (4CCâ€™s &amp; 3RCCâ€™s) who was later short listed in the Toy Group, with RBCC awarded to Arrowsmith &amp; Vorderstrasseâ€™: Arrowbien Funny Girl (1CC &amp; 2RCCâ€™s) with DCC going to Chapman &amp; Irelandâ€™s Ch. Ellemich American Express, and RDCC awarded to Lovelâ€™s Lovetrac Brandon (this is the 5th RCC, since July last year which under the KC rules can be counted as a CC â€" making him the latest Ch.  Plus the first Cavalier to do so - Well done!)  Best Puppy went to Irelandâ€™s Charnell Here Comes Summer with BV going to Loades Rosirius Bluebell.  Following directly on from the Windsor Cavalier judging was the 44th Breed Championship Show of the Southern Cavalier King Charles Spaniel Club, which was ably judged by Mrs Lyndy Morris (Coloora) â€" Australia, with an entry of 127 dogs.  She found her top honours in BIS &amp; DCC winner Arrowsmith &amp; Vorderstrasseâ€™ Arrowbien Dream Weaver (2CCâ€™s &amp; 3 RCCâ€™s),  RDCC was awarded to Levy &amp; Sedgwickâ€™s Forrestcreek Iâ€™m the Man at Pascavale.  BCC went to Lovelâ€™s Lovetrac Born to Boogie with RBCC awarded to Hoganâ€™s: Arrowbien Hello Kitty at Stavonga.  Best Puppy went to Mackenzieâ€™ Carsan Hot an Tasty with Best Veteran going to Ch. Khatibi Bark Obama JW ShCEx VW.  Phew! And in 4 days time we get to do it all again at Boston Championship Dog Show â€" see you there!</w:t>
      </w:r>
    </w:p>
    <w:p>
      <w:r>
        <w:rPr>
          <w:b w:val="0"/>
          <w:i w:val="0"/>
        </w:rPr>
        <w:t>Liz Smith (Secretary of the Scottish Cavalier Club) advises me that she is organising a Summer Party in July and lunch at the Royal Kennel Club 19th November!  For those wanting to attend the lunch she is urging you to book early.  The cost is Â£48.50 per head.  Please contact Graham Finlay-Kirkwood via email  gbcofscotland@aol.com  to confirm your booking/bookings.</w:t>
      </w:r>
    </w:p>
    <w:p>
      <w:r>
        <w:rPr>
          <w:b w:val="0"/>
          <w:i w:val="0"/>
        </w:rPr>
        <w:t xml:space="preserve">Maryann Hogan:  </w:t>
      </w:r>
    </w:p>
    <w:p>
      <w:r>
        <w:rPr>
          <w:b w:val="0"/>
          <w:i w:val="0"/>
        </w:rPr>
        <w:t>email maryannhogan@stavonga.co.uk</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