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- 02/02/2018 - ISSUE"</w:t>
      </w:r>
      <w:r>
        <w:br/>
      </w:r>
      <w:r>
        <w:rPr>
          <w:b w:val="0"/>
          <w:i w:val="0"/>
        </w:rPr>
        <w:br/>
        <w:t>date_original: "02/02/2018 - ISSUE"</w:t>
      </w:r>
      <w:r>
        <w:br/>
      </w:r>
      <w:r>
        <w:rPr>
          <w:b w:val="0"/>
          <w:i w:val="0"/>
        </w:rPr>
        <w:br/>
        <w:t>source_url: "https://www.ourdogs.co.uk/members/breednotes/RetrieverLabradorMain.php"</w:t>
      </w:r>
      <w:r>
        <w:br/>
      </w:r>
      <w:r>
        <w:rPr>
          <w:b w:val="0"/>
          <w:i w:val="0"/>
        </w:rPr>
        <w:br/>
        <w:t>scraped_at: "2026-09-13T15:23:55"</w:t>
      </w:r>
      <w:r>
        <w:br/>
      </w:r>
      <w:r>
        <w:rPr>
          <w:b w:val="0"/>
          <w:i w:val="0"/>
        </w:rPr>
        <w:br/>
        <w:t>word_count: 901</w:t>
      </w:r>
    </w:p>
    <w:p>
      <w:r>
        <w:t>――――――――――――――――――――――――――――――</w:t>
      </w:r>
    </w:p>
    <w:p>
      <w:r>
        <w:rPr>
          <w:b w:val="0"/>
          <w:i w:val="0"/>
        </w:rPr>
        <w:t>NEWS MEMBERS' AREA SHOP SUBSCRIBE UPCOMING SHOWS MORE</w:t>
      </w:r>
    </w:p>
    <w:p>
      <w:r>
        <w:rPr>
          <w:b w:val="0"/>
          <w:i w:val="0"/>
        </w:rPr>
        <w:t>RETRIEVER LABRADOR</w:t>
      </w:r>
    </w:p>
    <w:p>
      <w:r>
        <w:rPr>
          <w:b w:val="0"/>
          <w:i w:val="0"/>
        </w:rPr>
        <w:t>Issue: 02/02/2018</w:t>
      </w:r>
    </w:p>
    <w:p>
      <w:r>
        <w:rPr>
          <w:b w:val="0"/>
          <w:i w:val="0"/>
        </w:rPr>
        <w:t xml:space="preserve">In the course of our dog showing lives, we meet very many people, amongst them, the well known, well respected, extra clever breeders with a great knack for producing generations of winners, then there are the consistently successful  hobby breeders with a good eye for a dog, equally often in the cards, but the vast majority in our midst are those nice people who just love the breed, acquire or breed their own Labrador and attend the shows, entering the odd class and win or lose, thoroughly enjoy taking part in the sport, meeting and chatting with their friends. </w:t>
      </w:r>
    </w:p>
    <w:p>
      <w:r>
        <w:rPr>
          <w:b w:val="0"/>
          <w:i w:val="0"/>
        </w:rPr>
        <w:t xml:space="preserve">Whilst some of the latter may not have had their name in lights at the top of the leaderboard, their presence is however very fondly acknowledged as part of our community and remembered with kindness by those who knew them. </w:t>
      </w:r>
    </w:p>
    <w:p>
      <w:r>
        <w:rPr>
          <w:b w:val="0"/>
          <w:i w:val="0"/>
        </w:rPr>
        <w:t xml:space="preserve">One such was Audrey Buckle (Surowen) whose dog-show friends will be very sad to hear she has recently passed away. A great character and a thoroughly pleasant,  undemanding lady, she will be remembered for her cheery disposition and Tigger-like enthusiasm and kindness. Audrey was absolutely over the moon should her exhibit ever receive a prize card which happiness and recounting would keep her going for many a month. Audrey's dogs were benched near mine, we often chatted and I enjoyed her company. </w:t>
      </w:r>
    </w:p>
    <w:p>
      <w:r>
        <w:rPr>
          <w:b w:val="0"/>
          <w:i w:val="0"/>
        </w:rPr>
        <w:t>I asked Audrey's friend, Alison Scutcher to write a fitting obituary. Alison writes-</w:t>
      </w:r>
    </w:p>
    <w:p>
      <w:r>
        <w:rPr>
          <w:b w:val="0"/>
          <w:i w:val="0"/>
        </w:rPr>
        <w:t>"Laura Audrey Buckle passed away peacefully on 22 January 2018.  She has spent her final months in a nursing home following a stroke in 2017.</w:t>
      </w:r>
    </w:p>
    <w:p>
      <w:r>
        <w:rPr>
          <w:b w:val="0"/>
          <w:i w:val="0"/>
        </w:rPr>
        <w:t>Audrey, as she was known, was born in December 1934 and grew up around Stowmarket, Suffolk.  She worked as a young lady in a local nursery called Stowlangtoft Hall and often spoke of her memories there.  Little did she realise that later in life she would spend her final days at  Stowlangtoft Hall, now a nursing home.</w:t>
      </w:r>
    </w:p>
    <w:p>
      <w:r>
        <w:rPr>
          <w:b w:val="0"/>
          <w:i w:val="0"/>
        </w:rPr>
        <w:t>For her married life, her husband Dick, worked on the railways and she cared for their children Susan, Rosemary and Wendy.  Times were pretty tough and I think, much to the annoyance of her husband, Audrey enjoyed getting out to shows. She didn't drive and was always known for getting herself to shows by bus, train or a lift with another local exhibitor.</w:t>
      </w:r>
    </w:p>
    <w:p>
      <w:r>
        <w:rPr>
          <w:b w:val="0"/>
          <w:i w:val="0"/>
        </w:rPr>
        <w:t>Her affix, Surowen, was made up from the names of her children.  She started with a bitch from Marjorie Satterthwaite called Whitchcote Faith of Lawnwoods and then went on to breed Surowen Crushed Velvet, Krystal Gazer, Blue sapphire, Blue Topaz Showgirl and finally in 2003 Emerald Showgirl became the last in her line.</w:t>
      </w:r>
    </w:p>
    <w:p>
      <w:r>
        <w:rPr>
          <w:b w:val="0"/>
          <w:i w:val="0"/>
        </w:rPr>
        <w:t>Her success was fairly moderate but she enjoyed her days out.  I always remember her sheer excitement when she qualified for Crufts, it is a humble achievement that so many take for granted nowadays but to Audrey it meant the world.</w:t>
      </w:r>
    </w:p>
    <w:p>
      <w:r>
        <w:rPr>
          <w:b w:val="0"/>
          <w:i w:val="0"/>
        </w:rPr>
        <w:t>She also introduced others to the world of Labradors, Lesley Tasker had Surowen Bluebeard of Kindercroft and Mark Toublic had Surowen Blue Katrinka of Tinderwood.  She was always so proud of their successes.</w:t>
      </w:r>
    </w:p>
    <w:p>
      <w:r>
        <w:rPr>
          <w:b w:val="0"/>
          <w:i w:val="0"/>
        </w:rPr>
        <w:t xml:space="preserve">Finally, on a personal note, I obtained my first Labrador via contact with Audrey. We later met up at shows and soon my ex-husband and I would take her to shows with us. </w:t>
      </w:r>
    </w:p>
    <w:p>
      <w:r>
        <w:rPr>
          <w:b w:val="0"/>
          <w:i w:val="0"/>
        </w:rPr>
        <w:t>Little did I know how this wonderful kind lady would end up my fairy godmother, as in 2007, when my world came crashing down, she opened her home to me and two Labradors.  She enabled me to rebuild a life, keep my beloved dogs and I quite literally would not be where I am today without her.  A very very special Labrador lover and friend.  RIP Audrey x"</w:t>
      </w:r>
    </w:p>
    <w:p>
      <w:r>
        <w:rPr>
          <w:b w:val="0"/>
          <w:i w:val="0"/>
        </w:rPr>
        <w:t>Thank you Alison. Our condolences go to Audrey's family.</w:t>
      </w:r>
    </w:p>
    <w:p>
      <w:r>
        <w:rPr>
          <w:b w:val="0"/>
          <w:i w:val="0"/>
        </w:rPr>
        <w:t>It is the season for Breed club Open Shows.</w:t>
      </w:r>
    </w:p>
    <w:p>
      <w:r>
        <w:rPr>
          <w:b w:val="0"/>
          <w:i w:val="0"/>
        </w:rPr>
        <w:t>Kent Surrey and Sussex LRC held their show on 28th January. To help Exhibitors to find the venue more easily, what a good idea it was that the KSS committee put a photo of the venue on Facebook. The judge was Mr Hans Stigt (Gentlelabs) from the Netherlands.</w:t>
      </w:r>
    </w:p>
    <w:p>
      <w:r>
        <w:rPr>
          <w:b w:val="0"/>
          <w:i w:val="0"/>
        </w:rPr>
        <w:t>His winners were</w:t>
      </w:r>
    </w:p>
    <w:p>
      <w:r>
        <w:rPr>
          <w:b w:val="0"/>
          <w:i w:val="0"/>
        </w:rPr>
        <w:t xml:space="preserve">Best Bitch and BIS - Penny Carpaninis Carpenny Portia </w:t>
      </w:r>
    </w:p>
    <w:p>
      <w:r>
        <w:rPr>
          <w:b w:val="0"/>
          <w:i w:val="0"/>
        </w:rPr>
        <w:t>RBIS and BOS- David Coodes Ch Warringahs Perth</w:t>
      </w:r>
    </w:p>
    <w:p>
      <w:r>
        <w:rPr>
          <w:b w:val="0"/>
          <w:i w:val="0"/>
        </w:rPr>
        <w:t xml:space="preserve">Best Puppy - Gary Johnson's Atlantics American Dream at Cremino </w:t>
      </w:r>
    </w:p>
    <w:p>
      <w:r>
        <w:rPr>
          <w:b w:val="0"/>
          <w:i w:val="0"/>
        </w:rPr>
        <w:t>Three Ridings LRC held their Open show on the same day.</w:t>
      </w:r>
    </w:p>
    <w:p>
      <w:r>
        <w:rPr>
          <w:b w:val="0"/>
          <w:i w:val="0"/>
        </w:rPr>
        <w:t>Here the winners under Mrs P Ayres were :-</w:t>
      </w:r>
    </w:p>
    <w:p>
      <w:r>
        <w:rPr>
          <w:b w:val="0"/>
          <w:i w:val="0"/>
        </w:rPr>
        <w:t>Best Bitch and Best in Show Marlene Heppers Mardas Black Silk.</w:t>
      </w:r>
    </w:p>
    <w:p>
      <w:r>
        <w:rPr>
          <w:b w:val="0"/>
          <w:i w:val="0"/>
        </w:rPr>
        <w:t>Best Dog and RBIS- Leigh Lesley's Steeleigh Blue Print</w:t>
      </w:r>
    </w:p>
    <w:p>
      <w:r>
        <w:rPr>
          <w:b w:val="0"/>
          <w:i w:val="0"/>
        </w:rPr>
        <w:t>Best Puppy Judith Charltons Classical Act at Foxrush.</w:t>
      </w:r>
    </w:p>
    <w:p>
      <w:r>
        <w:rPr>
          <w:b w:val="0"/>
          <w:i w:val="0"/>
        </w:rPr>
        <w:t xml:space="preserve">Do Remember there is a reduced early entry fee of Â£24 per dog for WELKS Ch Show up to  7th Feb. </w:t>
      </w:r>
    </w:p>
    <w:p>
      <w:r>
        <w:rPr>
          <w:b w:val="0"/>
          <w:i w:val="0"/>
        </w:rPr>
        <w:t>The normal entry fee of Â£27 will be payable from 7th Feb up to 14th March, after which the fee will be Â£28.</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