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- 09/09/2022 - ISSUE"</w:t>
      </w:r>
      <w:r>
        <w:br/>
      </w:r>
      <w:r>
        <w:rPr>
          <w:b w:val="0"/>
          <w:i w:val="0"/>
        </w:rPr>
        <w:br/>
        <w:t>date_original: "09/09/2022 - ISSUE"</w:t>
      </w:r>
      <w:r>
        <w:br/>
      </w:r>
      <w:r>
        <w:rPr>
          <w:b w:val="0"/>
          <w:i w:val="0"/>
        </w:rPr>
        <w:br/>
        <w:t>source_url: "https://www.ourdogs.co.uk/members/breednotes/RetrieverLabradorMain.php"</w:t>
      </w:r>
      <w:r>
        <w:br/>
      </w:r>
      <w:r>
        <w:rPr>
          <w:b w:val="0"/>
          <w:i w:val="0"/>
        </w:rPr>
        <w:br/>
        <w:t>scraped_at: "2026-09-13T15:11:35"</w:t>
      </w:r>
      <w:r>
        <w:br/>
      </w:r>
      <w:r>
        <w:rPr>
          <w:b w:val="0"/>
          <w:i w:val="0"/>
        </w:rPr>
        <w:br/>
        <w:t>word_count: 340</w:t>
      </w:r>
    </w:p>
    <w:p>
      <w:r>
        <w:t>――――――――――――――――――――――――――――――</w:t>
      </w:r>
    </w:p>
    <w:p>
      <w:r>
        <w:rPr>
          <w:b w:val="0"/>
          <w:i w:val="0"/>
        </w:rPr>
        <w:t>NEWS MEMBERS' AREA SHOP SUBSCRIBE UPCOMING SHOWS MORE</w:t>
      </w:r>
    </w:p>
    <w:p>
      <w:r>
        <w:rPr>
          <w:b w:val="0"/>
          <w:i w:val="0"/>
        </w:rPr>
        <w:t>RETRIEVER LABRADOR</w:t>
      </w:r>
    </w:p>
    <w:p>
      <w:r>
        <w:rPr>
          <w:b w:val="0"/>
          <w:i w:val="0"/>
        </w:rPr>
        <w:t>Issue: 09/09/2022</w:t>
      </w:r>
    </w:p>
    <w:p>
      <w:r>
        <w:rPr>
          <w:b w:val="0"/>
          <w:i w:val="0"/>
        </w:rPr>
        <w:t>I begin this weekÃ¢â‚¬â„¢s notes with some sad news.  Older exhibitors will remember Louise Oxley whose affix was Crankross. She bred and showed Pointers as well as Labradors and awarded CCs in both breeds. She was a longstanding member of the North West Labrador Retriever Club and had also served on its committee.  Louise passed away on 28th August and condolences go to her husband Marcus, to the rest of her family and to her friends.</w:t>
      </w:r>
    </w:p>
    <w:p>
      <w:r>
        <w:rPr>
          <w:b w:val="0"/>
          <w:i w:val="0"/>
        </w:rPr>
        <w:t>At Driffield Margaret Brown awarded the Dog CC and BOB to Maxine WoodleyÃ¢â‚¬â„¢s Alkhamhurst Moment of Truth and the Res CC to Rawlinson &amp; BalshawÃ¢â‚¬â„¢s Sh Ch Halshimoor Pitch Battle at Shanorrell. Lynne MinchellaÃ¢â‚¬â„¢s Abbeystead Psion of Haselorhill won the Bitch CC, with the Res going to Paul HowardÃ¢â‚¬â„¢s Mattriella Maybe This Time For Dakross. Best Puppy was Judith CharltonÃ¢â‚¬â„¢s PB Foxrush Joyfull. Congratulations to them, and well done to Coleen ThomsonÃ¢â‚¬â„¢s Strathhunker Gabrielle for coming second in the Gundog Special Beginners Group under Mrs. J. Byrne.</w:t>
      </w:r>
    </w:p>
    <w:p>
      <w:r>
        <w:rPr>
          <w:b w:val="0"/>
          <w:i w:val="0"/>
        </w:rPr>
        <w:t>News from open shows is welcome, so if you have a good win do pass on the information by email.</w:t>
      </w:r>
    </w:p>
    <w:p>
      <w:r>
        <w:rPr>
          <w:b w:val="0"/>
          <w:i w:val="0"/>
        </w:rPr>
        <w:t>And just for fun, a Footnote/Paw-note. Two dogs talking at a bar:  Ã¢â‚¬Å"DOG is GOD spelled backwards. ThatÃ¢â‚¬â„¢s pretty much all the religion I know, but it works for me!Ã¢â‚¬Â</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