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- 08/07/2011"</w:t>
      </w:r>
      <w:r>
        <w:br/>
      </w:r>
      <w:r>
        <w:rPr>
          <w:b w:val="0"/>
          <w:i w:val="0"/>
        </w:rPr>
        <w:br/>
        <w:t>date_original: "08/07/2011"</w:t>
      </w:r>
      <w:r>
        <w:br/>
      </w:r>
      <w:r>
        <w:rPr>
          <w:b w:val="0"/>
          <w:i w:val="0"/>
        </w:rPr>
        <w:br/>
        <w:t>source_url: "https://www.ourdogs.co.uk/members/breednotes/retlabarchive.php"</w:t>
      </w:r>
      <w:r>
        <w:br/>
      </w:r>
      <w:r>
        <w:rPr>
          <w:b w:val="0"/>
          <w:i w:val="0"/>
        </w:rPr>
        <w:br/>
        <w:t>archive_type: "retlabarchive_post"</w:t>
      </w:r>
      <w:r>
        <w:br/>
      </w:r>
      <w:r>
        <w:rPr>
          <w:b w:val="0"/>
          <w:i w:val="0"/>
        </w:rPr>
        <w:br/>
        <w:t>scraped_at: "2026-09-13T22:48:20"</w:t>
      </w:r>
      <w:r>
        <w:br/>
      </w:r>
      <w:r>
        <w:rPr>
          <w:b w:val="0"/>
          <w:i w:val="0"/>
        </w:rPr>
        <w:br/>
        <w:t>word_count: 1505</w:t>
      </w:r>
    </w:p>
    <w:p>
      <w:r>
        <w:t>――――――――――――――――――――――――――――――</w:t>
      </w:r>
    </w:p>
    <w:p>
      <w:r>
        <w:rPr>
          <w:b w:val="0"/>
          <w:i w:val="0"/>
        </w:rPr>
        <w:t>NEWS MEMBERS' AREA SHOP SUBSCRIBE UPCOMING SHOWS MORE</w:t>
      </w:r>
    </w:p>
    <w:p>
      <w:r>
        <w:rPr>
          <w:b w:val="0"/>
          <w:i w:val="0"/>
        </w:rPr>
        <w:t>RETRIEVER LABRADOR</w:t>
      </w:r>
    </w:p>
    <w:p>
      <w:r>
        <w:rPr>
          <w:b w:val="0"/>
          <w:i w:val="0"/>
        </w:rPr>
        <w:t>Issue: 08/07/2011</w:t>
      </w:r>
    </w:p>
    <w:p>
      <w:r>
        <w:rPr>
          <w:b w:val="0"/>
          <w:i w:val="0"/>
        </w:rPr>
        <w:t>Don't forget Midland Counties Lab Club Puppy Party next weekend, on Saturday 16th July at Michael and Judy Neachells home, Wellfield House, Orgreave, Alrewas, Burton upon Trent, Staffs DE13 7DH from 1-00pm.</w:t>
      </w:r>
    </w:p>
    <w:p>
      <w:r>
        <w:rPr>
          <w:b w:val="0"/>
          <w:i w:val="0"/>
        </w:rPr>
        <w:t>There will be 3 puppy classes (12weeks-5 months, 5 months - 9 months, 9 months - 12 months) plus Scurry, Mini Agility Course and Good Citizen Dog Scheme (Bronze Award). There are Party bags for all puppies and home made refreshments and a BBQ</w:t>
      </w:r>
    </w:p>
    <w:p>
      <w:r>
        <w:rPr>
          <w:b w:val="0"/>
          <w:i w:val="0"/>
        </w:rPr>
        <w:t>Midland Counties Lab Club Shop will be open plus a Bottle Tombola and a Produce Stall. Spectators - Â£3 per car or Â£5 to include entrance into puppy classes.</w:t>
      </w:r>
    </w:p>
    <w:p>
      <w:r>
        <w:rPr>
          <w:b w:val="0"/>
          <w:i w:val="0"/>
        </w:rPr>
        <w:t>There will be an eye testing session with John Goodyear. For more details please contact Michael Neachell 01283 790434</w:t>
      </w:r>
    </w:p>
    <w:p>
      <w:r>
        <w:rPr>
          <w:b w:val="0"/>
          <w:i w:val="0"/>
        </w:rPr>
        <w:t>My apologies for the lack of breed notes last week. Late on Sunday night, just as I was completing the following weeks breed notes, my 11 week old puppy, Tilly, decided to find a new friend to play with on the terrace; a large toad. She was having great fun with it!</w:t>
      </w:r>
    </w:p>
    <w:p>
      <w:r>
        <w:rPr>
          <w:b w:val="0"/>
          <w:i w:val="0"/>
        </w:rPr>
        <w:t>I know toads can be very dangerous to young dogs as the toads give off a toxin if nipped. The reaction can sometimes be fatal. I was greatly alarmed. However, on inspection, Tilly still appeared to be bright, bouncy and happy despite having my having removed her "new" friend, via pooper-scooper, into safe vegetation, away from any more inquisitive noses. I then thought I would have a look on the internet on the topic of young puppies and toads.</w:t>
      </w:r>
    </w:p>
    <w:p>
      <w:r>
        <w:rPr>
          <w:b w:val="0"/>
          <w:i w:val="0"/>
        </w:rPr>
        <w:t>Big Mistake! I opened the first site, the computer screen went black and a large box message came up " Windows XP System - Hard Disk destroyed; all data destroyed". As well as the weeks breed notes all gone, I hadn't backed up any of the show planning and ring order I had already done for the forthcoming LKA show this coming December and was a bit frantic to say the least to read it was all lost.</w:t>
      </w:r>
    </w:p>
    <w:p>
      <w:r>
        <w:rPr>
          <w:b w:val="0"/>
          <w:i w:val="0"/>
        </w:rPr>
        <w:t>Then another large official Windows looking box came up saying "Windows XP System Restore will run a 10 point system check to see what had been destroyed and restore any items which are recoverable".</w:t>
      </w:r>
    </w:p>
    <w:p>
      <w:r>
        <w:rPr>
          <w:b w:val="0"/>
          <w:i w:val="0"/>
        </w:rPr>
        <w:t>The report boxes came back saying "all data destroyed", bar one section.</w:t>
      </w:r>
    </w:p>
    <w:p>
      <w:r>
        <w:rPr>
          <w:b w:val="0"/>
          <w:i w:val="0"/>
        </w:rPr>
        <w:t>Underneath was another box headed "Advanced Restore", explaining that for a "payment via credit card" an "Advanced Search" could be carried out and some of the system might be recoverable.</w:t>
      </w:r>
    </w:p>
    <w:p>
      <w:r>
        <w:rPr>
          <w:b w:val="0"/>
          <w:i w:val="0"/>
        </w:rPr>
        <w:t>Initially I thought, "OK, I'll try that, even if I have to pay". Then something just stopped me. Thank goodness I didn't press the "Proceed" button as asked, but took the computer to the computer boffin the next morning for him to pronounce it dead or not.</w:t>
      </w:r>
    </w:p>
    <w:p>
      <w:r>
        <w:rPr>
          <w:b w:val="0"/>
          <w:i w:val="0"/>
        </w:rPr>
        <w:t>He found that the computer, despite having a complex virus checker already built in, had picked up the very latest virus via the "puppies and toads" site. If I had pressed the "proceed" button and given my credit card number for the work to be done I would have been in an even bigger mess, for the whole thing is a hoax to destroy hard discs and get credit card numbers for ill gotten use.</w:t>
      </w:r>
    </w:p>
    <w:p>
      <w:r>
        <w:rPr>
          <w:b w:val="0"/>
          <w:i w:val="0"/>
        </w:rPr>
        <w:t>Hopefully this may be a warning to other gullible computer users like myself. If this happens to you and you are given the chance to correct a problem on your computer from an official looking Windows Restore site â€¦don't touch it with a barge pole; leave it alone. Above all Do Not press "Proceed" and give your credit card number!</w:t>
      </w:r>
    </w:p>
    <w:p>
      <w:r>
        <w:rPr>
          <w:b w:val="0"/>
          <w:i w:val="0"/>
        </w:rPr>
        <w:t>Luckily the boffin was able to thoroughly clean the virus from the computer and sort it all out again as new. I also now have a proper back-up drive, so  I should never lose any data again (as long as I remember to use it!).</w:t>
      </w:r>
    </w:p>
    <w:p>
      <w:r>
        <w:rPr>
          <w:b w:val="0"/>
          <w:i w:val="0"/>
        </w:rPr>
        <w:t>Having no computer brought to the fore the problems with our reliance on such machines. With no computer, I could not enter shows on line and as the postal closing dates had passed that was the end of that; lost entry for the show and lost day out for me. I also realised that I could not print off passes for any of the shows I had already entered on-line. Maybe the old ways were not so bad after all. At least my pals were able to print the passes off once I realised I hadn't got them through the post.</w:t>
      </w:r>
    </w:p>
    <w:p>
      <w:r>
        <w:rPr>
          <w:b w:val="0"/>
          <w:i w:val="0"/>
        </w:rPr>
        <w:t>Dale Elliott has recently been judging in Italy and has kindly sent in details of her winners . Dog CAC, CACIB &amp; BOB - chocolate dog, Always Love di Casa Biagini, made up to Italian Champion on the day.</w:t>
      </w:r>
    </w:p>
    <w:p>
      <w:r>
        <w:rPr>
          <w:b w:val="0"/>
          <w:i w:val="0"/>
        </w:rPr>
        <w:t>Dog Res. CAC &amp; CACIB - Loch Mor Quartermaster. Bitch CAC, CACIB &amp; BOS - Loch Mor Giulietta. Bitch Res CAC, CACIB - Rosemade Make Me Love.</w:t>
      </w:r>
    </w:p>
    <w:p>
      <w:r>
        <w:rPr>
          <w:b w:val="0"/>
          <w:i w:val="0"/>
        </w:rPr>
        <w:t>Great news from the Open Show front from Pat Concannon (Gowanvale)who writes:  "At the well supported Westmorland Open Show on June 5th 2011 with 499 all-breed entries, my Richbourne Moment of Time at Gowanvale ( Richbourne Old Macdonald x Richbourne Time Flies JW ) who has one RCC, won Best of Breed under breed judge Ian Jones, then went on to  win Group 1 and Best in Show under MR  Les Aspin.</w:t>
      </w:r>
    </w:p>
    <w:p>
      <w:r>
        <w:rPr>
          <w:b w:val="0"/>
          <w:i w:val="0"/>
        </w:rPr>
        <w:t>Northumberland and Durham LRC certainly did a splendid job organising the Joint Labrador Championship Show, which was held on 19th June at Birtley. The Secretary writes "We are delighted to report that the show went very well indeed and a good time was had by all.  As this was the 'Joint Show', the committee were united in the view that profits should be ploughed back, to benefit those attending, rather than the club itself.  So the prize money of Â£50 BIS and Â£30 each for RBIS, BP &amp; BV was very much appreciated by the winners and the complimentary Pimms &amp; Strawberries added a Garden Party feel to the day! For a bit of fun, we added a couple of prizes, one for the oldest canine entrant, shown on the day, and that was won by Mortons' Sh Ch Dakross Billie Holiday who is still showing aged 12. In fact, she was to be retired that very day! And a prize for the furthest travelled to our show, and Paul and Elaine Davey travelled 450 miles to be there and we were delighted they'd made the effort. The good old British weather was warm and dry until lunch time! During lunch there was a very informative FT demonstration during which the rains cameâ€¦. And come, they did. It was torrential! But the committee and exhibitors all helped to move the rings indoors and afternoon judging continued without incident. Bitch CC &amp; BIS was Porters' Lindall Dreamy. Dog CC was Neals' Sh Ch Amberstope Rebel Yell ShCM, Best Puppy was Hodges' Naiken Zephyr and Best Veteran was Finneys' Rockledge Wordsmith of Carpenny. Full results are on the website at www.ndlabclub.co.uk"</w:t>
      </w:r>
    </w:p>
    <w:p>
      <w:r>
        <w:rPr>
          <w:b w:val="0"/>
          <w:i w:val="0"/>
        </w:rPr>
        <w:t>The following weekend Blackpool Championship show saw Penny Carpanini's yellow dog Carpenny Made a Million (Sh Ch Carpenny Made the Trip x Sh Ch Mambrinos Spellbound of Carpenny) win the Gundog Group under Andrew Brace. He had won his 2nd CC that day under Ron Menaker, whom I believe is Chairman of the American Kennel Club and who was judging Labradors at CC level for the first time. From Andrew Brace's report, I gather Penny enlisted experienced handler, Jason Lynn, to handle the dog in the spacious Best in Show ring under Bill Browne-Cole.</w:t>
      </w:r>
    </w:p>
    <w:p>
      <w:r>
        <w:rPr>
          <w:b w:val="0"/>
          <w:i w:val="0"/>
        </w:rPr>
        <w:t>Sadly despite being numerically the biggest breed in the UK, Labradors seldom win BIS (Anne Lavelle's Sh Ch Crosscroyde Cotton on Quick was the last BIS winner, at Bournemouth, back in the 1980s), so once again Blackpool saw immaculately groomed and exceedingly eye catching small dogs, the well known Bichon and top winning Scottie, taking BIS and Reserve BIS, but at least our breed had a good look in. Well done, Penny.</w:t>
      </w:r>
    </w:p>
    <w:p>
      <w:r>
        <w:rPr>
          <w:b w:val="0"/>
          <w:i w:val="0"/>
        </w:rPr>
        <w:t>Back to the breed results; under Ron Menaker, the Dog RCC was won by Mrs J Dobsons Lakemeadow Living the Dream. The Bitch CC went to David Coodes black, Warringah's Karkirri,  (Charway Water Reed at Brigburn), whilst the Bitch RCC was won by Marlene Heppers black Mardas Magical Mystery Tour (Brigburn Marron avec Lindall x Lindall Doubkle Honour for Mardas). Best Puppy was Diana Downey Tullochs black dog Tullochmohr Ace Junior. (Sh Ch Tullochmohr Final Edition JW x Tullochmohr Max Factor).</w:t>
      </w:r>
    </w:p>
    <w:p>
      <w:r>
        <w:rPr>
          <w:b w:val="0"/>
          <w:i w:val="0"/>
        </w:rPr>
        <w:t>Ann Britton, 01989720665</w:t>
      </w:r>
    </w:p>
    <w:p>
      <w:r>
        <w:rPr>
          <w:b w:val="0"/>
          <w:i w:val="0"/>
        </w:rPr>
        <w:t>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