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- 27/01/2017 - ISSUE"</w:t>
      </w:r>
      <w:r>
        <w:br/>
      </w:r>
      <w:r>
        <w:rPr>
          <w:b w:val="0"/>
          <w:i w:val="0"/>
        </w:rPr>
        <w:br/>
        <w:t>date_original: "27/01/2017 - ISSUE"</w:t>
      </w:r>
      <w:r>
        <w:br/>
      </w:r>
      <w:r>
        <w:rPr>
          <w:b w:val="0"/>
          <w:i w:val="0"/>
        </w:rPr>
        <w:br/>
        <w:t>source_url: "https://www.ourdogs.co.uk/members/breednotes/RetrieverLabradorMain.php"</w:t>
      </w:r>
      <w:r>
        <w:br/>
      </w:r>
      <w:r>
        <w:rPr>
          <w:b w:val="0"/>
          <w:i w:val="0"/>
        </w:rPr>
        <w:br/>
        <w:t>scraped_at: "2026-09-13T15:26:57"</w:t>
      </w:r>
      <w:r>
        <w:br/>
      </w:r>
      <w:r>
        <w:rPr>
          <w:b w:val="0"/>
          <w:i w:val="0"/>
        </w:rPr>
        <w:br/>
        <w:t>word_count: 1234</w:t>
      </w:r>
    </w:p>
    <w:p>
      <w:r>
        <w:t>――――――――――――――――――――――――――――――</w:t>
      </w:r>
    </w:p>
    <w:p>
      <w:r>
        <w:rPr>
          <w:b w:val="0"/>
          <w:i w:val="0"/>
        </w:rPr>
        <w:t>NEWS MEMBERS' AREA SHOP SUBSCRIBE UPCOMING SHOWS MORE</w:t>
      </w:r>
    </w:p>
    <w:p>
      <w:r>
        <w:rPr>
          <w:b w:val="0"/>
          <w:i w:val="0"/>
        </w:rPr>
        <w:t>RETRIEVER LABRADOR</w:t>
      </w:r>
    </w:p>
    <w:p>
      <w:r>
        <w:rPr>
          <w:b w:val="0"/>
          <w:i w:val="0"/>
        </w:rPr>
        <w:t>Issue: 27/01/2017</w:t>
      </w:r>
    </w:p>
    <w:p>
      <w:r>
        <w:rPr>
          <w:b w:val="0"/>
          <w:i w:val="0"/>
        </w:rPr>
        <w:t xml:space="preserve">Congratulations to Lisa Finney and Karen Powell who gained the SGWC at the LRC Wales Novice Field Trial last week. Lisa with her black, whose pet name I recall is Tomba and Karen with Seatallen Waterlily and Seatallen Zerula. Others to gain their SGWCs last week at a different venue were Michael Neachells yellow Ch Carpenny Micah at Suttonpark bred by </w:t>
      </w:r>
    </w:p>
    <w:p>
      <w:r>
        <w:rPr>
          <w:b w:val="0"/>
          <w:i w:val="0"/>
        </w:rPr>
        <w:t>Penny Carpanini and Ch Mattand Exodus bred by and belonging to Sharon Lambert. I understand one of Jenny Kings Linthwaite Labradors also qualified. Many congratulations to you all; a great thrill and achievement. Who says show bred Labradors haven't got inbuilt working ability? Its there in the majority; it just needs bringing out and the dogs are so interested and bright during and after training, it only takes a few weeks to get them steady, non squeaking and ready to perform really efficiently. Well done everyone. Hope you inspire some more to try.</w:t>
      </w:r>
    </w:p>
    <w:p>
      <w:r>
        <w:rPr>
          <w:b w:val="0"/>
          <w:i w:val="0"/>
        </w:rPr>
        <w:t>The Midland Counties Lab Club Open Show winners under Bonnie Wiles were :-</w:t>
      </w:r>
    </w:p>
    <w:p>
      <w:r>
        <w:rPr>
          <w:b w:val="0"/>
          <w:i w:val="0"/>
        </w:rPr>
        <w:t>Best In Show - Bob Lennox's Sh Ch Wilenmory Collabro</w:t>
      </w:r>
    </w:p>
    <w:p>
      <w:r>
        <w:rPr>
          <w:b w:val="0"/>
          <w:i w:val="0"/>
        </w:rPr>
        <w:t>Reserve Best In Show - Shaun Williamson's Sh Ch Sharouns Illusionist JW ShCM</w:t>
      </w:r>
    </w:p>
    <w:p>
      <w:r>
        <w:rPr>
          <w:b w:val="0"/>
          <w:i w:val="0"/>
        </w:rPr>
        <w:t>Best Puppy In Show - Marion Hopkinson's Hayley Sun In Their Eyes</w:t>
      </w:r>
    </w:p>
    <w:p>
      <w:r>
        <w:rPr>
          <w:b w:val="0"/>
          <w:i w:val="0"/>
        </w:rPr>
        <w:t>Best Minor Puppy In Show - Ben Gaskell's Sharouns Ventriloquist For Tempaskell</w:t>
      </w:r>
    </w:p>
    <w:p>
      <w:r>
        <w:rPr>
          <w:b w:val="0"/>
          <w:i w:val="0"/>
        </w:rPr>
        <w:t>Best Veteran In Show - Paula Woodburn's Rocheby Sugar Ice At Centenalee</w:t>
      </w:r>
    </w:p>
    <w:p>
      <w:r>
        <w:rPr>
          <w:b w:val="0"/>
          <w:i w:val="0"/>
        </w:rPr>
        <w:t xml:space="preserve">Gundog day at Manchester Ch Show at Stafford was on Sunday 22nd January. The judge was Becci Hodge with a splendid entry of 250 dogs and bitches. She got through the numerically large classes really well in the one huge ring beside the benching in the Sandylands Centre, which facilities as a breed we enjoy at several shows, having it all to ourselves. It was a chilly grey day but warm and cosy in the venue. The early morning frost meant the carpark was frozen hard and was clean to get the dogs into the venue but pretty muddy when it had thawed out in the afternoon and the dogs were being put back in the cars. The winners were </w:t>
      </w:r>
    </w:p>
    <w:p>
      <w:r>
        <w:rPr>
          <w:b w:val="0"/>
          <w:i w:val="0"/>
        </w:rPr>
        <w:t xml:space="preserve">Dog CC Linda MacGillivrays black Antonine Cinderfella JW </w:t>
      </w:r>
    </w:p>
    <w:p>
      <w:r>
        <w:rPr>
          <w:b w:val="0"/>
          <w:i w:val="0"/>
        </w:rPr>
        <w:t xml:space="preserve">Res Dog CC Mrs E Heinlos black, Multi Ch Follies Ivar shown by Margaret Brown. He was also Best Veteran. </w:t>
      </w:r>
    </w:p>
    <w:p>
      <w:r>
        <w:rPr>
          <w:b w:val="0"/>
          <w:i w:val="0"/>
        </w:rPr>
        <w:t xml:space="preserve">Bitch CC and Best of Breed winner was Sussie Wiles and daughter Bonnies black Dolehamhalt Dazzler Of Richbourne JW </w:t>
      </w:r>
    </w:p>
    <w:p>
      <w:r>
        <w:rPr>
          <w:b w:val="0"/>
          <w:i w:val="0"/>
        </w:rPr>
        <w:t xml:space="preserve">Res Bitch CC : the Brown family and David Todds black Foulby Krista </w:t>
      </w:r>
    </w:p>
    <w:p>
      <w:r>
        <w:rPr>
          <w:b w:val="0"/>
          <w:i w:val="0"/>
        </w:rPr>
        <w:t>Best Puppy : Elaine Grummitts and Mr R Adlers yellow Manorwell Michigan</w:t>
      </w:r>
    </w:p>
    <w:p>
      <w:r>
        <w:rPr>
          <w:b w:val="0"/>
          <w:i w:val="0"/>
        </w:rPr>
        <w:t>2nd under Stuart Plane in the Puppy Lincoln stakes was Gail Dodds chocolate bitch Carriegame Tuppence.</w:t>
      </w:r>
    </w:p>
    <w:p>
      <w:r>
        <w:rPr>
          <w:b w:val="0"/>
          <w:i w:val="0"/>
        </w:rPr>
        <w:t>Congratulations to you all.</w:t>
      </w:r>
    </w:p>
    <w:p>
      <w:r>
        <w:rPr>
          <w:b w:val="0"/>
          <w:i w:val="0"/>
        </w:rPr>
        <w:t>I had ordered a downloadable Labrador breed catalogue for Manchester for the first time, as opposed to a normal all breed catalogue collected at the show. It was available to download at home at 7am on the morning of Gundog Day.</w:t>
      </w:r>
    </w:p>
    <w:p>
      <w:r>
        <w:rPr>
          <w:b w:val="0"/>
          <w:i w:val="0"/>
        </w:rPr>
        <w:t xml:space="preserve">At 7am I duly woke up my iPad and logged into Higham Press and as simply instructed downloaded the catalogue to print it on my wireless printer, which prints on both sides of every sheet of paper. It would take 8 sheets. </w:t>
      </w:r>
    </w:p>
    <w:p>
      <w:r>
        <w:rPr>
          <w:b w:val="0"/>
          <w:i w:val="0"/>
        </w:rPr>
        <w:t xml:space="preserve">Unfortunately having snail pace broadband, the iPad only downloaded half the details, which was the section of Labrador owner names and addresses, but not details of the individual classes and their entrants. I turned off and started again. </w:t>
      </w:r>
    </w:p>
    <w:p>
      <w:r>
        <w:rPr>
          <w:b w:val="0"/>
          <w:i w:val="0"/>
        </w:rPr>
        <w:t>No. the iPad resolutely refused to download the class entrants. Four times I tried to no avail. The clock for departing to the show was ticking. I decided to switch on the main computer to see if I could download the Labrador part of the catalogue there.</w:t>
      </w:r>
    </w:p>
    <w:p>
      <w:r>
        <w:rPr>
          <w:b w:val="0"/>
          <w:i w:val="0"/>
        </w:rPr>
        <w:t>Yes! Hooray, once warmed up, it worked!</w:t>
      </w:r>
    </w:p>
    <w:p>
      <w:r>
        <w:rPr>
          <w:b w:val="0"/>
          <w:i w:val="0"/>
        </w:rPr>
        <w:t xml:space="preserve">Now to print it, but that printer with the computer only prints single sides. Anyway,  I pressed "print". After three pages the printer stopped. " printer is out of paper!" </w:t>
      </w:r>
    </w:p>
    <w:p>
      <w:r>
        <w:rPr>
          <w:b w:val="0"/>
          <w:i w:val="0"/>
        </w:rPr>
        <w:t>Arrrgh! No it isnt! Took the inserted zillions of neatly stacked paper out, straightened it up and pressed continue.</w:t>
      </w:r>
    </w:p>
    <w:p>
      <w:r>
        <w:rPr>
          <w:b w:val="0"/>
          <w:i w:val="0"/>
        </w:rPr>
        <w:t>Ah, yes, it liked the reshuffled paper and continued to chug away producing eventually after nearly half an hours efforts, an ungainly 18 A4 single sided pages of Labrador catalogue! Which then had to be stapled together.</w:t>
      </w:r>
    </w:p>
    <w:p>
      <w:r>
        <w:rPr>
          <w:b w:val="0"/>
          <w:i w:val="0"/>
        </w:rPr>
        <w:t>Granted it only cost Â£2.50, but the half hour lost producing it before driving to the show certainly proved the normal printed catalogues are an absolute bargain!!</w:t>
      </w:r>
    </w:p>
    <w:p>
      <w:r>
        <w:rPr>
          <w:b w:val="0"/>
          <w:i w:val="0"/>
        </w:rPr>
        <w:t>The day before Manchester, I had a fabulously enjoyable time socialising my just four month old black pups . A pal and I took them to the nearby small market town on the Saturday afternoon intending to walk them round to see a few people.</w:t>
      </w:r>
    </w:p>
    <w:p>
      <w:r>
        <w:rPr>
          <w:b w:val="0"/>
          <w:i w:val="0"/>
        </w:rPr>
        <w:t xml:space="preserve">In fact we met loads of people and lots of children and friendly dogs. Everyone stopped to stroke the pups, young and old alike. At one point someone said were were causing a most delightful hold up on the highway on a Saturday afternoon, there were so many laughing, smiling people kneeling on the pavement wanting to stroke and play with the pups. </w:t>
      </w:r>
    </w:p>
    <w:p>
      <w:r>
        <w:rPr>
          <w:b w:val="0"/>
          <w:i w:val="0"/>
        </w:rPr>
        <w:t>Then a big bus drove up and disgorged all the last passengers right next to us... maybe that was because we were standing at the bus stop but we hadn't noticed.</w:t>
      </w:r>
    </w:p>
    <w:p>
      <w:r>
        <w:rPr>
          <w:b w:val="0"/>
          <w:i w:val="0"/>
        </w:rPr>
        <w:t>The bus passengers all stroked the pups as they alighted, then, magic, with his bus empty and a ten minute wait till he resumed his scheduled return trip, the driver called us.</w:t>
      </w:r>
    </w:p>
    <w:p>
      <w:r>
        <w:rPr>
          <w:b w:val="0"/>
          <w:i w:val="0"/>
        </w:rPr>
        <w:t xml:space="preserve">" Would you like to bring them onto the bus?" </w:t>
      </w:r>
    </w:p>
    <w:p>
      <w:r>
        <w:rPr>
          <w:b w:val="0"/>
          <w:i w:val="0"/>
        </w:rPr>
        <w:t>"Oh marvellous, yes please!"</w:t>
      </w:r>
    </w:p>
    <w:p>
      <w:r>
        <w:rPr>
          <w:b w:val="0"/>
          <w:i w:val="0"/>
        </w:rPr>
        <w:t xml:space="preserve">The pups climbed up the step, or rather had their little fat back ends assisted up the step onto the empty bus and dashed towards the drivers cabin to say a happy  "Hello" to him. </w:t>
      </w:r>
    </w:p>
    <w:p>
      <w:r>
        <w:rPr>
          <w:b w:val="0"/>
          <w:i w:val="0"/>
        </w:rPr>
        <w:t xml:space="preserve">He bent down from his cabin and stroked them kindly too. He then suggested we might like to go further onto the bus and walk up and down the rows of empty bus seats, which the pups enjoyed, taking in the various aromas. Finally, we went back to the cab and the pups said their goodbyes to the nice driver and we continued our walk round the town. </w:t>
      </w:r>
    </w:p>
    <w:p>
      <w:r>
        <w:rPr>
          <w:b w:val="0"/>
          <w:i w:val="0"/>
        </w:rPr>
        <w:t>We then came across a group of young late teen lads hanging about on a Saturday afternoon enjoying eyeing the young ladies who passed by. All of a sudden the most handsome of the group, saw the puppies and stopped girl-watching and sat down on the pavement legs out stretched. Next thing I knew, he had both pups bundled on his lap playing happily with them. His trendy pals guffawed " what ARE  you doing? What about all those girls over there? "</w:t>
      </w:r>
    </w:p>
    <w:p>
      <w:r>
        <w:rPr>
          <w:b w:val="0"/>
          <w:i w:val="0"/>
        </w:rPr>
        <w:t>"Ah, forget them. Id far rather play with these pups!"</w:t>
      </w:r>
    </w:p>
    <w:p>
      <w:r>
        <w:rPr>
          <w:b w:val="0"/>
          <w:i w:val="0"/>
        </w:rPr>
        <w:t xml:space="preserve">Splendid fellow! Got his priorities right and the pups loved him. </w:t>
      </w:r>
    </w:p>
    <w:p>
      <w:r>
        <w:rPr>
          <w:b w:val="0"/>
          <w:i w:val="0"/>
        </w:rPr>
        <w:t>Finally we returned to the car. Tired but happy puppies certainly slept well once they arrived back home after their afternoons excitement.</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