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- 18/08/2023 - ISSUE"</w:t>
      </w:r>
      <w:r>
        <w:br/>
      </w:r>
      <w:r>
        <w:rPr>
          <w:b w:val="0"/>
          <w:i w:val="0"/>
        </w:rPr>
        <w:br/>
        <w:t>date_original: "18/08/2023 - ISSUE"</w:t>
      </w:r>
      <w:r>
        <w:br/>
      </w:r>
      <w:r>
        <w:rPr>
          <w:b w:val="0"/>
          <w:i w:val="0"/>
        </w:rPr>
        <w:br/>
        <w:t>source_url: "https://www.ourdogs.co.uk/members/breednotes/RetrieverLabradorMain.php"</w:t>
      </w:r>
      <w:r>
        <w:br/>
      </w:r>
      <w:r>
        <w:rPr>
          <w:b w:val="0"/>
          <w:i w:val="0"/>
        </w:rPr>
        <w:br/>
        <w:t>scraped_at: "2026-09-13T15:09:31"</w:t>
      </w:r>
      <w:r>
        <w:br/>
      </w:r>
      <w:r>
        <w:rPr>
          <w:b w:val="0"/>
          <w:i w:val="0"/>
        </w:rPr>
        <w:br/>
        <w:t>word_count: 549</w:t>
      </w:r>
    </w:p>
    <w:p>
      <w:r>
        <w:t>――――――――――――――――――――――――――――――</w:t>
      </w:r>
    </w:p>
    <w:p>
      <w:r>
        <w:rPr>
          <w:b w:val="0"/>
          <w:i w:val="0"/>
        </w:rPr>
        <w:t>NEWS MEMBERS' AREA SHOP SUBSCRIBE UPCOMING SHOWS MORE</w:t>
      </w:r>
    </w:p>
    <w:p>
      <w:r>
        <w:rPr>
          <w:b w:val="0"/>
          <w:i w:val="0"/>
        </w:rPr>
        <w:t>RETRIEVER LABRADOR</w:t>
      </w:r>
    </w:p>
    <w:p>
      <w:r>
        <w:rPr>
          <w:b w:val="0"/>
          <w:i w:val="0"/>
        </w:rPr>
        <w:t>Issue: 18/08/2023</w:t>
      </w:r>
    </w:p>
    <w:p>
      <w:r>
        <w:rPr>
          <w:b w:val="0"/>
          <w:i w:val="0"/>
        </w:rPr>
        <w:t>United Retriever Clubs 60th benched championship show, held midweek at Malvern, was a great success for organisers and exhibitors alike; what a difference a sunny day makes. Amongst the committee ensuring everything went well were Labrador followers, Alison Scutcher, (Secretary), Barbara Gentleman, Karen Callander, Lisa Finney, and Joy Venturi Rose.</w:t>
      </w:r>
    </w:p>
    <w:p>
      <w:r>
        <w:rPr>
          <w:b w:val="0"/>
          <w:i w:val="0"/>
        </w:rPr>
        <w:t>They were all very welcoming and helpful, and thus, everyone seemed happy and content relaxing ringside in summer holiday mood.</w:t>
      </w:r>
    </w:p>
    <w:p>
      <w:r>
        <w:rPr>
          <w:b w:val="0"/>
          <w:i w:val="0"/>
        </w:rPr>
        <w:t>As it was the clubs 60th anniversary show, exhibitors enjoyed celebration cake, free catalogues and a smart colour-photo illustrated brochure listing the main winners at the clubs shows since 1963. A really well presented informative reminder of former URC shows plus interesting to see the names of influential dogs from the past and the breed entry numbers for each year.</w:t>
      </w:r>
    </w:p>
    <w:p>
      <w:r>
        <w:rPr>
          <w:b w:val="0"/>
          <w:i w:val="0"/>
        </w:rPr>
        <w:t>How time has flown. I remember most of the shows from the 1980s onwards and the winners, including when I studied the lists, some of my own show champion labs names appearing through the mists of time!</w:t>
      </w:r>
    </w:p>
    <w:p>
      <w:r>
        <w:rPr>
          <w:b w:val="0"/>
          <w:i w:val="0"/>
        </w:rPr>
        <w:t>When we can go months with no new champions made up, last week at URC we were celebrating 4 new champions; two already made up the previous day at National Gundog and two more at URC on the day.</w:t>
      </w:r>
    </w:p>
    <w:p>
      <w:r>
        <w:rPr>
          <w:b w:val="0"/>
          <w:i w:val="0"/>
        </w:rPr>
        <w:t>At URC the 2 1/2 year old yellow dog Westerluston John (Globetrotter Labs Valley at Brigburn imp SVK x Westerluston Nola), owned by Mr RF Bell, down from beautiful Jedburgh, won his 3rd CC and Best of Breed under Yo Shirton (dog judge) and with the agreement of Sharon Rogers (bitch judge) went Best of Breed from an entry of 194 Labradors. Later in the day he went one better winning an utterly memorable Best in Show under Richard Stafford from a total show entry of 656 dogs and bitches drawn from the six Retriever breeds.</w:t>
      </w:r>
    </w:p>
    <w:p>
      <w:r>
        <w:rPr>
          <w:b w:val="0"/>
          <w:i w:val="0"/>
        </w:rPr>
        <w:t>Gary and Jean Johnsons yellow dog, Sh Ch Cremino Calabrese won the dog RCC in good company.</w:t>
      </w:r>
    </w:p>
    <w:p>
      <w:r>
        <w:rPr>
          <w:b w:val="0"/>
          <w:i w:val="0"/>
        </w:rPr>
        <w:t>In the bitch ring Lynn Minchellas 5 year old black Abbeystead Psion at Haslorhill (Am Ch Paradocs Bellweather Heath x Haslorhill Encore) took her crowning third CC. with Caroline Edwards new champion yellow, Sh Ch Kimbajak Miss Jazz Swinger (Sh Ch Rocheby Hornblower x Kimbajak Proper Madam) taking the RCC.</w:t>
      </w:r>
    </w:p>
    <w:p>
      <w:r>
        <w:rPr>
          <w:b w:val="0"/>
          <w:i w:val="0"/>
        </w:rPr>
        <w:t>Once judging was complete, to celebrate the 2 new champions made up that weekend, the owners Caroline Edwards and the Hodge family who handle Nancys Special Treasure (Sh Ch Naiken East Meets West x Lougin Lumia) for her breeder Mrs Bradley had most generously provided drinks, nibbles and cakes for all to share. This celebration now included two more champions in our midst. Congratulations to you all.</w:t>
      </w:r>
    </w:p>
    <w:p>
      <w:r>
        <w:rPr>
          <w:b w:val="0"/>
          <w:i w:val="0"/>
        </w:rPr>
        <w:t>Lab Club of Wales schedules are available on Fosse data for the October 8th Open Show.</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