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- 31/08/2012"</w:t>
      </w:r>
      <w:r>
        <w:br/>
      </w:r>
      <w:r>
        <w:rPr>
          <w:b w:val="0"/>
          <w:i w:val="0"/>
        </w:rPr>
        <w:br/>
        <w:t>date_original: "31/08/2012"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"2026-09-13T22:45:36"</w:t>
      </w:r>
      <w:r>
        <w:br/>
      </w:r>
      <w:r>
        <w:rPr>
          <w:b w:val="0"/>
          <w:i w:val="0"/>
        </w:rPr>
        <w:br/>
        <w:t>word_count: 758</w:t>
      </w:r>
    </w:p>
    <w:p>
      <w:r>
        <w:t>――――――――――――――――――――――――――――――</w:t>
      </w:r>
    </w:p>
    <w:p>
      <w:r>
        <w:rPr>
          <w:b w:val="0"/>
          <w:i w:val="0"/>
        </w:rPr>
        <w:t>NEWS MEMBERS' AREA SHOP SUBSCRIBE UPCOMING SHOWS MORE</w:t>
      </w:r>
    </w:p>
    <w:p>
      <w:r>
        <w:rPr>
          <w:b w:val="0"/>
          <w:i w:val="0"/>
        </w:rPr>
        <w:t>RETRIEVER LABRADOR</w:t>
      </w:r>
    </w:p>
    <w:p>
      <w:r>
        <w:rPr>
          <w:b w:val="0"/>
          <w:i w:val="0"/>
        </w:rPr>
        <w:t>Issue: 31/08/2012</w:t>
      </w:r>
    </w:p>
    <w:p>
      <w:r>
        <w:rPr>
          <w:b w:val="0"/>
          <w:i w:val="0"/>
        </w:rPr>
        <w:t>I was very sad to hear of the death of Doreen Milne - Claytonholt Labradors. Our thoughts are with her family at this sad time. The Funeral will be held on 3rd September at 12.45pm at Eastbourne Crematorium. No flower, but donations may be made in memory of Doreen to Labrador Rescue South East and Central.</w:t>
      </w:r>
    </w:p>
    <w:p>
      <w:r>
        <w:rPr>
          <w:b w:val="0"/>
          <w:i w:val="0"/>
        </w:rPr>
        <w:t>As I write these notes, the August Bank holiday is looming and with it, a typical wet weather forecast. The breed notes column has to be written before this Bank Holiday weekend's Scottish Kennel Club show and so there are no SKC results to include at the moment.</w:t>
      </w:r>
    </w:p>
    <w:p>
      <w:r>
        <w:rPr>
          <w:b w:val="0"/>
          <w:i w:val="0"/>
        </w:rPr>
        <w:t>Val Foss is the judge at SKC with an entry of just 101 Labradors; I am sure the cost of fuel is absolutely killing the entries at the more distant shows. I always used to go to every SKC show, year in year out, but nowadays, spending around Â£300, plus entry fees, to attend a dog show, seems hard to justify, and with diesel prices as they are and comfortable overnight accommodation being far from cheap I cannot see the situation improving. I decided it was a luxury I would forego and by the look of things I think many others appear to be of the same opinion, which goes some way to explain the ever decreasing entry numbers these days. At least those who can attend SKC will have a good chance of being in the cards.</w:t>
      </w:r>
    </w:p>
    <w:p>
      <w:r>
        <w:rPr>
          <w:b w:val="0"/>
          <w:i w:val="0"/>
        </w:rPr>
        <w:t>Should anyone have found a green Pedigree Petfood, Best of Breed chair plus its green outer carry bag after National Gundog or United Retriever shows, it is likely to belong to me. As it was won by my dear departed Ch B Carruthers back in the 1990s I have sentimental reasons for wishing to find it. Any news of its whereabouts will be gratefully received.</w:t>
      </w:r>
    </w:p>
    <w:p>
      <w:r>
        <w:rPr>
          <w:b w:val="0"/>
          <w:i w:val="0"/>
        </w:rPr>
        <w:t>Since I am a bit short of news this week, herewith a short amusing story a reader has sent  in, titled "Banned from a major supermarket." Retired Author - anonymous.</w:t>
      </w:r>
    </w:p>
    <w:p>
      <w:r>
        <w:rPr>
          <w:b w:val="0"/>
          <w:i w:val="0"/>
        </w:rPr>
        <w:t>" I didn't like shopping at that supermarket anyway!</w:t>
      </w:r>
    </w:p>
    <w:p>
      <w:r>
        <w:rPr>
          <w:b w:val="0"/>
          <w:i w:val="0"/>
        </w:rPr>
        <w:t>"Yesterday I was at my local supermarket buying a large bag of well known dog food for my dog, Bengie.</w:t>
      </w:r>
    </w:p>
    <w:p>
      <w:r>
        <w:rPr>
          <w:b w:val="0"/>
          <w:i w:val="0"/>
        </w:rPr>
        <w:t>I was in the checkout queue when a woman behind me asked if I had a dog.</w:t>
      </w:r>
    </w:p>
    <w:p>
      <w:r>
        <w:rPr>
          <w:b w:val="0"/>
          <w:i w:val="0"/>
        </w:rPr>
        <w:t>Well, what did she think I had; an elephant?</w:t>
      </w:r>
    </w:p>
    <w:p>
      <w:r>
        <w:rPr>
          <w:b w:val="0"/>
          <w:i w:val="0"/>
        </w:rPr>
        <w:t>So, since I'm retired and have little to do, on impulse I told her that "No, I didn't have a dog, I was starting the Dry Dog Food Diet again!"</w:t>
      </w:r>
    </w:p>
    <w:p>
      <w:r>
        <w:rPr>
          <w:b w:val="0"/>
          <w:i w:val="0"/>
        </w:rPr>
        <w:t>I added that I probably shouldn't go on the diet, because last time I did, I ended up in hospital.</w:t>
      </w:r>
    </w:p>
    <w:p>
      <w:r>
        <w:rPr>
          <w:b w:val="0"/>
          <w:i w:val="0"/>
        </w:rPr>
        <w:t>I told her that I had woken up in intensive care with tubes coming out of most of my orifices and IVs in both arms, but I did lose 2 stone .</w:t>
      </w:r>
    </w:p>
    <w:p>
      <w:r>
        <w:rPr>
          <w:b w:val="0"/>
          <w:i w:val="0"/>
        </w:rPr>
        <w:t>She looked aghast and listened intently as I continued. I told her that it was essentially a perfect diet.</w:t>
      </w:r>
    </w:p>
    <w:p>
      <w:r>
        <w:rPr>
          <w:b w:val="0"/>
          <w:i w:val="0"/>
        </w:rPr>
        <w:t>"The way that it works is to load your pockets with Dog Food nuggets and then simply eat one or two every time you feel hungry. Easy!</w:t>
      </w:r>
    </w:p>
    <w:p>
      <w:r>
        <w:rPr>
          <w:b w:val="0"/>
          <w:i w:val="0"/>
        </w:rPr>
        <w:t>The food is nutritionally complete, so it works well, which is the reason I was going to try it again.</w:t>
      </w:r>
    </w:p>
    <w:p>
      <w:r>
        <w:rPr>
          <w:b w:val="0"/>
          <w:i w:val="0"/>
        </w:rPr>
        <w:t>(I have to mention here that by now practically everyone in the supermarket queue was enthralled with my story.)</w:t>
      </w:r>
    </w:p>
    <w:p>
      <w:r>
        <w:rPr>
          <w:b w:val="0"/>
          <w:i w:val="0"/>
        </w:rPr>
        <w:t>Horrified, she asked me if I had ended up in intensive care because the dog food had poisoned me?</w:t>
      </w:r>
    </w:p>
    <w:p>
      <w:r>
        <w:rPr>
          <w:b w:val="0"/>
          <w:i w:val="0"/>
        </w:rPr>
        <w:t>I told her "Oh, No, I stepped off the kerb to sniff an Irish Setter's bottom and a car hit me!"</w:t>
      </w:r>
    </w:p>
    <w:p>
      <w:r>
        <w:rPr>
          <w:b w:val="0"/>
          <w:i w:val="0"/>
        </w:rPr>
        <w:t>I thought the guy behind her in the queue was going to have a heart attack, he was laughing so hard.</w:t>
      </w:r>
    </w:p>
    <w:p>
      <w:r>
        <w:rPr>
          <w:b w:val="0"/>
          <w:i w:val="0"/>
        </w:rPr>
        <w:t>I'm now banned from that supermarket!</w:t>
      </w:r>
    </w:p>
    <w:p>
      <w:r>
        <w:rPr>
          <w:b w:val="0"/>
          <w:i w:val="0"/>
        </w:rPr>
        <w:t>The moral of this story - Better watch what you ask retired people in a supermarket queue. They have all the time in the world to think of daft things to say".</w:t>
      </w:r>
    </w:p>
    <w:p>
      <w:r>
        <w:rPr>
          <w:b w:val="0"/>
          <w:i w:val="0"/>
        </w:rPr>
        <w:t>Ann Britton</w:t>
      </w:r>
    </w:p>
    <w:p>
      <w:r>
        <w:rPr>
          <w:b w:val="0"/>
          <w:i w:val="0"/>
        </w:rPr>
        <w:t>01989720665</w:t>
      </w:r>
    </w:p>
    <w:p>
      <w:r>
        <w:rPr>
          <w:b w:val="0"/>
          <w:i w:val="0"/>
        </w:rPr>
        <w:t>Email:bowstones@btinternet.com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