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- 07/06/2013"</w:t>
      </w:r>
      <w:r>
        <w:br/>
      </w:r>
      <w:r>
        <w:rPr>
          <w:b w:val="0"/>
          <w:i w:val="0"/>
        </w:rPr>
        <w:br/>
        <w:t>date_original: "07/06/2013"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"2026-09-13T22:43:48"</w:t>
      </w:r>
      <w:r>
        <w:br/>
      </w:r>
      <w:r>
        <w:rPr>
          <w:b w:val="0"/>
          <w:i w:val="0"/>
        </w:rPr>
        <w:br/>
        <w:t>word_count: 1350</w:t>
      </w:r>
    </w:p>
    <w:p>
      <w:r>
        <w:t>――――――――――――――――――――――――――――――</w:t>
      </w:r>
    </w:p>
    <w:p>
      <w:r>
        <w:rPr>
          <w:b w:val="0"/>
          <w:i w:val="0"/>
        </w:rPr>
        <w:t>NEWS MEMBERS' AREA SHOP SUBSCRIBE UPCOMING SHOWS MORE</w:t>
      </w:r>
    </w:p>
    <w:p>
      <w:r>
        <w:rPr>
          <w:b w:val="0"/>
          <w:i w:val="0"/>
        </w:rPr>
        <w:t>RETRIEVER LABRADOR</w:t>
      </w:r>
    </w:p>
    <w:p>
      <w:r>
        <w:rPr>
          <w:b w:val="0"/>
          <w:i w:val="0"/>
        </w:rPr>
        <w:t>Issue: 07/06/2013</w:t>
      </w:r>
    </w:p>
    <w:p>
      <w:r>
        <w:rPr>
          <w:b w:val="0"/>
          <w:i w:val="0"/>
        </w:rPr>
        <w:t>Bath showground has to be the very best looking and best maintained on the circuit. Owned, I believe by the show society, who can presumably decide what goes on the ground in the months and weeks before the show, it was manicured to perfection and it was a pleasure to be there. Gundogs were on Saturday 25th May; a dry and sunny day.</w:t>
      </w:r>
    </w:p>
    <w:p>
      <w:r>
        <w:rPr>
          <w:b w:val="0"/>
          <w:i w:val="0"/>
        </w:rPr>
        <w:t>Our judges were Lucy Kent (Dogs) and  Richard Morris (Bitches) with an entry of 166 dogs and bitches.</w:t>
      </w:r>
    </w:p>
    <w:p>
      <w:r>
        <w:rPr>
          <w:b w:val="0"/>
          <w:i w:val="0"/>
        </w:rPr>
        <w:t>The Dog CC his first, was won by Sheelin Cuthberts 4 year old, black, Ballyduff Marius (Sh Ch Naiken Way Out West x Bradleyparva Dryad of Ballyduff), whilst the Dog RCC went to</w:t>
      </w:r>
    </w:p>
    <w:p>
      <w:r>
        <w:rPr>
          <w:b w:val="0"/>
          <w:i w:val="0"/>
        </w:rPr>
        <w:t>Marilyn Priors 4 year old, yellow Priorise Spending Time (Sandylands Pressed for Time x Priorise Attraction).</w:t>
      </w:r>
    </w:p>
    <w:p>
      <w:r>
        <w:rPr>
          <w:b w:val="0"/>
          <w:i w:val="0"/>
        </w:rPr>
        <w:t>The Bitch CC and Best of Breed was an exciting first for owner Rachael Williams with her 2 year old yellow, Millerdan Vision of Love JW ShCM (Hempsbeck Willies Choice x Lembas Name of the Game at Millerdan). The Bitch RCC went to Miss Lewis's 5 year old, black, Sh Ch Suttonpark Simone at Crammondkirk (Sh Ch Suttonpark Manifest x Carpenny Worth it for Crammondkirk) Best Puppy was Penny Carpanini's dog, Carpenny Primo (Priorise Spending Time x Carpenny Maid for Me).</w:t>
      </w:r>
    </w:p>
    <w:p>
      <w:r>
        <w:rPr>
          <w:b w:val="0"/>
          <w:i w:val="0"/>
        </w:rPr>
        <w:t>Southern Counties championship show was held six days later, on the following Friday, 31st May. The weather was perfect. Had spring come at last?</w:t>
      </w:r>
    </w:p>
    <w:p>
      <w:r>
        <w:rPr>
          <w:b w:val="0"/>
          <w:i w:val="0"/>
        </w:rPr>
        <w:t>Whilst going to the Newbury showground in the morning was easy with little traffic on the roads, coming home via the M4 and dual carriageway to Gloucester was a long protracted queue of Londoners getting away to presumably enjoy the last weekend of half term in Wales. What is normally a relatively quick journey turned into a three hour, nose to tail, crawling queue.</w:t>
      </w:r>
    </w:p>
    <w:p>
      <w:r>
        <w:rPr>
          <w:b w:val="0"/>
          <w:i w:val="0"/>
        </w:rPr>
        <w:t>Our Judge from Finland was Hans Lehtinen with an entry of 168 dogs and bitches..</w:t>
      </w:r>
    </w:p>
    <w:p>
      <w:r>
        <w:rPr>
          <w:b w:val="0"/>
          <w:i w:val="0"/>
        </w:rPr>
        <w:t>Well respected world wide, I believe he has judged for well over fifty years. I can recall him as a popular judge at the National and Birmingham City when I first joined those committees as Show Architect in the 1980s, when the two shows were held in Perry Park, Birmingham.</w:t>
      </w:r>
    </w:p>
    <w:p>
      <w:r>
        <w:rPr>
          <w:b w:val="0"/>
          <w:i w:val="0"/>
        </w:rPr>
        <w:t>Marilyn Priors yellow dog Priorise Spending Time, moved up one gear from his RCC win at Bath, into poll position and won his first Dog CC, ably handled on the move by Anthony Allen.</w:t>
      </w:r>
    </w:p>
    <w:p>
      <w:r>
        <w:rPr>
          <w:b w:val="0"/>
          <w:i w:val="0"/>
        </w:rPr>
        <w:t>Franco Barberi from Italy continued his winning streak on English soil. His 4 year old Crufts winner, It Ch Loch Mor Romeo won the Dog RCC and to make a perfect day, Franco then won the Bitch CC and later Gundog Group 1 under Frank Whyte, with Romeo's yellow litter sister, Loch Mor Guilietta (Int Ch Charm Blueveil Mr Darcy x Sh Ch/ It Ch Loch Mor Sugar).</w:t>
      </w:r>
    </w:p>
    <w:p>
      <w:r>
        <w:rPr>
          <w:b w:val="0"/>
          <w:i w:val="0"/>
        </w:rPr>
        <w:t>The Bitch RCC was won by Mark Rawlinsons yellow , 4 years old, Shanorrell Splendour at Halshimoor (Rocheby Old Smokey x Halshimoor Dizzy Heights at Shanorrell).</w:t>
      </w:r>
    </w:p>
    <w:p>
      <w:r>
        <w:rPr>
          <w:b w:val="0"/>
          <w:i w:val="0"/>
        </w:rPr>
        <w:t>Sussie Wiles yellow dog puppy won Best Puppy and was later third in the Gundog Puppy Group.Well done to you all.</w:t>
      </w:r>
    </w:p>
    <w:p>
      <w:r>
        <w:rPr>
          <w:b w:val="0"/>
          <w:i w:val="0"/>
        </w:rPr>
        <w:t>Two Labrador specialist judges from England and Wales, James Hindley and Richard Stafford have been away judging in Sweden recently and James kindly sent in this most interesting report.</w:t>
      </w:r>
    </w:p>
    <w:p>
      <w:r>
        <w:rPr>
          <w:b w:val="0"/>
          <w:i w:val="0"/>
        </w:rPr>
        <w:t>"The Eastern branch of The Swedish Labrador Retriever Club hosted a Championship Show on the 19th May 2013 at Ulriksdal Palace.</w:t>
      </w:r>
    </w:p>
    <w:p>
      <w:r>
        <w:rPr>
          <w:b w:val="0"/>
          <w:i w:val="0"/>
        </w:rPr>
        <w:t>The venue is close to Stockholm and is open to the public by request of the Swedish Royal Family. There is extensive woodland and parkland on the periphery and large central pleasure grounds in a formal setting of lawns with pleached tree avenues. It is a handsome and suitable setting for a gundog breed show.</w:t>
      </w:r>
    </w:p>
    <w:p>
      <w:r>
        <w:rPr>
          <w:b w:val="0"/>
          <w:i w:val="0"/>
        </w:rPr>
        <w:t>Our hosts were ably represented by their Treasurer and Hakan Dahlin, their photographer. Hakan kindly met my co judge and myself from our respective flights and transported us throughout the weekend.</w:t>
      </w:r>
    </w:p>
    <w:p>
      <w:r>
        <w:rPr>
          <w:b w:val="0"/>
          <w:i w:val="0"/>
        </w:rPr>
        <w:t>On the Saturday, the Swedish Spaniel and Retriever Club was being held at the Palace, so Hakan took me to watch Best in Show, where we met up with Richard. Judging there was UK's Patsy Hollings and Jacqui Ward, who had made a jolly good job, ending with a beautiful Flat Coated Retriever as Best in Show.</w:t>
      </w:r>
    </w:p>
    <w:p>
      <w:r>
        <w:rPr>
          <w:b w:val="0"/>
          <w:i w:val="0"/>
        </w:rPr>
        <w:t>After resting at our hotel, Hakan took us along with Club Officials Katarina Ramberg and Ulrika Bornesjo to a fabulous restaurant where we were given a warm Swedish welcoming feast and were toasted with some Royal Champagne!</w:t>
      </w:r>
    </w:p>
    <w:p>
      <w:r>
        <w:rPr>
          <w:b w:val="0"/>
          <w:i w:val="0"/>
        </w:rPr>
        <w:t>We had already been advised that we had entries of around 70 each (maximum for one judge in Sweden is 80), and after the wonderful meal we were briefed on the rules and regulations we would be governed by when judging the next day.</w:t>
      </w:r>
    </w:p>
    <w:p>
      <w:r>
        <w:rPr>
          <w:b w:val="0"/>
          <w:i w:val="0"/>
        </w:rPr>
        <w:t>Sunday, the day of the Swedish Labrador Club Show, dawned and I had the task of judging all of the puppies of both sexes and then the males.</w:t>
      </w:r>
    </w:p>
    <w:p>
      <w:r>
        <w:rPr>
          <w:b w:val="0"/>
          <w:i w:val="0"/>
        </w:rPr>
        <w:t>I had two excellent ring secretaries, Pernilla Renholm and Ulrika Henriksson, to organise the ring and to whom I dictated reports to for each entrant.</w:t>
      </w:r>
    </w:p>
    <w:p>
      <w:r>
        <w:rPr>
          <w:b w:val="0"/>
          <w:i w:val="0"/>
        </w:rPr>
        <w:t>Prior to the show I had  been asked if I would be willing to have a 'passive' student judge with me, so I welcomed Lena Rollmar into the show ring and the experience proved to be mutually valuable .</w:t>
      </w:r>
    </w:p>
    <w:p>
      <w:r>
        <w:rPr>
          <w:b w:val="0"/>
          <w:i w:val="0"/>
        </w:rPr>
        <w:t>A passive judge is not allowed to ask questions of the main judge, but one is able to share thought processes on breed type, characteristics and movement throughout the day, so it actually helps to concentrate the mind on the task in hand.</w:t>
      </w:r>
    </w:p>
    <w:p>
      <w:r>
        <w:rPr>
          <w:b w:val="0"/>
          <w:i w:val="0"/>
        </w:rPr>
        <w:t>Puppy classes ranged from 4 months of age and there were two classes for each sex. My eventual Best Puppy in Show was Wiberg-Johansson's Annuals Play With Me. Rising 6 months, this typical Yellow youngster was sound, in good coat and full of type. He covered the ground very well for his age.</w:t>
      </w:r>
    </w:p>
    <w:p>
      <w:r>
        <w:rPr>
          <w:b w:val="0"/>
          <w:i w:val="0"/>
        </w:rPr>
        <w:t>Best Dog was the winner of the Champion Class, Swedish Champion Ingmos Windsor, a black of a good stamp with all of the breed requirements. He was correct for size and carried a good coat and tail. Masculine of outlook and an excellent mover. Reserve Best Dog was from the Intermediate Class, Mambrinos Ulrik, another typy black with plenty of scope and style; again, a good mover.</w:t>
      </w:r>
    </w:p>
    <w:p>
      <w:r>
        <w:rPr>
          <w:b w:val="0"/>
          <w:i w:val="0"/>
        </w:rPr>
        <w:t>Richard Stafford awarded Best Bitch and ultimately Best in Show to the Chocolate, Superiosity Estanzia, who had won the Open Class. His Reserve Best Bitch was awarded to the black winner of the Champion Class, Swedish Champion Mambrinos Raindance.</w:t>
      </w:r>
    </w:p>
    <w:p>
      <w:r>
        <w:rPr>
          <w:b w:val="0"/>
          <w:i w:val="0"/>
        </w:rPr>
        <w:t>Richard and I were both presented with the a Swedish wooden 'Welcome'  Labrador sign and the latest copy of the Club's Pedigree Book. This is a special publication that is compiled every few years, rather like the 'Clayton' style publications. The current edition has an inclusion of an excellent feature on Labrador head studies through recent times, written by Anne Taylor (Fabracken, UK).</w:t>
      </w:r>
    </w:p>
    <w:p>
      <w:r>
        <w:rPr>
          <w:b w:val="0"/>
          <w:i w:val="0"/>
        </w:rPr>
        <w:t>Shortly after completion of the show, Hakan transported us for the last time by to the airport. He even managed to squeeze in the Ladies Section of the Yorkshire Weimaraner Consortium, thus we were all able to enjoy our onward journeys at the end of a short but supremely memorable weekend.</w:t>
      </w:r>
    </w:p>
    <w:p>
      <w:r>
        <w:rPr>
          <w:b w:val="0"/>
          <w:i w:val="0"/>
        </w:rPr>
        <w:t>With air flights being reasonably priced to Arlanda (Stockholm) from many UK airports, it is worth considering the show for a spring break. There are many options for accommodation close to the venue. The depth of quality of the Labradors was excellent and the atmosphere at the Ulriksdal Palace wonderful. James P Hindley"</w:t>
      </w:r>
    </w:p>
    <w:p>
      <w:r>
        <w:rPr>
          <w:b w:val="0"/>
          <w:i w:val="0"/>
        </w:rPr>
        <w:t>Ann Britton</w:t>
      </w:r>
    </w:p>
    <w:p>
      <w:r>
        <w:rPr>
          <w:b w:val="0"/>
          <w:i w:val="0"/>
        </w:rPr>
        <w:t>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