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- 21/10/2011"</w:t>
      </w:r>
      <w:r>
        <w:br/>
      </w:r>
      <w:r>
        <w:rPr>
          <w:b w:val="0"/>
          <w:i w:val="0"/>
        </w:rPr>
        <w:br/>
        <w:t>date_original: "21/10/2011"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"2026-09-13T22:47:40"</w:t>
      </w:r>
      <w:r>
        <w:br/>
      </w:r>
      <w:r>
        <w:rPr>
          <w:b w:val="0"/>
          <w:i w:val="0"/>
        </w:rPr>
        <w:br/>
        <w:t>word_count: 863</w:t>
      </w:r>
    </w:p>
    <w:p>
      <w:r>
        <w:t>――――――――――――――――――――――――――――――</w:t>
      </w:r>
    </w:p>
    <w:p>
      <w:r>
        <w:rPr>
          <w:b w:val="0"/>
          <w:i w:val="0"/>
        </w:rPr>
        <w:t>NEWS MEMBERS' AREA SHOP SUBSCRIBE UPCOMING SHOWS MORE</w:t>
      </w:r>
    </w:p>
    <w:p>
      <w:r>
        <w:rPr>
          <w:b w:val="0"/>
          <w:i w:val="0"/>
        </w:rPr>
        <w:t>RETRIEVER LABRADOR</w:t>
      </w:r>
    </w:p>
    <w:p>
      <w:r>
        <w:rPr>
          <w:b w:val="0"/>
          <w:i w:val="0"/>
        </w:rPr>
        <w:t>Issue: 21/10/2011</w:t>
      </w:r>
    </w:p>
    <w:p>
      <w:r>
        <w:rPr>
          <w:b w:val="0"/>
          <w:i w:val="0"/>
        </w:rPr>
        <w:t>Nice to know that the winner of the 2011 Westminster Dog of the Year event in which MPs parade their prized pets of all breeds at the House of Commons, was Wilberforce, the Labrador, owned by Tory MP for Tiverton and Honiton, Neil Parish.</w:t>
      </w:r>
    </w:p>
    <w:p>
      <w:r>
        <w:rPr>
          <w:b w:val="0"/>
          <w:i w:val="0"/>
        </w:rPr>
        <w:t>Should anyone receive an email purporting to come from Nancy Farquharson, Hon Secretary of the Labrador Club of Scotland regarding a mishap in Spain, on no account respond to it, as it does not come from Nancy at all. It appears to be a malicious fishing email, which has been hooked up to Nancy's email address. I gather the matter is being attended to.</w:t>
      </w:r>
    </w:p>
    <w:p>
      <w:r>
        <w:rPr>
          <w:b w:val="0"/>
          <w:i w:val="0"/>
        </w:rPr>
        <w:t>I was extremely saddened to hear from Tom Grant that Caroline Craig (nee Whitlock) has passed away. Still in her fifties, she was no age at all, but had recently been fighting cancer. The daughter of Nan Whitlock, who bred and exhibited the Mabra Labradors in the 1970s, Caroline was a most popular Labrador judge at championship level. Kindness itself, she was Pedigree Petfood Breeder Advisor and therefore known to many throughout the dog world for her cheery, friendly and helpful manner. In the show ring she exhibited her beloved Min Schnauzers. This is such very sad news; our condolences go to Caroline's husband, Malcolm, and her family.</w:t>
      </w:r>
    </w:p>
    <w:p>
      <w:r>
        <w:rPr>
          <w:b w:val="0"/>
          <w:i w:val="0"/>
        </w:rPr>
        <w:t>Gundog Society of Wales held their championship show midweek at Malvern , probably the last outdoor show of the year. The weather was dry and although rain threatened, it held off completely throughout the day. Richard Stafford is the society Secretary and we should thank him and his team for arranging that our benching was sited very near our spacious grass ring; it does pay to have a Labrador exhibitor overseeing events!</w:t>
      </w:r>
    </w:p>
    <w:p>
      <w:r>
        <w:rPr>
          <w:b w:val="0"/>
          <w:i w:val="0"/>
        </w:rPr>
        <w:t>At lunchtime there was a celebratory drink and cake for all, provided by Anne Lavelle and Gary and Jean Johnson, each celebrating the crowning of their third champions; Anne had recently made up her yellow, Sh Ch Crosscroyde Lady Katinka and Jean and Gary had made up their yellow, Sh Ch Cremino Christmas Rose. There was an enormous, decorated cake which was absolutely delicious, and beautifully adorned with two marzipan yellow Labradors standing against a (tasty) green icing background which representing a grass show-ring.</w:t>
      </w:r>
    </w:p>
    <w:p>
      <w:r>
        <w:rPr>
          <w:b w:val="0"/>
          <w:i w:val="0"/>
        </w:rPr>
        <w:t>Our judge on the day was Trish Parrott. The Dog CC and Best of Breed was the chocolate belonging to the Hodge family Sh Ch Naiken Way Out West JW fresh from his Group 2 win five days previously. The Dog RCC went to the yellow shown by Anthony Allen Am Ch, Can Ch, Sh Ch Salty Dog of Tampa Bay. The Bitch CC was won by the Porter's black, Sh Ch Lindall Dreamy with the Bitch RCC going to the Hodges black Sh Ch Naiken Xclusive Dream JW. Best Puppy was the black dog belonging to the Hodges, Naiken Zephyr.</w:t>
      </w:r>
    </w:p>
    <w:p>
      <w:r>
        <w:rPr>
          <w:b w:val="0"/>
          <w:i w:val="0"/>
        </w:rPr>
        <w:t>Jen and Ron Casey (Ballacrink Labradors, Isle of Man) have written with the sad news that their friend Rowena Castrey of Little Neston, Cheshire, has died. Rowena visited the Isle of Man, where Jen and Ron live, on many occasions with her beloved yellow dog, Sidelock Sybarite (known as Gussie). The latter was often seen disembarking from the Isle of Man ferry carrying his cushion, which went everywhere with him.</w:t>
      </w:r>
    </w:p>
    <w:p>
      <w:r>
        <w:rPr>
          <w:b w:val="0"/>
          <w:i w:val="0"/>
        </w:rPr>
        <w:t>Jen writes: 'Rowena and Gussie stayed with Stella Crellin (Aalin Carrey) and we had many happy times together, Rowena recounting numerous stories of the folks she had met along the way. One of her early black bitches came from Doris Johnson (Reanacre) and Didi Hepworth (Poolstead).</w:t>
      </w:r>
    </w:p>
    <w:p>
      <w:r>
        <w:rPr>
          <w:b w:val="0"/>
          <w:i w:val="0"/>
        </w:rPr>
        <w:t>Rowena loved her days at championship shows, often collected by Wendy Minshull, as Rowena didn't drive. There was always a generous picnic provided that was greatly enjoyed by all.</w:t>
      </w:r>
    </w:p>
    <w:p>
      <w:r>
        <w:rPr>
          <w:b w:val="0"/>
          <w:i w:val="0"/>
        </w:rPr>
        <w:t>Sidelock Syberite (Gussie) sired several litters including those of Mrs B.E. Davis (Ontulele) who lives in Nairobi in Kenya resulting in two East African Champions.</w:t>
      </w:r>
    </w:p>
    <w:p>
      <w:r>
        <w:rPr>
          <w:b w:val="0"/>
          <w:i w:val="0"/>
        </w:rPr>
        <w:t>Rowena went out to stay with the Davis family in Kenya and was able to see some of Gussies progeny.</w:t>
      </w:r>
    </w:p>
    <w:p>
      <w:r>
        <w:rPr>
          <w:b w:val="0"/>
          <w:i w:val="0"/>
        </w:rPr>
        <w:t>(The Davis family were also hosts to the actor Robert Redford and his Co-star,  Meriel Streep, who stayed with them whilst filming "Out of Africa". )</w:t>
      </w:r>
    </w:p>
    <w:p>
      <w:r>
        <w:rPr>
          <w:b w:val="0"/>
          <w:i w:val="0"/>
        </w:rPr>
        <w:t>We know how thrilled and proud Rowena was when Gussie was awarded 3rd in Open Dog at the South Wales championship show, winning his Stud Book number and qualifying for Crufts, where, handled by his breeder, Wendy Minshull, he won 1st in the Veteran class under judge Carole Coode.</w:t>
      </w:r>
    </w:p>
    <w:p>
      <w:r>
        <w:rPr>
          <w:b w:val="0"/>
          <w:i w:val="0"/>
        </w:rPr>
        <w:t>Rowena leaves a daughter, Janet and Grand-children Jo, Emily and Ross".</w:t>
      </w:r>
    </w:p>
    <w:p>
      <w:r>
        <w:rPr>
          <w:b w:val="0"/>
          <w:i w:val="0"/>
        </w:rPr>
        <w:t>Our thoughts and condolences are with Rowena's family at this sad time.</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