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Apr 2006"</w:t>
      </w:r>
      <w:r>
        <w:br/>
      </w:r>
      <w:r>
        <w:rPr>
          <w:b w:val="0"/>
          <w:i w:val="0"/>
        </w:rPr>
        <w:br/>
        <w:t>date_original: "14 Apr 2006"</w:t>
      </w:r>
      <w:r>
        <w:br/>
      </w:r>
      <w:r>
        <w:rPr>
          <w:b w:val="0"/>
          <w:i w:val="0"/>
        </w:rPr>
        <w:br/>
        <w:t>source_url: "https://www.ourdogs.co.uk/members/breednotes/2006/RetrieverLabrador/RetrieverLabrador-apr14.htm"</w:t>
      </w:r>
      <w:r>
        <w:br/>
      </w:r>
      <w:r>
        <w:rPr>
          <w:b w:val="0"/>
          <w:i w:val="0"/>
        </w:rPr>
        <w:br/>
        <w:t>archive_type: "static_html"</w:t>
      </w:r>
      <w:r>
        <w:br/>
      </w:r>
      <w:r>
        <w:rPr>
          <w:b w:val="0"/>
          <w:i w:val="0"/>
        </w:rPr>
        <w:br/>
        <w:t>scraped_at: "2026-09-13T22:08:40"</w:t>
      </w:r>
      <w:r>
        <w:br/>
      </w:r>
      <w:r>
        <w:rPr>
          <w:b w:val="0"/>
          <w:i w:val="0"/>
        </w:rPr>
        <w:br/>
        <w:t>word_count: 1699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Good to hear from Gemma Baillie, with the news that her yellow bitch Kya, (Cambremer Ocean Breeze By Kilstron) has now won her Show Certificate of Merit. Many Congratulations.</w:t>
      </w:r>
    </w:p>
    <w:p>
      <w:r>
        <w:rPr>
          <w:b w:val="0"/>
          <w:i w:val="0"/>
        </w:rPr>
        <w:t>The Scottish Labrador Club and Kent Surrey and Sussex Labrador Clubs have over recent years held their championship shows at opposite ends of the country on consecutive days of the same weekend; about a 700 mile round trip between the two shows. Hence the entry numbers of both shows appears at a glance to be somewhat depleted, especially for club shows.</w:t>
      </w:r>
    </w:p>
    <w:p>
      <w:r>
        <w:rPr>
          <w:b w:val="0"/>
          <w:i w:val="0"/>
        </w:rPr>
        <w:t>As there is no Labrador show, or general championship show the following weekend, would it not be possible for both committees to get together and investigate moving at least one of the events to the vacant spot the following weekend and thus ensure that those who do not wish to travel their dogs over such a distance in so short a time might be able to compete at both events? A few stalwart exhibitors did travel to both events, but I feel sure that if the dates were split to one show per weekend the entry numbers would be far better.</w:t>
      </w:r>
    </w:p>
    <w:p>
      <w:r>
        <w:rPr>
          <w:b w:val="0"/>
          <w:i w:val="0"/>
        </w:rPr>
        <w:t>At the Scottish club show I gather the total entry was around 190 dogs and bitches. Many thanks to Anne Taylor who sent in the results, which were:- BCC and BIS under Isobel Keys, Leigh Lesley’s black bitch, Steeleigh Star Performer winning her second CC. Bitch RCC Jackie Hodges black, Naiken Russian Rhytham. From the dog entry Audrey Hayward awarded the DCC to Linda McGillivray’s yellow, Antonine Colombo, with the RCC going to the Ellis family’s yellow, Dolwen Thomas Charles. BP was Charway Ballymona, sorry I have no details of the owner.</w:t>
      </w:r>
      <w:r>
        <w:br/>
      </w:r>
      <w:r>
        <w:rPr>
          <w:b w:val="0"/>
          <w:i w:val="0"/>
        </w:rPr>
        <w:br/>
        <w:t>At KSSLRC the judges were Mrs C Wilkins, (Dogs) and Mark Rawlinson (Bitches) awarding CCs for the first time. The total entry was 232 dogs and bitches. The bitch CC and Best in Show went to the Brown family’s black, Sh Ch Ramsayville Roisin, the bitch RCC to Mr and Mrs Anthony and Erica Jayes yellow, Sh Ch Sandylands Wait A While. The Dog CC went to Fiona Braddon’s 10month old puppy, Trendlewood You Wear it Well, and the Dog RCC to Linda Harvey-Majors, Canal, Langel and Trivann, 4 year old imported chocolate dog, at his first UK show, Chablais Show Me The Way Web. Best Puppy in Show was Fiona Braddons Dog CC winner.</w:t>
      </w:r>
    </w:p>
    <w:p>
      <w:r>
        <w:rPr>
          <w:b w:val="0"/>
          <w:i w:val="0"/>
        </w:rPr>
        <w:t>Labrador exhibitor and star dieter of 2005/6, Donna Goodall (Beaverbrook), (who has shed an amazing eight and a half stone in weight and turned into a slender sylph, which, coupled with complete new makeover totally confuses her friends), writes:-</w:t>
      </w:r>
    </w:p>
    <w:p>
      <w:r>
        <w:rPr>
          <w:b w:val="0"/>
          <w:i w:val="0"/>
        </w:rPr>
        <w:t>Now, don’t all laugh at once! As you are all by now aware – and probably bored to tears with – I have spent the last 12 months trying to become half of my former self. As part of this ongoing fitness campaign, on Sunday 11th June I shall be taking part in the MacMillan Cancer Relief Race for Life event, which is a 5km run – or in my case walk as fast as you can! – to raise money for this most worthy of causes. It is now 21 years since the MacMillan care nurses were part of a team that helped care for my mother, and so it is especially important to me. So, please, can I impose on your generosity once again in the form of sponsorship.</w:t>
      </w:r>
    </w:p>
    <w:p>
      <w:r>
        <w:rPr>
          <w:b w:val="0"/>
          <w:i w:val="0"/>
        </w:rPr>
        <w:t>If anyone would like to sponsor me please get in touch on 01905 767335. I would be very grateful indeed, and the amount can be as small as you like – every pound counts. And of course, if you all fancy a good laugh at my expense, you can come along to Worcester Racecourse on the day and offer moral support! Oh dear, what ever have I done!”</w:t>
      </w:r>
    </w:p>
    <w:p>
      <w:r>
        <w:rPr>
          <w:b w:val="0"/>
          <w:i w:val="0"/>
        </w:rPr>
        <w:t>Lisa Finney will also be running with Donna, so do put your hands in your pockets and support them both as generously as possible.</w:t>
      </w:r>
    </w:p>
    <w:p>
      <w:r>
        <w:rPr>
          <w:b w:val="0"/>
          <w:i w:val="0"/>
        </w:rPr>
        <w:t>Donna, who writes the Midlands Regional news in Our Dogs, also mentions that she has now set up a Companion Dog Show web page, on which she aims to keep everyone up to date with any CDS in the West Midlands/Three Counties area. Do have a look at http://www.dgss.demon.co.uk/beaverbrook/CDS/COMPANION_DOG_SHOW_HOME_PAGE. htm</w:t>
      </w:r>
      <w:r>
        <w:br/>
      </w:r>
      <w:r>
        <w:rPr>
          <w:b w:val="0"/>
          <w:i w:val="0"/>
        </w:rPr>
        <w:br/>
        <w:t>On the CDS front don’t forget the CDS show in aid of Glenys Fryer’s NW Region Labrador Rescue at Worcester Countryside Centre on Sunday April 23rd. At £1 per entry, I gather CD shows are a great place to introduce puppies to the show ring. Parking is ringside and there are purpose built toilet facilities on site at the venue.</w:t>
      </w:r>
    </w:p>
    <w:p>
      <w:r>
        <w:rPr>
          <w:b w:val="0"/>
          <w:i w:val="0"/>
        </w:rPr>
        <w:t>Entries will be taken from 11am with judging commencing at 12noon. For further details contact Donna Goodall tel 01905 767 335</w:t>
      </w:r>
    </w:p>
    <w:p>
      <w:r>
        <w:rPr>
          <w:b w:val="0"/>
          <w:i w:val="0"/>
        </w:rPr>
        <w:t>Margaret Wood (Coleg) writes, “ to our surprise and delight this morning we received a certificate from the Irish Kennel Club saying Kes is Joint Annual Labrador Champion for the year 2005. He is now entitled to be called IR Sh Ch Dolafon Kestrel of Coleg (Joint An Ch 2005)” Well done.</w:t>
      </w:r>
    </w:p>
    <w:p>
      <w:r>
        <w:rPr>
          <w:b w:val="0"/>
          <w:i w:val="0"/>
        </w:rPr>
        <w:t>Ann Britton 01989 720665</w:t>
      </w:r>
      <w:r>
        <w:br/>
      </w:r>
      <w:r>
        <w:rPr>
          <w:b w:val="0"/>
          <w:i w:val="0"/>
        </w:rPr>
        <w:br/>
        <w:t>email bowstones@btinternet.com</w:t>
      </w:r>
    </w:p>
    <w:p>
      <w:r>
        <w:rPr>
          <w:b w:val="0"/>
          <w:i w:val="0"/>
        </w:rPr>
        <w:t>This years Labrador Club of Scotland Show held at The Magnum Leisure Centre, Irvine on Saturday, 1st April, saw the formal departure of Agnes May Pollock, retiring Hon.</w:t>
      </w:r>
      <w:r>
        <w:br/>
      </w:r>
      <w:r>
        <w:rPr>
          <w:b w:val="0"/>
          <w:i w:val="0"/>
        </w:rPr>
        <w:br/>
        <w:t>Secretary/Treasurer. At the end of the show Hon. President Jack Kerr, presented her with flowers and thanked her for her good work. Unfortunately some of us could not make out a word as he did not use the microphone. New Hon. Secretary Nancy Farquharson was on duty and the job of Secretary/Treasurer has now been split with Mrs C. Steel the new Treasurer.</w:t>
      </w:r>
    </w:p>
    <w:p>
      <w:r>
        <w:rPr>
          <w:b w:val="0"/>
          <w:i w:val="0"/>
        </w:rPr>
        <w:t>The show will be remembered as a very quiet affair with an entry of 183 dogs between Audrey Hayward (Donacre) judging the dogs and Isobel Key (Keydella) judging the bitches and in the big sports hall the atmosphere was ghostly. With entries showing a pattern of decline perhaps the show could revert back to one judge doing both sexes.</w:t>
      </w:r>
    </w:p>
    <w:p>
      <w:r>
        <w:rPr>
          <w:b w:val="0"/>
          <w:i w:val="0"/>
        </w:rPr>
        <w:t>It is certainly more satisfactory from a judge’s point of view, but of course this is for the committee to decide. Blacks had a field day in bitches with the CC and eventually BOB going to Leigh Lesley’s Steeleigh Star Performer JW, winner of Limit. This is her second CC. Reserve CC was won by Jackie Hodge’s Naiken Russian Rhythm. Audrey awarded Linda McGillivray’s yellow, Antonine Columbo JW winner of Post Graduate the CC and her RCC was Arwyn Ellis’ Dolwen Thomas Charles.</w:t>
      </w:r>
    </w:p>
    <w:p>
      <w:r>
        <w:rPr>
          <w:b w:val="0"/>
          <w:i w:val="0"/>
        </w:rPr>
        <w:t>RBIS went to Naiken Russian Rhythm, and on the decision of Margaret Marshall, the referee, Best Puppy was awarded to the black winner of MPB, the Dantinne’s Charway Ballymona, the last puppy bred by the late Janice Charlton. Judging of Best Puppy in Show caused some confusion among many spectators as 4 puppies were in the line up.</w:t>
      </w:r>
    </w:p>
    <w:p>
      <w:r>
        <w:rPr>
          <w:b w:val="0"/>
          <w:i w:val="0"/>
        </w:rPr>
        <w:t>One of these dog puppies had been beaten in Maiden by the other puppy. It seems the award goes to the winner of one of the 4 specific puppy classes, and each judge did not decide between their two from the MP and BP, meaning 4 came forward. It seems possible for a judge who had judged the other sex to prefer the winner of a puppy class who had been beaten by one from the same sex in a different puppy class. I have been assured this contest will be looked at in committee over the coming year!</w:t>
      </w:r>
    </w:p>
    <w:p>
      <w:r>
        <w:rPr>
          <w:b w:val="0"/>
          <w:i w:val="0"/>
        </w:rPr>
        <w:t>Earlier there had been a mix up in the bitches with a bitch winning a class it had not been entered for and coming in for the CC where I was told it was finally spotted. In mitigation the club had a new Show Manager, Mr W. Spacey and not the usual stewards in the bitch ring. Sadly not one of the best Labrador Club of Scotland’s shows I have attended since 1965, and the first I have not written about with fulsome praise.</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