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w:t>
      </w:r>
    </w:p>
    <w:p>
      <w:r>
        <w:rPr>
          <w:b w:val="0"/>
          <w:i w:val="0"/>
        </w:rPr>
        <w:t>title: "Labrador Breed Notes - 29 Sep 2006"</w:t>
      </w:r>
      <w:r>
        <w:br/>
      </w:r>
      <w:r>
        <w:rPr>
          <w:b w:val="0"/>
          <w:i w:val="0"/>
        </w:rPr>
        <w:br/>
        <w:t>date_original: "29 Sep 2006"</w:t>
      </w:r>
      <w:r>
        <w:br/>
      </w:r>
      <w:r>
        <w:rPr>
          <w:b w:val="0"/>
          <w:i w:val="0"/>
        </w:rPr>
        <w:br/>
        <w:t>source_url: "https://www.ourdogs.co.uk/members/breednotes/2006/RetrieverLabrador/RetrieverLabrador-sep29.htm"</w:t>
      </w:r>
      <w:r>
        <w:br/>
      </w:r>
      <w:r>
        <w:rPr>
          <w:b w:val="0"/>
          <w:i w:val="0"/>
        </w:rPr>
        <w:br/>
        <w:t>archive_type: "static_html"</w:t>
      </w:r>
      <w:r>
        <w:br/>
      </w:r>
      <w:r>
        <w:rPr>
          <w:b w:val="0"/>
          <w:i w:val="0"/>
        </w:rPr>
        <w:br/>
        <w:t>scraped_at: "2026-09-13T22:11:05"</w:t>
      </w:r>
      <w:r>
        <w:br/>
      </w:r>
      <w:r>
        <w:rPr>
          <w:b w:val="0"/>
          <w:i w:val="0"/>
        </w:rPr>
        <w:br/>
        <w:t>word_count: 1111</w:t>
      </w:r>
    </w:p>
    <w:p>
      <w:r>
        <w:t>――――――――――――――――――――――――――――――</w:t>
      </w:r>
    </w:p>
    <w:p>
      <w:r>
        <w:rPr>
          <w:b w:val="0"/>
          <w:i w:val="0"/>
        </w:rPr>
        <w:t>Welcome !</w:t>
      </w:r>
    </w:p>
    <w:p>
      <w:r>
        <w:rPr>
          <w:b w:val="0"/>
          <w:i w:val="0"/>
        </w:rPr>
        <w:t>Hello and welcome to the Our Dogs home page.</w:t>
      </w:r>
    </w:p>
    <w:p>
      <w:r>
        <w:rPr>
          <w:b w:val="0"/>
          <w:i w:val="0"/>
        </w:rPr>
        <w:t>Click here</w:t>
      </w:r>
      <w:r>
        <w:br/>
      </w:r>
      <w:r>
        <w:rPr>
          <w:b w:val="0"/>
          <w:i w:val="0"/>
        </w:rPr>
        <w:br/>
        <w:t>to view our welcome page.</w:t>
      </w:r>
    </w:p>
    <w:p>
      <w:r>
        <w:rPr>
          <w:b w:val="0"/>
          <w:i w:val="0"/>
        </w:rPr>
        <w:t>Mobile Site</w:t>
      </w:r>
    </w:p>
    <w:p>
      <w:r>
        <w:rPr>
          <w:b w:val="0"/>
          <w:i w:val="0"/>
        </w:rPr>
        <w:t>Click here</w:t>
      </w:r>
      <w:r>
        <w:br/>
      </w:r>
      <w:r>
        <w:rPr>
          <w:b w:val="0"/>
          <w:i w:val="0"/>
        </w:rPr>
        <w:br/>
        <w:t>to view our mobile site</w:t>
      </w:r>
    </w:p>
    <w:p>
      <w:r>
        <w:rPr>
          <w:b w:val="0"/>
          <w:i w:val="0"/>
        </w:rPr>
        <w:t>Members' Area</w:t>
      </w:r>
      <w:r>
        <w:br/>
      </w:r>
      <w:r>
        <w:rPr>
          <w:b w:val="0"/>
          <w:i w:val="0"/>
        </w:rPr>
        <w:br/>
        <w:t>The Our Dogs Members' Area</w:t>
      </w:r>
    </w:p>
    <w:p>
      <w:r>
        <w:rPr>
          <w:b w:val="0"/>
          <w:i w:val="0"/>
        </w:rPr>
        <w:t>Subscribe to OUR DOGS</w:t>
      </w:r>
    </w:p>
    <w:p>
      <w:r>
        <w:rPr>
          <w:b w:val="0"/>
          <w:i w:val="0"/>
        </w:rPr>
        <w:t>SUBSCRIBE by Direct Debit - Get the weekly issue DELIVERED to your door, the BIGGEST and BEST Our Dogs Annual and FREE access to the Our Dogs Members' Area.</w:t>
      </w:r>
    </w:p>
    <w:p>
      <w:r>
        <w:rPr>
          <w:b w:val="0"/>
          <w:i w:val="0"/>
        </w:rPr>
        <w:t>Read more...</w:t>
      </w:r>
    </w:p>
    <w:p>
      <w:r>
        <w:rPr>
          <w:b w:val="0"/>
          <w:i w:val="0"/>
        </w:rPr>
        <w:t>Online only subscription. Ideal for our readers from overseas.</w:t>
      </w:r>
      <w:r>
        <w:br/>
      </w:r>
      <w:r>
        <w:rPr>
          <w:b w:val="0"/>
          <w:i w:val="0"/>
        </w:rPr>
        <w:br/>
        <w:t>Click here.</w:t>
      </w:r>
      <w:r>
        <w:br/>
      </w:r>
      <w:r>
        <w:rPr>
          <w:b w:val="0"/>
          <w:i w:val="0"/>
        </w:rPr>
        <w:br/>
        <w:t>Choose your subscription option -</w:t>
      </w:r>
      <w:r>
        <w:br/>
      </w:r>
      <w:r>
        <w:rPr>
          <w:b w:val="0"/>
          <w:i w:val="0"/>
        </w:rPr>
        <w:br/>
        <w:t>Click Here</w:t>
      </w:r>
    </w:p>
    <w:p>
      <w:r>
        <w:rPr>
          <w:b w:val="0"/>
          <w:i w:val="0"/>
        </w:rPr>
        <w:t>Our Dogs Online has archives of</w:t>
      </w:r>
      <w:r>
        <w:br/>
      </w:r>
      <w:r>
        <w:rPr>
          <w:b w:val="0"/>
          <w:i w:val="0"/>
        </w:rPr>
        <w:br/>
        <w:t>CHAMP SHOW REPORTS</w:t>
      </w:r>
      <w:r>
        <w:br/>
      </w:r>
      <w:r>
        <w:rPr>
          <w:b w:val="0"/>
          <w:i w:val="0"/>
        </w:rPr>
        <w:br/>
        <w:t>OPEN SHOW REPORTS</w:t>
      </w:r>
      <w:r>
        <w:br/>
      </w:r>
      <w:r>
        <w:rPr>
          <w:b w:val="0"/>
          <w:i w:val="0"/>
        </w:rPr>
        <w:br/>
        <w:t>BREED NOTES</w:t>
      </w:r>
      <w:r>
        <w:br/>
      </w:r>
      <w:r>
        <w:rPr>
          <w:b w:val="0"/>
          <w:i w:val="0"/>
        </w:rPr>
        <w:br/>
        <w:t>REGULAR FEATURES</w:t>
      </w:r>
      <w:r>
        <w:br/>
      </w:r>
      <w:r>
        <w:rPr>
          <w:b w:val="0"/>
          <w:i w:val="0"/>
        </w:rPr>
        <w:br/>
        <w:t>NEWS</w:t>
      </w:r>
      <w:r>
        <w:br/>
      </w:r>
      <w:r>
        <w:rPr>
          <w:b w:val="0"/>
          <w:i w:val="0"/>
        </w:rPr>
        <w:br/>
        <w:t>going back to the beginning of the century.</w:t>
      </w:r>
      <w:r>
        <w:br/>
      </w:r>
      <w:r>
        <w:rPr>
          <w:b w:val="0"/>
          <w:i w:val="0"/>
        </w:rPr>
        <w:br/>
        <w:t>Show Reports are added daily to the website</w:t>
      </w:r>
      <w:r>
        <w:br/>
      </w:r>
      <w:r>
        <w:rPr>
          <w:b w:val="0"/>
          <w:i w:val="0"/>
        </w:rPr>
        <w:br/>
        <w:t>Page turning digital edition</w:t>
      </w:r>
      <w:r>
        <w:br/>
      </w:r>
      <w:r>
        <w:rPr>
          <w:b w:val="0"/>
          <w:i w:val="0"/>
        </w:rPr>
        <w:br/>
        <w:t>Plus much, much more!</w:t>
      </w:r>
    </w:p>
    <w:p>
      <w:r>
        <w:rPr>
          <w:b w:val="0"/>
          <w:i w:val="0"/>
        </w:rPr>
        <w:t>Buy an Issue</w:t>
      </w:r>
      <w:r>
        <w:br/>
      </w:r>
      <w:r>
        <w:rPr>
          <w:b w:val="0"/>
          <w:i w:val="0"/>
        </w:rPr>
        <w:br/>
        <w:t>Direct Debit</w:t>
      </w:r>
      <w:r>
        <w:br/>
      </w:r>
      <w:r>
        <w:rPr>
          <w:b w:val="0"/>
          <w:i w:val="0"/>
        </w:rPr>
        <w:br/>
        <w:t>Dual Subscription</w:t>
      </w:r>
      <w:r>
        <w:br/>
      </w:r>
      <w:r>
        <w:rPr>
          <w:b w:val="0"/>
          <w:i w:val="0"/>
        </w:rPr>
        <w:br/>
        <w:t>Pay Pal</w:t>
      </w:r>
      <w:r>
        <w:br/>
      </w:r>
      <w:r>
        <w:rPr>
          <w:b w:val="0"/>
          <w:i w:val="0"/>
        </w:rPr>
        <w:br/>
        <w:t>Shop</w:t>
      </w:r>
      <w:r>
        <w:br/>
      </w:r>
      <w:r>
        <w:rPr>
          <w:b w:val="0"/>
          <w:i w:val="0"/>
        </w:rPr>
        <w:br/>
        <w:t>Shop Home</w:t>
      </w:r>
      <w:r>
        <w:br/>
      </w:r>
      <w:r>
        <w:rPr>
          <w:b w:val="0"/>
          <w:i w:val="0"/>
        </w:rPr>
        <w:br/>
        <w:t>Breed Books</w:t>
      </w:r>
      <w:r>
        <w:br/>
      </w:r>
      <w:r>
        <w:rPr>
          <w:b w:val="0"/>
          <w:i w:val="0"/>
        </w:rPr>
        <w:br/>
        <w:t>General Books</w:t>
      </w:r>
      <w:r>
        <w:br/>
      </w:r>
      <w:r>
        <w:rPr>
          <w:b w:val="0"/>
          <w:i w:val="0"/>
        </w:rPr>
        <w:br/>
        <w:t>DVDs</w:t>
      </w:r>
      <w:r>
        <w:br/>
      </w:r>
      <w:r>
        <w:rPr>
          <w:b w:val="0"/>
          <w:i w:val="0"/>
        </w:rPr>
        <w:br/>
        <w:t>Annuals</w:t>
      </w:r>
      <w:r>
        <w:br/>
      </w:r>
      <w:r>
        <w:rPr>
          <w:b w:val="0"/>
          <w:i w:val="0"/>
        </w:rPr>
        <w:br/>
        <w:t>Show Calendar</w:t>
      </w:r>
      <w:r>
        <w:br/>
      </w:r>
      <w:r>
        <w:rPr>
          <w:b w:val="0"/>
          <w:i w:val="0"/>
        </w:rPr>
        <w:br/>
        <w:t>Champ Shows Index</w:t>
      </w:r>
      <w:r>
        <w:br/>
      </w:r>
      <w:r>
        <w:rPr>
          <w:b w:val="0"/>
          <w:i w:val="0"/>
        </w:rPr>
        <w:br/>
        <w:t>Show Dates</w:t>
      </w:r>
      <w:r>
        <w:br/>
      </w:r>
      <w:r>
        <w:rPr>
          <w:b w:val="0"/>
          <w:i w:val="0"/>
        </w:rPr>
        <w:br/>
        <w:t>Entries Closing</w:t>
      </w:r>
      <w:r>
        <w:br/>
      </w:r>
      <w:r>
        <w:rPr>
          <w:b w:val="0"/>
          <w:i w:val="0"/>
        </w:rPr>
        <w:br/>
        <w:t>Calendar</w:t>
      </w:r>
      <w:r>
        <w:br/>
      </w:r>
      <w:r>
        <w:rPr>
          <w:b w:val="0"/>
          <w:i w:val="0"/>
        </w:rPr>
        <w:br/>
        <w:t>International Shows</w:t>
      </w:r>
      <w:r>
        <w:br/>
      </w:r>
      <w:r>
        <w:rPr>
          <w:b w:val="0"/>
          <w:i w:val="0"/>
        </w:rPr>
        <w:br/>
        <w:t>Misc</w:t>
      </w:r>
      <w:r>
        <w:br/>
      </w:r>
      <w:r>
        <w:rPr>
          <w:b w:val="0"/>
          <w:i w:val="0"/>
        </w:rPr>
        <w:br/>
        <w:t>Facebook</w:t>
      </w:r>
      <w:r>
        <w:br/>
      </w:r>
      <w:r>
        <w:rPr>
          <w:b w:val="0"/>
          <w:i w:val="0"/>
        </w:rPr>
        <w:br/>
        <w:t>Twitter</w:t>
      </w:r>
      <w:r>
        <w:br/>
      </w:r>
      <w:r>
        <w:rPr>
          <w:b w:val="0"/>
          <w:i w:val="0"/>
        </w:rPr>
        <w:br/>
        <w:t>Contact Us</w:t>
      </w:r>
      <w:r>
        <w:br/>
      </w:r>
      <w:r>
        <w:rPr>
          <w:b w:val="0"/>
          <w:i w:val="0"/>
        </w:rPr>
        <w:br/>
        <w:t>Photgraphers</w:t>
      </w:r>
      <w:r>
        <w:br/>
      </w:r>
      <w:r>
        <w:rPr>
          <w:b w:val="0"/>
          <w:i w:val="0"/>
        </w:rPr>
        <w:br/>
        <w:t>Newsletter...</w:t>
      </w:r>
      <w:r>
        <w:br/>
      </w:r>
      <w:r>
        <w:rPr>
          <w:b w:val="0"/>
          <w:i w:val="0"/>
        </w:rPr>
        <w:br/>
        <w:t>Advertise</w:t>
      </w:r>
      <w:r>
        <w:br/>
      </w:r>
      <w:r>
        <w:rPr>
          <w:b w:val="0"/>
          <w:i w:val="0"/>
        </w:rPr>
        <w:br/>
        <w:t>Breed Features</w:t>
      </w:r>
      <w:r>
        <w:br/>
      </w:r>
      <w:r>
        <w:rPr>
          <w:b w:val="0"/>
          <w:i w:val="0"/>
        </w:rPr>
        <w:br/>
        <w:t>Trade Advertising</w:t>
      </w:r>
      <w:r>
        <w:br/>
      </w:r>
      <w:r>
        <w:rPr>
          <w:b w:val="0"/>
          <w:i w:val="0"/>
        </w:rPr>
        <w:br/>
        <w:t>Breeder Advertising</w:t>
      </w:r>
      <w:r>
        <w:br/>
      </w:r>
      <w:r>
        <w:rPr>
          <w:b w:val="0"/>
          <w:i w:val="0"/>
        </w:rPr>
        <w:br/>
        <w:t>Club Advertising</w:t>
      </w:r>
      <w:r>
        <w:br/>
      </w:r>
      <w:r>
        <w:rPr>
          <w:b w:val="0"/>
          <w:i w:val="0"/>
        </w:rPr>
        <w:br/>
        <w:t>Web Advertising</w:t>
      </w:r>
      <w:r>
        <w:br/>
      </w:r>
      <w:r>
        <w:rPr>
          <w:b w:val="0"/>
          <w:i w:val="0"/>
        </w:rPr>
        <w:br/>
        <w:t>Web Only</w:t>
      </w:r>
      <w:r>
        <w:br/>
      </w:r>
      <w:r>
        <w:rPr>
          <w:b w:val="0"/>
          <w:i w:val="0"/>
        </w:rPr>
        <w:br/>
        <w:t>Direct Debit</w:t>
      </w:r>
      <w:r>
        <w:br/>
      </w:r>
      <w:r>
        <w:rPr>
          <w:b w:val="0"/>
          <w:i w:val="0"/>
        </w:rPr>
        <w:br/>
        <w:t>Web + Paper</w:t>
      </w:r>
      <w:r>
        <w:br/>
      </w:r>
      <w:r>
        <w:rPr>
          <w:b w:val="0"/>
          <w:i w:val="0"/>
        </w:rPr>
        <w:br/>
        <w:t>Pay Pal</w:t>
      </w:r>
      <w:r>
        <w:br/>
      </w:r>
      <w:r>
        <w:rPr>
          <w:b w:val="0"/>
          <w:i w:val="0"/>
        </w:rPr>
        <w:br/>
        <w:t>Buy an issue</w:t>
      </w:r>
      <w:r>
        <w:br/>
      </w:r>
      <w:r>
        <w:rPr>
          <w:b w:val="0"/>
          <w:i w:val="0"/>
        </w:rPr>
        <w:br/>
        <w:t>Members Info</w:t>
      </w:r>
      <w:r>
        <w:br/>
      </w:r>
      <w:r>
        <w:rPr>
          <w:b w:val="0"/>
          <w:i w:val="0"/>
        </w:rPr>
        <w:br/>
        <w:t>Quick</w:t>
      </w:r>
      <w:r>
        <w:br/>
      </w:r>
      <w:r>
        <w:rPr>
          <w:b w:val="0"/>
          <w:i w:val="0"/>
        </w:rPr>
        <w:br/>
        <w:t>Members Index</w:t>
      </w:r>
      <w:r>
        <w:br/>
      </w:r>
      <w:r>
        <w:rPr>
          <w:b w:val="0"/>
          <w:i w:val="0"/>
        </w:rPr>
        <w:br/>
        <w:t>News Archive</w:t>
      </w:r>
      <w:r>
        <w:br/>
      </w:r>
      <w:r>
        <w:rPr>
          <w:b w:val="0"/>
          <w:i w:val="0"/>
        </w:rPr>
        <w:br/>
        <w:t>News</w:t>
      </w:r>
      <w:r>
        <w:br/>
      </w:r>
      <w:r>
        <w:rPr>
          <w:b w:val="0"/>
          <w:i w:val="0"/>
        </w:rPr>
        <w:br/>
        <w:t>Lost Password</w:t>
      </w:r>
      <w:r>
        <w:br/>
      </w:r>
      <w:r>
        <w:rPr>
          <w:b w:val="0"/>
          <w:i w:val="0"/>
        </w:rPr>
        <w:br/>
        <w:t>Facebook</w:t>
      </w:r>
      <w:r>
        <w:br/>
      </w:r>
      <w:r>
        <w:rPr>
          <w:b w:val="0"/>
          <w:i w:val="0"/>
        </w:rPr>
        <w:br/>
        <w:t>Twitter</w:t>
      </w:r>
      <w:r>
        <w:br/>
      </w:r>
      <w:r>
        <w:rPr>
          <w:b w:val="0"/>
          <w:i w:val="0"/>
        </w:rPr>
        <w:br/>
        <w:t>Vulnerable Breeds</w:t>
      </w:r>
      <w:r>
        <w:br/>
      </w:r>
      <w:r>
        <w:rPr>
          <w:b w:val="0"/>
          <w:i w:val="0"/>
        </w:rPr>
        <w:br/>
        <w:t>Our Dogs on the Road</w:t>
      </w:r>
      <w:r>
        <w:br/>
      </w:r>
      <w:r>
        <w:rPr>
          <w:b w:val="0"/>
          <w:i w:val="0"/>
        </w:rPr>
        <w:br/>
        <w:t>Our Dogs Ireland</w:t>
      </w:r>
      <w:r>
        <w:br/>
      </w:r>
      <w:r>
        <w:rPr>
          <w:b w:val="0"/>
          <w:i w:val="0"/>
        </w:rPr>
        <w:br/>
        <w:t>Our Dogs International</w:t>
      </w:r>
      <w:r>
        <w:br/>
      </w:r>
      <w:r>
        <w:rPr>
          <w:b w:val="0"/>
          <w:i w:val="0"/>
        </w:rPr>
        <w:br/>
        <w:t>More links</w:t>
      </w:r>
      <w:r>
        <w:br/>
      </w:r>
      <w:r>
        <w:rPr>
          <w:b w:val="0"/>
          <w:i w:val="0"/>
        </w:rPr>
        <w:br/>
        <w:t>Advertise</w:t>
      </w:r>
      <w:r>
        <w:br/>
      </w:r>
      <w:r>
        <w:rPr>
          <w:b w:val="0"/>
          <w:i w:val="0"/>
        </w:rPr>
        <w:br/>
        <w:t>Breed Note Writers</w:t>
      </w:r>
      <w:r>
        <w:br/>
      </w:r>
      <w:r>
        <w:rPr>
          <w:b w:val="0"/>
          <w:i w:val="0"/>
        </w:rPr>
        <w:br/>
        <w:t>Cookies</w:t>
      </w:r>
      <w:r>
        <w:br/>
      </w:r>
      <w:r>
        <w:rPr>
          <w:b w:val="0"/>
          <w:i w:val="0"/>
        </w:rPr>
        <w:br/>
        <w:t>Podcast</w:t>
      </w:r>
      <w:r>
        <w:br/>
      </w:r>
      <w:r>
        <w:rPr>
          <w:b w:val="0"/>
          <w:i w:val="0"/>
        </w:rPr>
        <w:br/>
        <w:t>Video</w:t>
      </w:r>
      <w:r>
        <w:br/>
      </w:r>
      <w:r>
        <w:rPr>
          <w:b w:val="0"/>
          <w:i w:val="0"/>
        </w:rPr>
        <w:br/>
        <w:t>Joking Aside</w:t>
      </w:r>
      <w:r>
        <w:br/>
      </w:r>
      <w:r>
        <w:rPr>
          <w:b w:val="0"/>
          <w:i w:val="0"/>
        </w:rPr>
        <w:br/>
        <w:t>Vulnerable Breeds - Leaders</w:t>
      </w:r>
      <w:r>
        <w:br/>
      </w:r>
      <w:r>
        <w:rPr>
          <w:b w:val="0"/>
          <w:i w:val="0"/>
        </w:rPr>
        <w:br/>
        <w:t>Web Directory</w:t>
      </w:r>
      <w:r>
        <w:br/>
      </w:r>
      <w:r>
        <w:rPr>
          <w:b w:val="0"/>
          <w:i w:val="0"/>
        </w:rPr>
        <w:br/>
        <w:t>Letters to the Editor</w:t>
      </w:r>
      <w:r>
        <w:br/>
      </w:r>
      <w:r>
        <w:rPr>
          <w:b w:val="0"/>
          <w:i w:val="0"/>
        </w:rPr>
        <w:br/>
        <w:t>Breeder Directory - Old</w:t>
      </w:r>
      <w:r>
        <w:br/>
      </w:r>
      <w:r>
        <w:rPr>
          <w:b w:val="0"/>
          <w:i w:val="0"/>
        </w:rPr>
        <w:br/>
        <w:t>Breeder Directory - New</w:t>
      </w:r>
      <w:r>
        <w:br/>
      </w:r>
      <w:r>
        <w:rPr>
          <w:b w:val="0"/>
          <w:i w:val="0"/>
        </w:rPr>
        <w:br/>
        <w:t>A-Z of Breeds</w:t>
      </w:r>
      <w:r>
        <w:br/>
      </w:r>
      <w:r>
        <w:rPr>
          <w:b w:val="0"/>
          <w:i w:val="0"/>
        </w:rPr>
        <w:br/>
        <w:t>Health</w:t>
      </w:r>
      <w:r>
        <w:br/>
      </w:r>
      <w:r>
        <w:rPr>
          <w:b w:val="0"/>
          <w:i w:val="0"/>
        </w:rPr>
        <w:br/>
        <w:t>Classified - Newspaper</w:t>
      </w:r>
      <w:r>
        <w:br/>
      </w:r>
      <w:r>
        <w:rPr>
          <w:b w:val="0"/>
          <w:i w:val="0"/>
        </w:rPr>
        <w:br/>
        <w:t>Classified - Web</w:t>
      </w:r>
      <w:r>
        <w:br/>
      </w:r>
      <w:r>
        <w:rPr>
          <w:b w:val="0"/>
          <w:i w:val="0"/>
        </w:rPr>
        <w:br/>
        <w:t>Show Photos</w:t>
      </w:r>
      <w:r>
        <w:br/>
      </w:r>
      <w:r>
        <w:rPr>
          <w:b w:val="0"/>
          <w:i w:val="0"/>
        </w:rPr>
        <w:br/>
        <w:t>Top Breeder Compeition</w:t>
      </w:r>
      <w:r>
        <w:br/>
      </w:r>
      <w:r>
        <w:rPr>
          <w:b w:val="0"/>
          <w:i w:val="0"/>
        </w:rPr>
        <w:br/>
        <w:t>Top Puppy Competition</w:t>
      </w:r>
      <w:r>
        <w:br/>
      </w:r>
      <w:r>
        <w:rPr>
          <w:b w:val="0"/>
          <w:i w:val="0"/>
        </w:rPr>
        <w:br/>
        <w:t>Sunday, September 13, 2026</w:t>
      </w:r>
    </w:p>
    <w:p>
      <w:r>
        <w:rPr>
          <w:b w:val="0"/>
          <w:i w:val="0"/>
        </w:rPr>
        <w:t>Search Breed:</w:t>
      </w:r>
      <w:r>
        <w:br/>
      </w:r>
      <w:r>
        <w:rPr>
          <w:b w:val="0"/>
          <w:i w:val="0"/>
        </w:rPr>
        <w:br/>
        <w:t>Adverts: 0161 709 4576 - Editorial: 0161 709 4571</w:t>
      </w:r>
      <w:r>
        <w:br/>
      </w:r>
      <w:r>
        <w:rPr>
          <w:b w:val="0"/>
          <w:i w:val="0"/>
        </w:rPr>
        <w:br/>
        <w:t>Mail Order: 0161 709 4578 - Subs: 0161 709 4575 - Webteam: 0161 709 4567</w:t>
      </w:r>
      <w:r>
        <w:br/>
      </w:r>
      <w:r>
        <w:rPr>
          <w:b w:val="0"/>
          <w:i w:val="0"/>
        </w:rPr>
        <w:br/>
        <w:t>RETRIEVER LABRADOR</w:t>
      </w:r>
    </w:p>
    <w:p>
      <w:r>
        <w:rPr>
          <w:b w:val="0"/>
          <w:i w:val="0"/>
        </w:rPr>
        <w:t>Peggy and Arthur Kelley (Bradking) would like to thank all those who have sent cards and best wishes following the loss of their dear yellow dog, the breed record holder, winner of 50 CCs, Sh Ch Bradking Hugo. His passing has left a huge hole in Peg and Arthur’s lives. Having bred Labradors for almost fifty years, with a string of champions both at home and abroad, Hugo was their last Labrador, and came from their very last litter.</w:t>
      </w:r>
    </w:p>
    <w:p>
      <w:r>
        <w:rPr>
          <w:b w:val="0"/>
          <w:i w:val="0"/>
        </w:rPr>
        <w:t>The knowledge that their friends are thinking of them helps to lift their sadness and brighten the days, as they go by.</w:t>
      </w:r>
    </w:p>
    <w:p>
      <w:r>
        <w:rPr>
          <w:b w:val="0"/>
          <w:i w:val="0"/>
        </w:rPr>
        <w:t>Darlington Championship show was held in the glorious green parkland of Newby Hall, near Ripon, Yorkshire, for the second year running. What great advances the committee have made with the venue since last years show.</w:t>
      </w:r>
    </w:p>
    <w:p>
      <w:r>
        <w:rPr>
          <w:b w:val="0"/>
          <w:i w:val="0"/>
        </w:rPr>
        <w:t>Everything was hunky dory and all seemed to flow well. Labradors were benched near the entrance from the exhibitors car-park, which is always a plus point and avoids a long walk. Our ring was well mown and level and sited close by our benching tent. Many exhibitors experienced thick fog for long sections of their journey to Ripon, both from the north and from the south. The foggy bits seeming to be at their very worst out in the countryside, when we were searching for the AA signs for the dog show at Newby Hall! However, come 10am the showground was bathed in sunshine and the temperatures soared throughout the day making it easy to forget that we are fast approaching autumn.</w:t>
      </w:r>
    </w:p>
    <w:p>
      <w:r>
        <w:rPr>
          <w:b w:val="0"/>
          <w:i w:val="0"/>
        </w:rPr>
        <w:t>Our judge for the day was Mrs Joyce Brabban (Cambremer).</w:t>
      </w:r>
    </w:p>
    <w:p>
      <w:r>
        <w:rPr>
          <w:b w:val="0"/>
          <w:i w:val="0"/>
        </w:rPr>
        <w:t>Winning the Dog CC, Best of Breed and 3rd in the Gundog Group was Marion Hopkinson’s yellow yearling, Sh Ch Silver Suede Over Rocheby, (Int Ch Ahti Aspen of Finnwoods x Bridgeford Crystal Clear),who is having a really tremendous run; made up at SKC and winning the CC at the last 4 shows on the trot. Well done. The Dog RCC was won by the Rawlinson’s yellow Sh Ch Wilsbury Wild Fire At Halshimoor JW(Rocheby Old Smokey x Wilsbury Sparklette) The Bitch CC was a first CC for Jenny Green’s yellow, Thurbajens Doodle Delight (Swedish Ch Applejacks Whoop de Doodle x Thurbajens No Excuse Needed JW), whilst the Bitch RCC went to Anne Taylor’s Brigburn French Connection With Fabracken (Sh Ch. Int.Ch Fr, Ch Ole xFabrackerb Pure Meadow Brown).</w:t>
      </w:r>
    </w:p>
    <w:p>
      <w:r>
        <w:rPr>
          <w:b w:val="0"/>
          <w:i w:val="0"/>
        </w:rPr>
        <w:t>Best Puppy was Mr &amp; Mrs J Timms black bitch, Lejie Back In Time. (Int Ch Ahti Aspen of Finnwoods x Lejie Madaleine).</w:t>
      </w:r>
    </w:p>
    <w:p>
      <w:r>
        <w:rPr>
          <w:b w:val="0"/>
          <w:i w:val="0"/>
        </w:rPr>
        <w:t>At Darlington it was good to see Mandy Deane looking so well and enjoying her dog showing once again after her nasty cancer treatment; also Marlene Hepper sitting ringside following her recent operation in hospital. Labrador folks are truly made of sterling stuff!</w:t>
      </w:r>
    </w:p>
    <w:p>
      <w:r>
        <w:rPr>
          <w:b w:val="0"/>
          <w:i w:val="0"/>
        </w:rPr>
        <w:t>There was alarming news prior to the show of the theft of two beautiful nine-week old yellow puppies, one dog and one bitch, from the Richbourne kennel of Richard and Sussie Wiles. The puppies were stolen between 2.30pm and 4.30pm during the week.</w:t>
      </w:r>
    </w:p>
    <w:p>
      <w:r>
        <w:rPr>
          <w:b w:val="0"/>
          <w:i w:val="0"/>
        </w:rPr>
        <w:t>They are microchipped. I understand that one puppy has since been recovered; it was about to be sold in a local pub when those searching for the puppies entered the pub. It is feared the other puppy had already been sold by that time, and thought likely that it was purchased by someone from the Birmingham area. Our thoughts are with Richard and Sussie at this distressing time.</w:t>
      </w:r>
    </w:p>
    <w:p>
      <w:r>
        <w:rPr>
          <w:b w:val="0"/>
          <w:i w:val="0"/>
        </w:rPr>
        <w:t>For those who wish to qualify for Crufts 2007, I am informed that the Boston Championship show in early January 2007, where the judges will be Erica Jayes and Marilyn Prior, will be the final qualifier, Crufts entries will close a few days later.</w:t>
      </w:r>
    </w:p>
    <w:p>
      <w:r>
        <w:rPr>
          <w:b w:val="0"/>
          <w:i w:val="0"/>
        </w:rPr>
        <w:t>I spoke too soon last week. My poor 11 year old, yellow dog, Carruthers, who had torn his back claw right out, didn’t escape the Vet after all. Claws are such tricky things and even though the claw had initially all come out cleanly and I was regularly soaking his foot in salt water to aid its recovery, within three days his foot had become quite hot, sore and swollen. So, he had to go to the Vets after all, to have it treated under sedation and is now on a course of strong antibiotics. Luckily the weather is dry at the moment, so no more polythene bags are necessary to keep his foot dry when he goes outside into the garden!</w:t>
      </w:r>
    </w:p>
    <w:p>
      <w:r>
        <w:rPr>
          <w:b w:val="0"/>
          <w:i w:val="0"/>
        </w:rPr>
        <w:t>Ann Britton tel: 01989 720665</w:t>
      </w:r>
      <w:r>
        <w:br/>
      </w:r>
      <w:r>
        <w:rPr>
          <w:b w:val="0"/>
          <w:i w:val="0"/>
        </w:rPr>
        <w:br/>
        <w:t>bowstones@btinternet.com</w:t>
      </w:r>
    </w:p>
    <w:p>
      <w:r>
        <w:rPr>
          <w:b w:val="0"/>
          <w:i w:val="0"/>
        </w:rPr>
        <w:t>OUR DOGS</w:t>
      </w:r>
      <w:r>
        <w:br/>
      </w:r>
      <w:r>
        <w:rPr>
          <w:b w:val="0"/>
          <w:i w:val="0"/>
        </w:rPr>
        <w:br/>
        <w:t>Northwood House</w:t>
      </w:r>
      <w:r>
        <w:br/>
      </w:r>
      <w:r>
        <w:rPr>
          <w:b w:val="0"/>
          <w:i w:val="0"/>
        </w:rPr>
        <w:br/>
        <w:t>Greenwood Business Centre</w:t>
      </w:r>
      <w:r>
        <w:br/>
      </w:r>
      <w:r>
        <w:rPr>
          <w:b w:val="0"/>
          <w:i w:val="0"/>
        </w:rPr>
        <w:br/>
        <w:t>Regent Road</w:t>
      </w:r>
      <w:r>
        <w:br/>
      </w:r>
      <w:r>
        <w:rPr>
          <w:b w:val="0"/>
          <w:i w:val="0"/>
        </w:rPr>
        <w:br/>
        <w:t>Salford</w:t>
      </w:r>
      <w:r>
        <w:br/>
      </w:r>
      <w:r>
        <w:rPr>
          <w:b w:val="0"/>
          <w:i w:val="0"/>
        </w:rPr>
        <w:br/>
        <w:t>M5 4QH</w:t>
      </w:r>
      <w:r>
        <w:br/>
      </w:r>
      <w:r>
        <w:rPr>
          <w:b w:val="0"/>
          <w:i w:val="0"/>
        </w:rPr>
        <w:br/>
        <w:t>Tel: 0161 709 4576</w:t>
      </w:r>
    </w:p>
    <w:p>
      <w:r>
        <w:rPr>
          <w:b w:val="0"/>
          <w:i w:val="0"/>
        </w:rPr>
        <w:t>THE OUR DOGS WEBSITE</w:t>
      </w:r>
      <w:r>
        <w:br/>
      </w:r>
      <w:r>
        <w:rPr>
          <w:b w:val="0"/>
          <w:i w:val="0"/>
        </w:rPr>
        <w:br/>
        <w:t>is hosted by Resolution Computers</w:t>
      </w:r>
      <w:r>
        <w:br/>
      </w:r>
      <w:r>
        <w:rPr>
          <w:b w:val="0"/>
          <w:i w:val="0"/>
        </w:rPr>
        <w:br/>
        <w:t>For professional website design and hosting,</w:t>
      </w:r>
      <w:r>
        <w:br/>
      </w:r>
      <w:r>
        <w:rPr>
          <w:b w:val="0"/>
          <w:i w:val="0"/>
        </w:rPr>
        <w:br/>
        <w:t>Tel: 0783 667 9594</w:t>
      </w:r>
      <w:r>
        <w:br/>
      </w:r>
      <w:r>
        <w:rPr>
          <w:b w:val="0"/>
          <w:i w:val="0"/>
        </w:rPr>
        <w:br/>
        <w:t>Website: www.rescomp.net</w:t>
      </w:r>
    </w:p>
    <w:p>
      <w:r>
        <w:rPr>
          <w:b w:val="0"/>
          <w:i w:val="0"/>
        </w:rPr>
        <w:t>THE OUR DOGS WEBSITE was designed &amp; is updated</w:t>
      </w:r>
      <w:r>
        <w:br/>
      </w:r>
      <w:r>
        <w:rPr>
          <w:b w:val="0"/>
          <w:i w:val="0"/>
        </w:rPr>
        <w:br/>
        <w:t>by Adam Williams, the Our Dogs webmaster</w:t>
      </w:r>
      <w:r>
        <w:br/>
      </w:r>
      <w:r>
        <w:rPr>
          <w:b w:val="0"/>
          <w:i w:val="0"/>
        </w:rPr>
        <w:br/>
        <w:t>&amp; Chris Hogan, web development</w:t>
      </w:r>
      <w:r>
        <w:br/>
      </w:r>
      <w:r>
        <w:rPr>
          <w:b w:val="0"/>
          <w:i w:val="0"/>
        </w:rPr>
        <w:br/>
        <w:t>Contact: webmaster@ourdogs.co.uk</w:t>
      </w:r>
    </w:p>
    <w:p>
      <w:r>
        <w:rPr>
          <w:b w:val="0"/>
          <w:i w:val="0"/>
        </w:rPr>
        <w:t>© Our Dogs Publishing</w:t>
      </w:r>
      <w:r>
        <w:br/>
      </w:r>
      <w:r>
        <w:rPr>
          <w:b w:val="0"/>
          <w:i w:val="0"/>
        </w:rPr>
        <w:br/>
        <w:t>webmaster@ourdogs.co.uk</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