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- 23/10/2015 - ISSUE"</w:t>
      </w:r>
      <w:r>
        <w:br/>
      </w:r>
      <w:r>
        <w:rPr>
          <w:b w:val="0"/>
          <w:i w:val="0"/>
        </w:rPr>
        <w:br/>
        <w:t>date_original: "23/10/2015 - ISSUE"</w:t>
      </w:r>
      <w:r>
        <w:br/>
      </w:r>
      <w:r>
        <w:rPr>
          <w:b w:val="0"/>
          <w:i w:val="0"/>
        </w:rPr>
        <w:br/>
        <w:t>source_url: "https://www.ourdogs.co.uk/members/breednotes/RetrieverLabradorMain.php"</w:t>
      </w:r>
      <w:r>
        <w:br/>
      </w:r>
      <w:r>
        <w:rPr>
          <w:b w:val="0"/>
          <w:i w:val="0"/>
        </w:rPr>
        <w:br/>
        <w:t>scraped_at: "2026-09-13T15:30:19"</w:t>
      </w:r>
      <w:r>
        <w:br/>
      </w:r>
      <w:r>
        <w:rPr>
          <w:b w:val="0"/>
          <w:i w:val="0"/>
        </w:rPr>
        <w:br/>
        <w:t>word_count: 493</w:t>
      </w:r>
    </w:p>
    <w:p>
      <w:r>
        <w:t>――――――――――――――――――――――――――――――</w:t>
      </w:r>
    </w:p>
    <w:p>
      <w:r>
        <w:rPr>
          <w:b w:val="0"/>
          <w:i w:val="0"/>
        </w:rPr>
        <w:t>NEWS MEMBERS' AREA SHOP SUBSCRIBE UPCOMING SHOWS MORE</w:t>
      </w:r>
    </w:p>
    <w:p>
      <w:r>
        <w:rPr>
          <w:b w:val="0"/>
          <w:i w:val="0"/>
        </w:rPr>
        <w:t>RETRIEVER LABRADOR</w:t>
      </w:r>
    </w:p>
    <w:p>
      <w:r>
        <w:rPr>
          <w:b w:val="0"/>
          <w:i w:val="0"/>
        </w:rPr>
        <w:t>Issue: 23/10/2015</w:t>
      </w:r>
    </w:p>
    <w:p>
      <w:r>
        <w:rPr>
          <w:b w:val="0"/>
          <w:i w:val="0"/>
        </w:rPr>
        <w:t>Retriever Labrador</w:t>
      </w:r>
      <w:r>
        <w:br/>
      </w:r>
      <w:r>
        <w:rPr>
          <w:b w:val="0"/>
          <w:i w:val="0"/>
        </w:rPr>
        <w:br/>
        <w:t>Hooray. Hooray! The breed has a young handling star for the future. Many congratulations to Harvey Small, son of Nige Small (Primarius Labradors) on winning the Junior Handling Association finals at Discover Dogs this year. The judge was Suzy Roffey. Harvey will now represent the UK at the World Handling finals to be held at next years Crufts. Photos of the event showed Harvey with a French Bulldog, but he can often be seen handling the families Labradors at the shows in the south west of England.</w:t>
      </w:r>
      <w:r>
        <w:br/>
      </w:r>
      <w:r>
        <w:rPr>
          <w:b w:val="0"/>
          <w:i w:val="0"/>
        </w:rPr>
        <w:br/>
        <w:t>Also at Discover Dogs, Sharon Lamberts young yellow dog, Mattand Exodus did extremely well in the Junior Warrant competition and will now compete in the exciting JW Finals at Crufts 2016.</w:t>
      </w:r>
      <w:r>
        <w:br/>
      </w:r>
      <w:r>
        <w:rPr>
          <w:b w:val="0"/>
          <w:i w:val="0"/>
        </w:rPr>
        <w:br/>
        <w:t>A reminder that copy for kennel review pages in the next LRC Yearbook is required before 31st October and closes on 15th November 2015 . There is a special offer of a free bled out page or a free second photo. For more information contact Andy &amp; Joanne Watson cuerdenlakelabradors1@sky.com to whom copy should be sent.</w:t>
      </w:r>
      <w:r>
        <w:br/>
      </w:r>
      <w:r>
        <w:rPr>
          <w:b w:val="0"/>
          <w:i w:val="0"/>
        </w:rPr>
        <w:br/>
        <w:t>Gundog Society of Wales championship show was held outdoors, midweek at Malvern. The day was dry, but I gather the weather was extremely chilly as the afternoon drew on and the dog blanket stalls did a roaring trade selling their blankets to those watching ringside so they could wrap themselves up warmly and still stay on to watch.</w:t>
      </w:r>
      <w:r>
        <w:br/>
      </w:r>
      <w:r>
        <w:rPr>
          <w:b w:val="0"/>
          <w:i w:val="0"/>
        </w:rPr>
        <w:br/>
        <w:t>The judge was Ken Roberts who had an entry of 175 dogs and bitches to go over. The Dog CC and Best of Breed was won by Carole and Mervyn Reynolds black Sh Ch Carromers Blue Lagoon. The Dog RCC went to Marion Hopkinsons yellow Polish Ch Rocheby Mr Tom.</w:t>
      </w:r>
      <w:r>
        <w:br/>
      </w:r>
      <w:r>
        <w:rPr>
          <w:b w:val="0"/>
          <w:i w:val="0"/>
        </w:rPr>
        <w:br/>
        <w:t>The Bitch CC, her second, was won by Caroline Campbells yellow, Binnaig Just Blonde JW. The Bitch RCC winner was Judith Charltons yellow, Foxrush Rebecca JW whose daughter, Foxrush Straight Talking was Best Puppy and later went 3rd in the Puppy Group under Val Foss.</w:t>
      </w:r>
      <w:r>
        <w:br/>
      </w:r>
      <w:r>
        <w:rPr>
          <w:b w:val="0"/>
          <w:i w:val="0"/>
        </w:rPr>
        <w:br/>
        <w:t>I heard there was plenty of coughing, both human and canine. With regards to the dogs, a reminder that if not already done, it is time for the show dogs to have their kennel cough nasal vaccine, before the usual annual kennel cough illness starts spreading. Do remember, if your dog has the cough it must not be taken to shows, whether it is entered or not.</w:t>
      </w:r>
      <w:r>
        <w:br/>
      </w:r>
      <w:r>
        <w:rPr>
          <w:b w:val="0"/>
          <w:i w:val="0"/>
        </w:rPr>
        <w:br/>
        <w:t>Ann Britton</w:t>
      </w:r>
      <w:r>
        <w:br/>
      </w:r>
      <w:r>
        <w:rPr>
          <w:b w:val="0"/>
          <w:i w:val="0"/>
        </w:rPr>
        <w:br/>
        <w:t>01989620665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