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- 25/11/2022 - ISSUE"</w:t>
      </w:r>
      <w:r>
        <w:br/>
      </w:r>
      <w:r>
        <w:rPr>
          <w:b w:val="0"/>
          <w:i w:val="0"/>
        </w:rPr>
        <w:br/>
        <w:t>date_original: "25/11/2022 - ISSUE"</w:t>
      </w:r>
      <w:r>
        <w:br/>
      </w:r>
      <w:r>
        <w:rPr>
          <w:b w:val="0"/>
          <w:i w:val="0"/>
        </w:rPr>
        <w:br/>
        <w:t>source_url: "https://www.ourdogs.co.uk/members/breednotes/RetrieverLabradorMain.php"</w:t>
      </w:r>
      <w:r>
        <w:br/>
      </w:r>
      <w:r>
        <w:rPr>
          <w:b w:val="0"/>
          <w:i w:val="0"/>
        </w:rPr>
        <w:br/>
        <w:t>scraped_at: "2026-09-13T15:11:12"</w:t>
      </w:r>
      <w:r>
        <w:br/>
      </w:r>
      <w:r>
        <w:rPr>
          <w:b w:val="0"/>
          <w:i w:val="0"/>
        </w:rPr>
        <w:br/>
        <w:t>word_count: 1260</w:t>
      </w:r>
    </w:p>
    <w:p>
      <w:r>
        <w:t>――――――――――――――――――――――――――――――</w:t>
      </w:r>
    </w:p>
    <w:p>
      <w:r>
        <w:rPr>
          <w:b w:val="0"/>
          <w:i w:val="0"/>
        </w:rPr>
        <w:t>NEWS MEMBERS' AREA SHOP SUBSCRIBE UPCOMING SHOWS MORE</w:t>
      </w:r>
    </w:p>
    <w:p>
      <w:r>
        <w:rPr>
          <w:b w:val="0"/>
          <w:i w:val="0"/>
        </w:rPr>
        <w:t>RETRIEVER LABRADOR</w:t>
      </w:r>
    </w:p>
    <w:p>
      <w:r>
        <w:rPr>
          <w:b w:val="0"/>
          <w:i w:val="0"/>
        </w:rPr>
        <w:t>Issue: 25/11/2022</w:t>
      </w:r>
    </w:p>
    <w:p>
      <w:r>
        <w:rPr>
          <w:b w:val="0"/>
          <w:i w:val="0"/>
        </w:rPr>
        <w:t xml:space="preserve">This yearÃ¢â‚¬â„¢s LKA next month will be the last one to be held at the NEC Birmingham. The show is relocating to Stafford Showground from next year, 2023. </w:t>
      </w:r>
    </w:p>
    <w:p>
      <w:r>
        <w:rPr>
          <w:b w:val="0"/>
          <w:i w:val="0"/>
        </w:rPr>
        <w:t>Sybil Churchill was the Secretary in 1979 when the LKA first left Olympia in London and moved to the NEC Birmingham. LKA was one of the first events at the newly opened NEC.  My best wishes go to  the LKA in its latest  phase of life with their four day show at Stafford. The 2023 LKA dates are 7th -10th December with Gundogs being on the final day, Sunday 10th Dec.</w:t>
      </w:r>
    </w:p>
    <w:p>
      <w:r>
        <w:rPr>
          <w:b w:val="0"/>
          <w:i w:val="0"/>
        </w:rPr>
        <w:t>I was show architect/show planner for the LKA with Sybil Churchill as Secretary for very many years in pre computer days, so all planning was done on vast sheets of tracing paper on my huge home drawing board with a pen and a hand calculator, working out the rings and benching and locating the trade stands. It worked well and never failed.  In those days we had about 12000 dogs in two days and well over 100 brightly decorated trade stands.  It was an extremely popular show. Meeting friends, Christmas shopping and sharing Christmas cards and mince pies added to everyoneÃ¢â‚¬â„¢s enjoyment.</w:t>
      </w:r>
    </w:p>
    <w:p>
      <w:r>
        <w:rPr>
          <w:b w:val="0"/>
          <w:i w:val="0"/>
        </w:rPr>
        <w:t>Christmas decorations were prominent with an array of huge Christmas trees on display each year. The bland concrete NEC structural columns were all brightly clad with colourful crepe paper and beribboned, whilst the white picket fencing surrounding the green carpeted Best in Show ring  was decked gloriously with swathes of greenery, red ribbons and holly. All the breed rings were carpeted.</w:t>
      </w:r>
    </w:p>
    <w:p>
      <w:r>
        <w:rPr>
          <w:b w:val="0"/>
          <w:i w:val="0"/>
        </w:rPr>
        <w:t xml:space="preserve">Breed rings and bench-side Christmas parties abounded (until they were banned by the NEC  following complaints by the NEC on-site caterers). There was a jolly Christmas atmosphere which pervaded throughout the show and was something very satisfying to mark the close of the dog show year. </w:t>
      </w:r>
    </w:p>
    <w:p>
      <w:r>
        <w:rPr>
          <w:b w:val="0"/>
          <w:i w:val="0"/>
        </w:rPr>
        <w:t>In my time, up to 2013 when I retired, the show used the Crufts halls, but has recently changed to the more distant, to my mind less attractive halls deeper within the NEC site. Current financial conditions will most likely gave to dictate the level of Christmas decoration.</w:t>
      </w:r>
    </w:p>
    <w:p>
      <w:r>
        <w:rPr>
          <w:b w:val="0"/>
          <w:i w:val="0"/>
        </w:rPr>
        <w:t xml:space="preserve">These days for me, at the two day LKA, when Gundogs and Terriers are on the same day, I  have to ponder how to get myself and exhibits, Labradors and a Jack Russell, safely into the middle/far end of the NEC Halls from the distant upper NEC carpark. This involves single handedly progressing down the precipitous slope between the upper and lower carparks and then across another slope to the lower carpark into the Halls, without accident to canines or myself. </w:t>
      </w:r>
    </w:p>
    <w:p>
      <w:r>
        <w:rPr>
          <w:b w:val="0"/>
          <w:i w:val="0"/>
        </w:rPr>
        <w:t>The Jack Russell rides safely and in blissful comfort in her heavy wheeled but brake-less chariot but with two or three very fit Labradors trotting happily beside her vehicle, speed and no brakes can sometimes be a problem. This occurs when someone in the front of the moving procession of dogs and exhibitors, stops half way down the not exactly wide sloping path for their dogs to have a very soft, sloppy poop right in the middle of the path, causing a giant hold up.</w:t>
      </w:r>
    </w:p>
    <w:p>
      <w:r>
        <w:rPr>
          <w:b w:val="0"/>
          <w:i w:val="0"/>
        </w:rPr>
        <w:t>I must say one is mightily relieved to eventually get into the rather dark and gloomy show halls, but at least one has arrived for the day! Getting back up the slope to the car park at the end of the day, in the dark and often pouring rain is another nightmare I wonÃ¢â‚¬â„¢t elaborate on.</w:t>
      </w:r>
    </w:p>
    <w:p>
      <w:r>
        <w:rPr>
          <w:b w:val="0"/>
          <w:i w:val="0"/>
        </w:rPr>
        <w:t>Hopefully the move to Stafford will be much easier for everyone; a great success and much appreciated by exhibitors especially if parking arrangements are as perfect as they were at Midland Counties CS four day show earlier in October this year.</w:t>
      </w:r>
    </w:p>
    <w:p>
      <w:r>
        <w:rPr>
          <w:b w:val="0"/>
          <w:i w:val="0"/>
        </w:rPr>
        <w:t xml:space="preserve">The Labrador judges for Crufts 2026 at the NEC are Fiona Braddon, Trendlewood, who will judge dogs and Margaret Brown, Ramsayville, bitches. </w:t>
      </w:r>
    </w:p>
    <w:p>
      <w:r>
        <w:rPr>
          <w:b w:val="0"/>
          <w:i w:val="0"/>
        </w:rPr>
        <w:t>I was shocked to read a recent rather wordy critique of an 8 month old Best of Breed, Best Puppy, Adult Group 1 and ResBPIS, winning Labrador at an Open Show. The judge, unknown to me, effusively commented on the dogs PERFECT LEVEL BITE. I couldnÃ¢â‚¬â„¢t believe my eyes. NO! A level bite is completely INCORRECT in a Labrador. The SCISSOR BITE with the upper teeth closely overlapping the lower teeth is the only acceptable Ã¢â‚¬Å"perfect biteÃ¢â‚¬Â for Labradors.  As my Dad used to say to me Ã¢â‚¬ËœThink, before you ink!Ã¢â‚¬Â In todayÃ¢â‚¬â„¢s parlance that means read thoroughly and understand what you have written so confidentially, before you press Ã¢â‚¬Å"sendÃ¢â‚¬Â!</w:t>
      </w:r>
    </w:p>
    <w:p>
      <w:r>
        <w:rPr>
          <w:b w:val="0"/>
          <w:i w:val="0"/>
        </w:rPr>
        <w:t xml:space="preserve">I read a sad posting on Facebook announcing the unexpected death of a 20 month show bred Labrador dog. Such an early, out of the blue devastating death will be a lifetime memory to the young children of the owners and my heartfelt sympathy goes out to them. I gather one minute their precious dog was enthusiastically enjoying his daily walk and, without warning, two minutes later he was dead.  </w:t>
      </w:r>
    </w:p>
    <w:p>
      <w:r>
        <w:rPr>
          <w:b w:val="0"/>
          <w:i w:val="0"/>
        </w:rPr>
        <w:t>This is by no means the first instance I have heard of similar sudden deaths occurring in young Labradors in the past three or so years. It makes me think we ought to be collating the details and breeding of these early deceased animals.  If there is a common denominator, which I sincerely hope there is not, but if there is, we need to act, perhaps extending health testing, so that any discovered heritable problems do not become embedded in the breed.</w:t>
      </w:r>
    </w:p>
    <w:p>
      <w:r>
        <w:rPr>
          <w:b w:val="0"/>
          <w:i w:val="0"/>
        </w:rPr>
        <w:t>I recall a time when our familyÃ¢â‚¬â„¢s well known Bowstones Cavalier King Charles were fit and healthy  and remained so throughout their long, active lives. They were bright, intelligent little sporting dogs in a time well before the breed became renowned for heart and brain problems. Now the name of that lovely breed is tarnished world wide because action wasnÃ¢â‚¬â„¢t taken soon enough after early warning signs of health problems were spotted and escalated to the ruination of the reputation of the breed.</w:t>
      </w:r>
    </w:p>
    <w:p>
      <w:r>
        <w:rPr>
          <w:b w:val="0"/>
          <w:i w:val="0"/>
        </w:rPr>
        <w:t>Whatever the cause, please donÃ¢â‚¬â„¢t let this happen to Labradors.</w:t>
      </w:r>
    </w:p>
    <w:p>
      <w:r>
        <w:rPr>
          <w:b w:val="0"/>
          <w:i w:val="0"/>
        </w:rPr>
        <w:t xml:space="preserve">Schedules are now available via Fosse data for West of England Lab Club Open Show on Saturday 7th January 2023. Judge: Nigel Woodburn.   (Centenalee), Postal entries close 10th December 2022, Online entries close 18th December 2022. Contact Lucy Kent 01823 421321 if you would like to have a schedule sent out in the post. </w:t>
      </w:r>
    </w:p>
    <w:p>
      <w:r>
        <w:rPr>
          <w:b w:val="0"/>
          <w:i w:val="0"/>
        </w:rPr>
        <w:t>Schedule and entries now open via Fosse Data for United Retriever  Open Show on 15/02/23 at The Kennel Club Buildings. The show will also be having a raffle so save those unwanted Christmas presents as donations will be most welcome</w:t>
      </w:r>
    </w:p>
    <w:p>
      <w:r>
        <w:rPr>
          <w:b w:val="0"/>
          <w:i w:val="0"/>
        </w:rPr>
        <w:t xml:space="preserve">Congratulations for the continued success of the Naiken  kennel whose Etta (handled by Jackie) now becomes Ch Naiken Etoile (ai)  having taken and passed the Show Gundog Working Certificate.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