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- 25/10/2002"</w:t>
      </w:r>
      <w:r>
        <w:br/>
      </w:r>
      <w:r>
        <w:rPr>
          <w:b w:val="0"/>
          <w:i w:val="0"/>
        </w:rPr>
        <w:br/>
        <w:t>date_original: "25/10/2002"</w:t>
      </w:r>
      <w:r>
        <w:br/>
      </w:r>
      <w:r>
        <w:rPr>
          <w:b w:val="0"/>
          <w:i w:val="0"/>
        </w:rPr>
        <w:br/>
        <w:t>source_url: "https://www.ourdogs.co.uk/members/breednotes/2002/RetrieverLabrador/October2002/RetrieverLabrador251002.htm"</w:t>
      </w:r>
      <w:r>
        <w:br/>
      </w:r>
      <w:r>
        <w:rPr>
          <w:b w:val="0"/>
          <w:i w:val="0"/>
        </w:rPr>
        <w:br/>
        <w:t>archive_type: "static_html"</w:t>
      </w:r>
      <w:r>
        <w:br/>
      </w:r>
      <w:r>
        <w:rPr>
          <w:b w:val="0"/>
          <w:i w:val="0"/>
        </w:rPr>
        <w:br/>
        <w:t>scraped_at: "2026-09-13T22:20:32"</w:t>
      </w:r>
      <w:r>
        <w:br/>
      </w:r>
      <w:r>
        <w:rPr>
          <w:b w:val="0"/>
          <w:i w:val="0"/>
        </w:rPr>
        <w:br/>
        <w:t>word_count: 795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message from Jean Allan, Secretary of Midland Counties Lab Club, MCLRC have had to change the date of their Breed Specific Seminar, the venue having been double booked on the original date. The Seminar will now be held one day later on Sunday, 1st December 2002 at the Canine Academy, Tollerton, Nottingham. Also, due to the change of date, a vacancy has arisen for one more student (£25). Please telephone Jean Allan on 01733 222649 or Fax. 01733 222643 or email midlab_sec@hotmail.com if you would like to fill the vacancy. There are also places still available for observers (£10 including lunch).</w:t>
      </w:r>
    </w:p>
    <w:p>
      <w:r>
        <w:rPr>
          <w:b w:val="0"/>
          <w:i w:val="0"/>
        </w:rPr>
        <w:t>An ecstatic phone call from Christine Dutton, who was over the moon to have won Best in Show under Rod Price (Harecroft) at Pwllheli and District DSS Open Show with her home bred black bitch Linchris Bamboozle (Brandleshome Beau Brummel of Eromdop ex Stormley Sherrie out of Linchris). Many Congratulations.</w:t>
      </w:r>
    </w:p>
    <w:p>
      <w:r>
        <w:rPr>
          <w:b w:val="0"/>
          <w:i w:val="0"/>
        </w:rPr>
        <w:t>Driffield Ch Show was judged by Jean Harris and her winners were Dog CC and Best of Breed Bob and Didi Hepworth’s yellow Poolstead Pleased as Punch winning his 2nd CC. Dog RCC Janet and Vic Cole’s Sh Ch Stajantors Robin.The Bitch CC was won by Judith Charlton’s black Sh Ch Foxrush Blue Sapphire, winning her fourth CC, whilst the RCC went to Marlene Hepper’s Mardas Brun Berry. Best Puppy was Chris and Tony Jury’s Tibblestone Giddy Kipper.</w:t>
      </w:r>
    </w:p>
    <w:p>
      <w:r>
        <w:rPr>
          <w:b w:val="0"/>
          <w:i w:val="0"/>
        </w:rPr>
        <w:t>Two days later North West LRC held their Championship Show where the judges were Mrs Finch (dogs) and Mrs Jennifer Brown (bitches). The results were Dog CC the Rawlinsons Sh Ch Fullwell Frolic with Halshimoor Res Dog CC Mr and Mrs McLellan’s yellow Sh Ch Saranden Saboteur, Bitch CC, winning her crowning third on the day, Mrs Downey Tulloch’s second Show Champion of the year, the yellow Tullochmohr Thespian, and Res Bitch CC Mrs and Mrs Balshaw’s Halshimoor Crescendo of Shanorrall.</w:t>
      </w:r>
    </w:p>
    <w:p>
      <w:r>
        <w:rPr>
          <w:b w:val="0"/>
          <w:i w:val="0"/>
        </w:rPr>
        <w:t>A message from Janet Cook, Secretary of Cotswold and Wyevern Lab Club. The Club has always kept its own C list for novice judges (other judging lists being those of the Breed Council). Anyone wishing to be considered for the Cotswold and Wyevern Lab Club C list is welcome to apply. They should have judged the breed for a minimum of two years and have completed at least 12 breed classes, with a proportion of the venues being beyond the mean geographical area. Application forms, which should be completed and submitted for committee approval, are available from Janet Cook, 7 Dolphin Close, St Johns, Worcester WR2 6BG Telephone 01905 423 942.</w:t>
      </w:r>
    </w:p>
    <w:p>
      <w:r>
        <w:rPr>
          <w:b w:val="0"/>
          <w:i w:val="0"/>
        </w:rPr>
        <w:t>Ann Britton</w:t>
      </w:r>
      <w:r>
        <w:br/>
      </w:r>
      <w:r>
        <w:rPr>
          <w:b w:val="0"/>
          <w:i w:val="0"/>
        </w:rPr>
        <w:br/>
        <w:t>01989 720665 Fax 01989 720550 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