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- 10/05/2002"</w:t>
      </w:r>
      <w:r>
        <w:br/>
      </w:r>
      <w:r>
        <w:rPr>
          <w:b w:val="0"/>
          <w:i w:val="0"/>
        </w:rPr>
        <w:br/>
        <w:t>date_original: "10/05/2002"</w:t>
      </w:r>
      <w:r>
        <w:br/>
      </w:r>
      <w:r>
        <w:rPr>
          <w:b w:val="0"/>
          <w:i w:val="0"/>
        </w:rPr>
        <w:br/>
        <w:t>source_url: "https://www.ourdogs.co.uk/members/breednotes/2002/RetrieverLabrador/May2002/RetrieverLabrador100502.htm"</w:t>
      </w:r>
      <w:r>
        <w:br/>
      </w:r>
      <w:r>
        <w:rPr>
          <w:b w:val="0"/>
          <w:i w:val="0"/>
        </w:rPr>
        <w:br/>
        <w:t>archive_type: "static_html"</w:t>
      </w:r>
      <w:r>
        <w:br/>
      </w:r>
      <w:r>
        <w:rPr>
          <w:b w:val="0"/>
          <w:i w:val="0"/>
        </w:rPr>
        <w:br/>
        <w:t>scraped_at: "2026-09-13T22:19:31"</w:t>
      </w:r>
      <w:r>
        <w:br/>
      </w:r>
      <w:r>
        <w:rPr>
          <w:b w:val="0"/>
          <w:i w:val="0"/>
        </w:rPr>
        <w:br/>
        <w:t>word_count: 896</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 message from Jean Allan, Secretary of Midland Counties Lab Club, the following items were found on the benches after the recent Championship Show at Nottingham :- a collar and benching chain, a pair of spectacles, a Mikki glove brush, and a spray bottle of Canine Skin Care. Should you have mislaid any of these items, please contact Jean on 01733 222 643.</w:t>
      </w:r>
    </w:p>
    <w:p>
      <w:r>
        <w:rPr>
          <w:b w:val="0"/>
          <w:i w:val="0"/>
        </w:rPr>
        <w:t>Last year I joined the WELKS Committee and was thrilled to see that the weather during the ten days leading up to the 2002 show was un-usually hot and summer-like. In fact, four days before the show, Malvern recorded the hottest temperature in the whole of the UK, well up for the time of year. I even unearthed my shorts to wear whilst gardening, unheard of in any previous April.</w:t>
      </w:r>
    </w:p>
    <w:p>
      <w:r>
        <w:rPr>
          <w:b w:val="0"/>
          <w:i w:val="0"/>
        </w:rPr>
        <w:t>We all hoped for a WELKS show bathed in sunshine and warmth. Needless to say, the weather broke on the very first morning of the 3day show. The temperature plummeted, strong gusty winds roared down from the Malvern Hills and the rain sheeted across the show-ground. In between this the sun shone to remind us what we had lost, to be quickly followed by yet another deluge. The beautifully mown outside rings were abandoned for the day and judging resumed in the ample indoor rings.</w:t>
      </w:r>
    </w:p>
    <w:p>
      <w:r>
        <w:rPr>
          <w:b w:val="0"/>
          <w:i w:val="0"/>
        </w:rPr>
        <w:t>Labradors were judged on the second day of the show, once again the weather was chilly, mixed and pretty inhospitable. Gordon Howells judged the Bitches whilst Linda Major judged the dogs. The entry was 258.</w:t>
      </w:r>
    </w:p>
    <w:p>
      <w:r>
        <w:rPr>
          <w:b w:val="0"/>
          <w:i w:val="0"/>
        </w:rPr>
        <w:t>The bitch CC, Best of Breed and most excitingly, winner of the Gundog Group under Peggy Robertson was Erica Jayes and Garner Anthonys yellow Sh Ch Tapeatom Ginantonic at Sandylands (Sh Ch Sandylands Gadabout ex Tapeatom Shooting Star). It is a long time since a Labrador has won the Group, Anne Lavelles yellow Ch Crosscroyde Cotton on Quick being the last, when he won the Group and Best in Show at Bournemouth in 1990.</w:t>
      </w:r>
      <w:r>
        <w:br/>
      </w:r>
      <w:r>
        <w:rPr>
          <w:b w:val="0"/>
          <w:i w:val="0"/>
        </w:rPr>
        <w:br/>
        <w:t>Very Many Congratulations to Erica and to Ginas breeder Betty Howard.</w:t>
      </w:r>
    </w:p>
    <w:p>
      <w:r>
        <w:rPr>
          <w:b w:val="0"/>
          <w:i w:val="0"/>
        </w:rPr>
        <w:t>The Res Bitch CC was won by Mr and Mrs Mills and Rodds yellow Lembas Moonlight Serenade JW ( Lembas to the Moon and Back JW ex Lembas Button Moon)</w:t>
      </w:r>
    </w:p>
    <w:p>
      <w:r>
        <w:rPr>
          <w:b w:val="0"/>
          <w:i w:val="0"/>
        </w:rPr>
        <w:t>In the dog ring Linda Major awarded the CC to the yellow, Sh Ch Stajantors Robin owned by Vic and Janet Cole with the RCC going to Italian exhibitor Franco Barberi with his English bred black Lenches Morse (Sh Ch Poolstead Pumpkin ex Sh Ch Lenches Miss Molly).</w:t>
      </w:r>
    </w:p>
    <w:p>
      <w:r>
        <w:rPr>
          <w:b w:val="0"/>
          <w:i w:val="0"/>
        </w:rPr>
        <w:t>Best Puppy was Willokin Liberty Fayre (Sh Ch Marmaduke Maximus at Cornlands ex Creamwood Joy at Willokin) owned by Miss J Digweed.</w:t>
      </w:r>
    </w:p>
    <w:p>
      <w:r>
        <w:rPr>
          <w:b w:val="0"/>
          <w:i w:val="0"/>
        </w:rPr>
        <w:t>I have been sorting out, (with the idea of binning them), some ancient marked up catalogues, which are taking up far too much space. It is very easy to get sidetracked and rather than just throw them out, start re-reading who-won-what, in the past. I found it most interesting to see which judges consistently spotted the future champions as puppies.</w:t>
      </w:r>
    </w:p>
    <w:p>
      <w:r>
        <w:rPr>
          <w:b w:val="0"/>
          <w:i w:val="0"/>
        </w:rPr>
        <w:t>Brian Hayward has found a mole cure and swears that his southern moles disappear if he pours Jeyes Fluid down their holes. Brian, I tried that two years ago, mine actually seem to like Jeyes Fluid and came back for more.</w:t>
      </w:r>
    </w:p>
    <w:p>
      <w:r>
        <w:rPr>
          <w:b w:val="0"/>
          <w:i w:val="0"/>
        </w:rPr>
        <w:t>Ann Britton</w:t>
      </w:r>
      <w:r>
        <w:br/>
      </w:r>
      <w:r>
        <w:rPr>
          <w:b w:val="0"/>
          <w:i w:val="0"/>
        </w:rPr>
        <w:b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