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- 14/11/2014 - ISSUE"</w:t>
      </w:r>
      <w:r>
        <w:br/>
      </w:r>
      <w:r>
        <w:rPr>
          <w:b w:val="0"/>
          <w:i w:val="0"/>
        </w:rPr>
        <w:br/>
        <w:t>date_original: "14/11/2014 - ISSUE"</w:t>
      </w:r>
      <w:r>
        <w:br/>
      </w:r>
      <w:r>
        <w:rPr>
          <w:b w:val="0"/>
          <w:i w:val="0"/>
        </w:rPr>
        <w:br/>
        <w:t>source_url: "https://www.ourdogs.co.uk/members/breednotes/RetrieverLabradorMain.php"</w:t>
      </w:r>
      <w:r>
        <w:br/>
      </w:r>
      <w:r>
        <w:rPr>
          <w:b w:val="0"/>
          <w:i w:val="0"/>
        </w:rPr>
        <w:br/>
        <w:t>scraped_at: "2026-09-13T15:32:54"</w:t>
      </w:r>
      <w:r>
        <w:br/>
      </w:r>
      <w:r>
        <w:rPr>
          <w:b w:val="0"/>
          <w:i w:val="0"/>
        </w:rPr>
        <w:br/>
        <w:t>word_count: 1008</w:t>
      </w:r>
    </w:p>
    <w:p>
      <w:r>
        <w:t>――――――――――――――――――――――――――――――</w:t>
      </w:r>
    </w:p>
    <w:p>
      <w:r>
        <w:rPr>
          <w:b w:val="0"/>
          <w:i w:val="0"/>
        </w:rPr>
        <w:t>NEWS MEMBERS' AREA SHOP SUBSCRIBE UPCOMING SHOWS MORE</w:t>
      </w:r>
    </w:p>
    <w:p>
      <w:r>
        <w:rPr>
          <w:b w:val="0"/>
          <w:i w:val="0"/>
        </w:rPr>
        <w:t>RETRIEVER LABRADOR</w:t>
      </w:r>
    </w:p>
    <w:p>
      <w:r>
        <w:rPr>
          <w:b w:val="0"/>
          <w:i w:val="0"/>
        </w:rPr>
        <w:t>Issue: 14/11/2014</w:t>
      </w:r>
    </w:p>
    <w:p>
      <w:r>
        <w:rPr>
          <w:b w:val="0"/>
          <w:i w:val="0"/>
        </w:rPr>
        <w:t>The weekend of November 8th and 9th was a busy one for enthusiastic, energetic Labrador exhibitors and judges.</w:t>
      </w:r>
    </w:p>
    <w:p>
      <w:r>
        <w:rPr>
          <w:b w:val="0"/>
          <w:i w:val="0"/>
        </w:rPr>
        <w:t>For once, the Kennel Club permitted two championship shows for Labradors to be held on the same day and another on the following day.</w:t>
      </w:r>
    </w:p>
    <w:p>
      <w:r>
        <w:rPr>
          <w:b w:val="0"/>
          <w:i w:val="0"/>
        </w:rPr>
        <w:t>Gundog Breeds of Scotland championship show was held on Saturday 8th Nov at Ingleston, Edinburgh, whilst on the same Saturday in the south of England, West of England Lab Club held their championship show at Weston Super Mare.</w:t>
      </w:r>
    </w:p>
    <w:p>
      <w:r>
        <w:rPr>
          <w:b w:val="0"/>
          <w:i w:val="0"/>
        </w:rPr>
        <w:t>The latter show was the opening event of a two day Labrador championship showing weekend at Weston. The West of England club staged the Joint Labrador Club championship show the following day, with many exhibitors staying overnight to enjoy a dinner and dance which the club had organised.</w:t>
      </w:r>
    </w:p>
    <w:p>
      <w:r>
        <w:rPr>
          <w:b w:val="0"/>
          <w:i w:val="0"/>
        </w:rPr>
        <w:t>The weather on the first day was absolutely atrocious. Torrential rain for hours on end. The drive down the M4 and M5 was like being buffeted at sea with no windscreen wipers. Cars were aquaplaning on the flooded surface. Once arrived, just getting dogs out of the cars into the building turned us into drowned rats, despite sturdy waterproofs. It was lovely to eventually gain sanctuary in the pleasantly warm, benched (hooray) venue. I contemplated how to dry my sodden trousers under the hand dryer in the ladies loo whilst still wearing them, but not being over agile for such acrobatics decided to give it a miss in the end.</w:t>
      </w:r>
    </w:p>
    <w:p>
      <w:r>
        <w:rPr>
          <w:b w:val="0"/>
          <w:i w:val="0"/>
        </w:rPr>
        <w:t>The judge at Gundog Breeds was Mr Peter F Berchtold (Austria).</w:t>
      </w:r>
    </w:p>
    <w:p>
      <w:r>
        <w:rPr>
          <w:b w:val="0"/>
          <w:i w:val="0"/>
        </w:rPr>
        <w:t>The winners were Dog CC and Best of Breed Richard Staffords yellow Sh Ch Farnfield Topo Gigio JW Sh CM, who was 3rd in the Group under Dan Ericsson. (Raglan). The Dog RCC winner was Pam Druggans Balladoole Mr Tom, who had won Limit.</w:t>
      </w:r>
    </w:p>
    <w:p>
      <w:r>
        <w:rPr>
          <w:b w:val="0"/>
          <w:i w:val="0"/>
        </w:rPr>
        <w:t>The Bitch CC went to David Coodes black Open winner, Ch Warringahs Merriwagga who the previous week had shed her Sh Ch title to be replaced by her Ch title, having gained her Show Gundog Working Certificate at the Labrador Retriever Club of Wales Novice Field Trial, about which David wrote "It was particularly pleasing as her first retrieve was on a bird which 4 trial dogs had tried and failed, but she found!"</w:t>
      </w:r>
    </w:p>
    <w:p>
      <w:r>
        <w:rPr>
          <w:b w:val="0"/>
          <w:i w:val="0"/>
        </w:rPr>
        <w:t>The Bitch RCC was won by Linda Thomsons Meadowline March Surprise, and Best Puppy was Moira Greenwoods bitch Harrop Hearsay. Best Veteran was Wendy Southwells black Sh Ch Brigburn Farm Trader at Driffwold.</w:t>
      </w:r>
    </w:p>
    <w:p>
      <w:r>
        <w:rPr>
          <w:b w:val="0"/>
          <w:i w:val="0"/>
        </w:rPr>
        <w:t>At the West of England Lab Club show held on the same day, some hundreds of miles to the south, where the judges were Carole Coode  (Dogs) and David Wilmshurst  (Bitches), the winners were Dog CC-  Gary Johnsons yellow Cremino Cupid's Beau (Aroscas Time Will Tell x Cremino Catalina); Dog RCC- Lisa Finneys yellow Carpenny Ship to Shore JW (Sh Ch Carpenny Shaw x Carpenny Maid for Me).</w:t>
      </w:r>
    </w:p>
    <w:p>
      <w:r>
        <w:rPr>
          <w:b w:val="0"/>
          <w:i w:val="0"/>
        </w:rPr>
        <w:t>The Bitch CC and Best in Show and therefore Best Veteran in Show went to Sharon Rogers youthful yellow, Woodmist Saffron (Rocheby Old Smokey x Abbeystead Wren in Woodmist) whilst the Bitch RCC and Best Puppy in Show went to Marion Hopkinsons Puppy bitch Rocheby Spectacular (Rocheby Town Cryer x Rocheby Wild Snowdrop) winner of the Maiden class.</w:t>
      </w:r>
    </w:p>
    <w:p>
      <w:r>
        <w:rPr>
          <w:b w:val="0"/>
          <w:i w:val="0"/>
        </w:rPr>
        <w:t>Many exhibitors had booked into local hotels to stay overnight and enjoy the dinner organised by the club. I gather there was some skilled break dancing on display!</w:t>
      </w:r>
    </w:p>
    <w:p>
      <w:r>
        <w:rPr>
          <w:b w:val="0"/>
          <w:i w:val="0"/>
        </w:rPr>
        <w:t>The following morning the Joint show opened, exhibitors regrouped and put their best feet forward after the dancing for another days showing. The judges were Alan Porter (Dogs) and Margaret Brown (Bitches). The winners were Dog CC and RBIS Ms Braimbridges black, Southridge Sky Rocket to Hannabee.( Lindall Redemption x Southridge Grace); Dog RCC still fresh from his RCC in Scotland the day before, Warringah's Perth. Bitch CC Noelene Dodds black, Brockburrow Breaking Dawn  (Sh Ch Rocheby State Occasion x Eneleon Amethyst); Bitch RCC Brian and Trish Parrots black Lougin Lyin Eyes (Mallorns Painted Black x Sh Ch Naiken Yelenda at Lougin). Best Puppy in Show, Mr and Mrs Glens dog, Milroseglen Make My Day (Baileydale Blaze a Trail x Baileydale Naughty Alice of Milroseglen).</w:t>
      </w:r>
    </w:p>
    <w:p>
      <w:r>
        <w:rPr>
          <w:b w:val="0"/>
          <w:i w:val="0"/>
        </w:rPr>
        <w:t>Best Veteran in Show was Lynda and Derek Miles yellow Attokonak Button up your Overcoat at Llanstinan (Imp SWE) (Dan Ch.Sw.Sh Ch Follies Traveller x Sw Ch Attikonak Hold on to your Hat) who had also won Best Veteran Dog the day before.</w:t>
      </w:r>
    </w:p>
    <w:p>
      <w:r>
        <w:rPr>
          <w:b w:val="0"/>
          <w:i w:val="0"/>
        </w:rPr>
        <w:t>Appertaining to no particular year, event or judge; just for information a reminder of KC Championship show ring procedure.</w:t>
      </w:r>
    </w:p>
    <w:p>
      <w:r>
        <w:rPr>
          <w:b w:val="0"/>
          <w:i w:val="0"/>
        </w:rPr>
        <w:t>When awarding Challenge Certificates, Reserve Challenge Certificates, Best of Sex,</w:t>
      </w:r>
    </w:p>
    <w:p>
      <w:r>
        <w:rPr>
          <w:b w:val="0"/>
          <w:i w:val="0"/>
        </w:rPr>
        <w:t>Reserve Best of Sex and Best of Breed cards it is recommended that the blank card be handed to the winning exhibitor as soon as the award is declared IN THE CENTRE OF THE RING. (The card should then be handed back when it will be completed and signed by the judge and then given back.</w:t>
      </w:r>
    </w:p>
    <w:p>
      <w:r>
        <w:rPr>
          <w:b w:val="0"/>
          <w:i w:val="0"/>
        </w:rPr>
        <w:t>Some judges prefer to complete and sign the cards at the end of the dog classes, others return the completed cards after all the judging for the breed is finished. Either of these methods is acceptable.</w:t>
      </w:r>
    </w:p>
    <w:p>
      <w:r>
        <w:rPr>
          <w:b w:val="0"/>
          <w:i w:val="0"/>
        </w:rPr>
        <w:t>It is emphasised that at no time should a ring steward or any other person other than the judge fill in the details of the exhibit on the card.</w:t>
      </w:r>
    </w:p>
    <w:p>
      <w:r>
        <w:rPr>
          <w:b w:val="0"/>
          <w:i w:val="0"/>
        </w:rPr>
        <w:t>Cards which have been signed by the judge but which do not yet have the details of the winning exhibit written there on should NOT be handed out at any time.</w:t>
      </w:r>
    </w:p>
    <w:p>
      <w:r>
        <w:rPr>
          <w:b w:val="0"/>
          <w:i w:val="0"/>
        </w:rPr>
        <w:t>Hope this clarifies matters.</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