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- 02/03/2018 - ISSUE"</w:t>
      </w:r>
      <w:r>
        <w:br/>
      </w:r>
      <w:r>
        <w:rPr>
          <w:b w:val="0"/>
          <w:i w:val="0"/>
        </w:rPr>
        <w:br/>
        <w:t>date_original: "02/03/2018 - ISSUE"</w:t>
      </w:r>
      <w:r>
        <w:br/>
      </w:r>
      <w:r>
        <w:rPr>
          <w:b w:val="0"/>
          <w:i w:val="0"/>
        </w:rPr>
        <w:br/>
        <w:t>source_url: "https://www.ourdogs.co.uk/members/breednotes/RetrieverLabradorMain.php"</w:t>
      </w:r>
      <w:r>
        <w:br/>
      </w:r>
      <w:r>
        <w:rPr>
          <w:b w:val="0"/>
          <w:i w:val="0"/>
        </w:rPr>
        <w:br/>
        <w:t>scraped_at: "2026-09-13T15:23:42"</w:t>
      </w:r>
      <w:r>
        <w:br/>
      </w:r>
      <w:r>
        <w:rPr>
          <w:b w:val="0"/>
          <w:i w:val="0"/>
        </w:rPr>
        <w:br/>
        <w:t>word_count: 611</w:t>
      </w:r>
    </w:p>
    <w:p>
      <w:r>
        <w:t>――――――――――――――――――――――――――――――</w:t>
      </w:r>
    </w:p>
    <w:p>
      <w:r>
        <w:rPr>
          <w:b w:val="0"/>
          <w:i w:val="0"/>
        </w:rPr>
        <w:t>NEWS MEMBERS' AREA SHOP SUBSCRIBE UPCOMING SHOWS MORE</w:t>
      </w:r>
    </w:p>
    <w:p>
      <w:r>
        <w:rPr>
          <w:b w:val="0"/>
          <w:i w:val="0"/>
        </w:rPr>
        <w:t>RETRIEVER LABRADOR</w:t>
      </w:r>
    </w:p>
    <w:p>
      <w:r>
        <w:rPr>
          <w:b w:val="0"/>
          <w:i w:val="0"/>
        </w:rPr>
        <w:t>Issue: 02/03/2018</w:t>
      </w:r>
    </w:p>
    <w:p>
      <w:r>
        <w:rPr>
          <w:b w:val="0"/>
          <w:i w:val="0"/>
        </w:rPr>
        <w:t xml:space="preserve">I have Pats Davies's husband, Graham's permission to share some disturbing news with you. Friends of Pat (Holmajor Labradors), will be very sorry to hear she is far from well and confined to bed at home whilst undergoing lengthy, unpleasant chemotherapy. </w:t>
      </w:r>
    </w:p>
    <w:p>
      <w:r>
        <w:rPr>
          <w:b w:val="0"/>
          <w:i w:val="0"/>
        </w:rPr>
        <w:t xml:space="preserve">We send her our love, thoughts and very good wishes as she endures this horrible treatment. </w:t>
      </w:r>
    </w:p>
    <w:p>
      <w:r>
        <w:rPr>
          <w:b w:val="0"/>
          <w:i w:val="0"/>
        </w:rPr>
        <w:t>Should you wish to send a card, Pats address is 21 Brooklease, Neston, Corsham, Wilts. SN13. 9TJ.</w:t>
      </w:r>
    </w:p>
    <w:p>
      <w:r>
        <w:rPr>
          <w:b w:val="0"/>
          <w:i w:val="0"/>
        </w:rPr>
        <w:t>At East Anglian Lab Club Championship Show at Woodgreen Animal Centre, near Huntingdon on 3rd March 2018, which is this weekend, the week before Crufts, there are a total of 213 dogs and bitches entered under judges Margaret Coddington ( Dogs) and Amanda Stewart (Bitches).</w:t>
      </w:r>
    </w:p>
    <w:p>
      <w:r>
        <w:rPr>
          <w:b w:val="0"/>
          <w:i w:val="0"/>
        </w:rPr>
        <w:t>There are just a few days left to the excitement of Gundog Day, the final day of the four day Crufts show, 2018, at the NEC Birmingham.</w:t>
      </w:r>
    </w:p>
    <w:p>
      <w:r>
        <w:rPr>
          <w:b w:val="0"/>
          <w:i w:val="0"/>
        </w:rPr>
        <w:t>Our judges are Richard Stafford (Dogs) and Shaun Williamson (Bitches). As ever, there is a huge entry of 283 Labrador Dogs and 324 bitches, totalling 581. Labrador numbers are narrowly topped by the tally of Golden Retrievers, the latter at 592, the top Breed entry of the show, which only exceeds ours by about eleven dogs. I hope everyone has a really enjoyable and totally memorable day. Do keep an eye on your dogs and your belongings and make sure you take spare comfortable shoes, for by the end of the day and the trek back to the distant car park, your feet may well feel somewhat ill used!</w:t>
      </w:r>
    </w:p>
    <w:p>
      <w:r>
        <w:rPr>
          <w:b w:val="0"/>
          <w:i w:val="0"/>
        </w:rPr>
        <w:t>Well done Sharon Lambert and Linda Haslam who had a great day at Matlock and District Canine Society Open Show on 18th February. Sharon's Mattand Excuse Me Sir JW</w:t>
      </w:r>
    </w:p>
    <w:p>
      <w:r>
        <w:rPr>
          <w:b w:val="0"/>
          <w:i w:val="0"/>
        </w:rPr>
        <w:t>(Ch Mattand Exodus JW X Mattand Chance a Glance) went Best of Breed and Gundog Group 1 whilst  Linda Haslam's yellow dog, Dice, Manorwell Buckskin At Lynquest. (Ir Ch Carpenny Rio Grande At Manorwell x Lynquest Witchcraft at Manorwell), went Best Puppy in Breed and PG2 . Both dogs won on the day under Breed judge Bill Kempson and Group judge Eunice King.</w:t>
      </w:r>
    </w:p>
    <w:p>
      <w:r>
        <w:rPr>
          <w:b w:val="0"/>
          <w:i w:val="0"/>
        </w:rPr>
        <w:t xml:space="preserve">I saw, online, a special offer of dog equipment for sale at Aldi superstores around the country Never having ventured into an Aldi store, I decided to take a look. I was amazed. I came out with six large and extra-large, sturdy plastic dog beds (to replace the nibbled ones at home) and a superb extra-large dog crate, all for next to no money, compared to normal prices. A notice advised "when they're gone they're gone." Well, I shall certainly be calling in again. There were padded beds of all sizes too, and memory foam doggy mattresses, but a voice in my head kept saying " don't buy them, DONT BUY THEM... the youngsters will eat them!" ; so reluctantly I didn't and turned away, but was very tempted nevertheless. </w:t>
      </w:r>
    </w:p>
    <w:p>
      <w:r>
        <w:rPr>
          <w:b w:val="0"/>
          <w:i w:val="0"/>
        </w:rPr>
        <w:t xml:space="preserve">They looked so comfy for the oldies in the kitchen, but the nagging voices were right, they would probably be nibbled and ruined pretty quickly. </w:t>
      </w:r>
    </w:p>
    <w:p>
      <w:r>
        <w:rPr>
          <w:b w:val="0"/>
          <w:i w:val="0"/>
        </w:rPr>
        <w:t>Have a great time at Crufts.</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