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Oct 2003"</w:t>
      </w:r>
      <w:r>
        <w:br/>
      </w:r>
      <w:r>
        <w:rPr>
          <w:b w:val="0"/>
          <w:i w:val="0"/>
        </w:rPr>
        <w:br/>
        <w:t>date_original: "10 Oct 2003"</w:t>
      </w:r>
      <w:r>
        <w:br/>
      </w:r>
      <w:r>
        <w:rPr>
          <w:b w:val="0"/>
          <w:i w:val="0"/>
        </w:rPr>
        <w:br/>
        <w:t>source_url: "https://www.ourdogs.co.uk/members/breednotes/2003/RetrieverLabrador/RetrieverLabrador-oct10.htm"</w:t>
      </w:r>
      <w:r>
        <w:br/>
      </w:r>
      <w:r>
        <w:rPr>
          <w:b w:val="0"/>
          <w:i w:val="0"/>
        </w:rPr>
        <w:br/>
        <w:t>archive_type: "static_html"</w:t>
      </w:r>
      <w:r>
        <w:br/>
      </w:r>
      <w:r>
        <w:rPr>
          <w:b w:val="0"/>
          <w:i w:val="0"/>
        </w:rPr>
        <w:br/>
        <w:t>scraped_at: "2026-09-13T22:17:27"</w:t>
      </w:r>
      <w:r>
        <w:br/>
      </w:r>
      <w:r>
        <w:rPr>
          <w:b w:val="0"/>
          <w:i w:val="0"/>
        </w:rPr>
        <w:br/>
        <w:t>word_count: 1163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end of September is a busy time for Gundog exhibitors, especially those who enjoy sailing. On Saturday it was the Belfast Ch Show in Northern Ireland and the following day, Sunday, Gundog Society of Wales in South Wales. The Irish Sea separated the two events but didn’t seem to deter the hardened travellers amongst us.</w:t>
      </w:r>
    </w:p>
    <w:p>
      <w:r>
        <w:rPr>
          <w:b w:val="0"/>
          <w:i w:val="0"/>
        </w:rPr>
        <w:t>At Belfast, Vic Cole was the judge and his Dog CC and Best of Breed went to Diana Downey Tulloch’s Sh Ch Tullochmohr Final Edition JW winning his 11th CC. The Dog RCC went to the Rawlinsons yellow Wilsbury Wildfire at Halshimoor. The Bitch CC was the fourth for Lorraine Tooth’s yellow Sh Ch Ludalor Lilly, whilst Mr and Mrs Pollock took the RCC with Pollham Aria.</w:t>
      </w:r>
      <w:r>
        <w:br/>
      </w:r>
      <w:r>
        <w:rPr>
          <w:b w:val="0"/>
          <w:i w:val="0"/>
        </w:rPr>
        <w:br/>
        <w:t>Best Puppy was the McLellans black Chelmscote Star Struck for Saranden.</w:t>
      </w:r>
    </w:p>
    <w:p>
      <w:r>
        <w:rPr>
          <w:b w:val="0"/>
          <w:i w:val="0"/>
        </w:rPr>
        <w:t>After the show many returned to the ferries, but rather than going straight home, made their various ways to the next day’s venue, Tredegar Park, Nr Newport, just off the M4 in South Wales, where Gundog Society of Wales were holding their 19th Championship Show.</w:t>
      </w:r>
    </w:p>
    <w:p>
      <w:r>
        <w:rPr>
          <w:b w:val="0"/>
          <w:i w:val="0"/>
        </w:rPr>
        <w:t>Here, Brian Parrott was judging the bitches and Fiona Braddon, the dogs. Winning her14th CC and Best of Breed was David Craig and Angela Williams black Sh Ch Foulby Agatha Christie. The Bitch RCC was another for Lynn Minchella’s black Abbeystead Tranquill. The Dog CC went to the Rawlinson’s black Sh Ch Fulwell Frolic with Halshimoor winning his 13th CC, whilst the Ellis’s Sh Ch Dolwen Francis Henry won the Dog RCC. Best Puppy was Sally Parr’s Kymin Whistler</w:t>
      </w:r>
    </w:p>
    <w:p>
      <w:r>
        <w:rPr>
          <w:b w:val="0"/>
          <w:i w:val="0"/>
        </w:rPr>
        <w:t>News from Sue Marskell, her dog Berolee Joe Lewis has recently sired a litter of 14 puppies, 7 dogs and 7 bitches to a Marfell bred bitch. Is this a record or can anyone else better it?</w:t>
      </w:r>
    </w:p>
    <w:p>
      <w:r>
        <w:rPr>
          <w:b w:val="0"/>
          <w:i w:val="0"/>
        </w:rPr>
        <w:t>I do in fact know of other litters of 14. One belonged to an exhibitor, who had not bred a litter for ages and mated two bitches when they were in season at the same time. The reason for mating the two was that, in all likelihood, only one of the bitches would produce puppies. One bitch had been mated twice before, but had never produced any puppies. The owner presumed she would yet again miss, but fervently hoped that the other bitch would take.</w:t>
      </w:r>
    </w:p>
    <w:p>
      <w:r>
        <w:rPr>
          <w:b w:val="0"/>
          <w:i w:val="0"/>
        </w:rPr>
        <w:t>You’ve probably guessed the rest. The first bitch had 14 puppies, and, two days later, the second bitch had another 14. I think this sudden appearance of 28 puppies at the same time, well and truly put the owner off having any more litters for several years!</w:t>
      </w:r>
    </w:p>
    <w:p>
      <w:r>
        <w:rPr>
          <w:b w:val="0"/>
          <w:i w:val="0"/>
        </w:rPr>
        <w:t>Do let me know of your similar tales.</w:t>
      </w:r>
    </w:p>
    <w:p>
      <w:r>
        <w:rPr>
          <w:b w:val="0"/>
          <w:i w:val="0"/>
        </w:rPr>
        <w:t>From Spain comes news of Didier Schar’s new yellow champion, winning his 4th CC this week, Ch Cornlands Pisces. I recently judged him in Portugal and thought him a lovely young dog awarding him the CACQC. He was bred by Peggy Rae and is sired by Cornlands Perseus ex Cornlands Lady Crocus.</w:t>
      </w:r>
    </w:p>
    <w:p>
      <w:r>
        <w:rPr>
          <w:b w:val="0"/>
          <w:i w:val="0"/>
        </w:rPr>
        <w:t>I had to smile last Monday. As an Eastenders fan, I like, millions of others around the UK, was waiting with baited breath for the much publicised, dramatic reappearance of Dirty Den in that night’s programme. He was meant to have died in a shoot out by the canal a decade ago, but as is the way with soaps, (a la Bobby appearing from the dead, in the shower in “Dallas”), ten years later it was discovered that he wasn’t dead any longer, but living in Spain and now able to return quite readily.</w:t>
      </w:r>
    </w:p>
    <w:p>
      <w:r>
        <w:rPr>
          <w:b w:val="0"/>
          <w:i w:val="0"/>
        </w:rPr>
        <w:t>His reappearance had had major billing; just about every hour, day and night the previous week it was trailed on the TV. No-one in the UK could be un- aware that at 8.25pm on Monday he would sidle out from behind the gloomy curtain in Angies Den (a not too upmarket nightclub) with the sparkling line to its blonde, air- swallowing proprietress… “Hello Princess”.</w:t>
      </w:r>
    </w:p>
    <w:p>
      <w:r>
        <w:rPr>
          <w:b w:val="0"/>
          <w:i w:val="0"/>
        </w:rPr>
        <w:t>Or so I thought!</w:t>
      </w:r>
    </w:p>
    <w:p>
      <w:r>
        <w:rPr>
          <w:b w:val="0"/>
          <w:i w:val="0"/>
        </w:rPr>
        <w:t>There I was on the edge of my chair, the suspense gripping; out of the shadows Den starts to walk forward and talk, “Hello Pr……” , but before he could complete his sentence my telephone rang….. I couldn’t believe the timing! Who on earth, in all the world would ring at that nail biting moment?</w:t>
      </w:r>
    </w:p>
    <w:p>
      <w:r>
        <w:rPr>
          <w:b w:val="0"/>
          <w:i w:val="0"/>
        </w:rPr>
        <w:t>I let the answer phone do its bit, but the magic of the moment was lost.</w:t>
      </w:r>
      <w:r>
        <w:br/>
      </w:r>
      <w:r>
        <w:rPr>
          <w:b w:val="0"/>
          <w:i w:val="0"/>
        </w:rPr>
        <w:br/>
        <w:t>BT 1471 revealed the caller to be a committee pal, probably the only person in the UK who had missed all the weeks of trailers and all the tabloid publication. You’ve guessed it, a dedicated, single minded dog person, (except where football is concerned) intent upon serious dog committee business!</w:t>
      </w:r>
    </w:p>
    <w:p>
      <w:r>
        <w:rPr>
          <w:b w:val="0"/>
          <w:i w:val="0"/>
        </w:rPr>
        <w:t>Thinking about it, there will be time to get my own back…Now when is the FA Cup Final?</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