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 Aug 2009"</w:t>
      </w:r>
      <w:r>
        <w:br/>
      </w:r>
      <w:r>
        <w:rPr>
          <w:b w:val="0"/>
          <w:i w:val="0"/>
        </w:rPr>
        <w:br/>
        <w:t>date_original: "21 Aug 2009"</w:t>
      </w:r>
      <w:r>
        <w:br/>
      </w:r>
      <w:r>
        <w:rPr>
          <w:b w:val="0"/>
          <w:i w:val="0"/>
        </w:rPr>
        <w:br/>
        <w:t>source_url: "https://www.ourdogs.co.uk/members/breednotes/2009/RetrieverLabrador/RetrieverLabrador-aug21.htm"</w:t>
      </w:r>
      <w:r>
        <w:br/>
      </w:r>
      <w:r>
        <w:rPr>
          <w:b w:val="0"/>
          <w:i w:val="0"/>
        </w:rPr>
        <w:br/>
        <w:t>archive_type: "static_html"</w:t>
      </w:r>
      <w:r>
        <w:br/>
      </w:r>
      <w:r>
        <w:rPr>
          <w:b w:val="0"/>
          <w:i w:val="0"/>
        </w:rPr>
        <w:br/>
        <w:t>scraped_at: "2026-09-13T22:01:40"</w:t>
      </w:r>
      <w:r>
        <w:br/>
      </w:r>
      <w:r>
        <w:rPr>
          <w:b w:val="0"/>
          <w:i w:val="0"/>
        </w:rPr>
        <w:br/>
        <w:t>word_count: 1305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message from East Riding Labrador Rescue</w:t>
      </w:r>
    </w:p>
    <w:p>
      <w:r>
        <w:rPr>
          <w:b w:val="0"/>
          <w:i w:val="0"/>
        </w:rPr>
        <w:t>"We need help to raise £2500.00 for MESHA. She was thrown from a moving car travelling on a very busy road.</w:t>
      </w:r>
    </w:p>
    <w:p>
      <w:r>
        <w:rPr>
          <w:b w:val="0"/>
          <w:i w:val="0"/>
        </w:rPr>
        <w:t>Her injuries are now healed but she needs an operation to save her sight. For more information or to make any donation however big or small contact patkent@eastridinglabradorrescue.co.uk."</w:t>
      </w:r>
      <w:r>
        <w:br/>
      </w:r>
      <w:r>
        <w:rPr>
          <w:b w:val="0"/>
          <w:i w:val="0"/>
        </w:rPr>
        <w:br/>
        <w:t>News from well-known canine artist John Silver. “I am now doing smaller size commissions for dog paintings. These are 10 x 8 inches and are acrylics on canvas paper (unframed) and are much more affordable, priced at only £150. plus postage.</w:t>
      </w:r>
    </w:p>
    <w:p>
      <w:r>
        <w:rPr>
          <w:b w:val="0"/>
          <w:i w:val="0"/>
        </w:rPr>
        <w:t>Please let me know if this is something that you might be interested in, either for yourself or as a present for a friend?”</w:t>
      </w:r>
    </w:p>
    <w:p>
      <w:r>
        <w:rPr>
          <w:b w:val="0"/>
          <w:i w:val="0"/>
        </w:rPr>
        <w:t>John continues “Payment can be made via Paypal. I can work from your photos, which can be emailed to this email address sales@johnsilverfinearts.com or go to www.johnsilverfinearts.com.”</w:t>
      </w:r>
    </w:p>
    <w:p>
      <w:r>
        <w:rPr>
          <w:b w:val="0"/>
          <w:i w:val="0"/>
        </w:rPr>
        <w:t>Whilst Gundog Day at Paignton was horrendously wet, four days later Bournemouth championship show was bathed in strong sunshine and I gather it was positively hot for once. Brian Parrott judged the dogs and Alan Porter the bitches. I understand that third, fourth and fifth places in Open bitch were withheld, which will make those who had not attended the show feel a bit better. I gather some people had seen the two placings in Open Bitch in the Higham Press results on-line, and thought that there must have been only two bitches entered in the class. It appears they were kicking themselves for not attending, for a third place would have meant a Stud Book number. At least they can now relax and feel somewhat better as the witholding proved there were actually several more bitches in the Open class, not just two and winning their Stud Book number would not have been guaranteed had they attended.</w:t>
      </w:r>
    </w:p>
    <w:p>
      <w:r>
        <w:rPr>
          <w:b w:val="0"/>
          <w:i w:val="0"/>
        </w:rPr>
        <w:t>The Dog CC and Best of Breed was won by the Hodge family’s black Sh Ch Naiken Quincy whilst the Dog RCC went to Fiona Braddons yellow, Trendlewood Moondance JW. The Bitch CC was a first CC for Tracy James black, Ranzham Miss Starlight at Blackmine. The Bitch RCC went to Mr and Mrs Streatfields yellow, Badajos Summer Moon. Best Puppy was won by Chris and Claire Mills yellow bitch, Lembas Mamma Mia. (Lembas Top Ranking JW x Carpenny Wonder with Lembas).</w:t>
      </w:r>
    </w:p>
    <w:p>
      <w:r>
        <w:rPr>
          <w:b w:val="0"/>
          <w:i w:val="0"/>
        </w:rPr>
        <w:t>4th in the Gundog Group under Keith Young was the English Springer dog belonging to Labrador exhibitors, Anthony Allen and Richard Bott, Sh Ch Trimere Talking Point of Allenie JW.</w:t>
      </w:r>
      <w:r>
        <w:br/>
      </w:r>
      <w:r>
        <w:rPr>
          <w:b w:val="0"/>
          <w:i w:val="0"/>
        </w:rPr>
        <w:br/>
        <w:t>By the following Wednesday the rains had returned for United Retriever Club’s Championship show at Malvern. The hills were barely visible under very low cloud and judging was all undercover. I had missed the entries so was able to sit comfortably ringside and watch the judging for once.</w:t>
      </w:r>
    </w:p>
    <w:p>
      <w:r>
        <w:rPr>
          <w:b w:val="0"/>
          <w:i w:val="0"/>
        </w:rPr>
        <w:t>Frank Whyte was judging male Labradors for the first time, having previously judged bitches for the first time at South Wales KA. That was the year the show had to be relocated at the last minute to Newbury showground, because the Usk showground had been badly flooded.</w:t>
      </w:r>
      <w:r>
        <w:br/>
      </w:r>
      <w:r>
        <w:rPr>
          <w:b w:val="0"/>
          <w:i w:val="0"/>
        </w:rPr>
        <w:br/>
        <w:t>The bitches were judged by Sussie Wiles.</w:t>
      </w:r>
    </w:p>
    <w:p>
      <w:r>
        <w:rPr>
          <w:b w:val="0"/>
          <w:i w:val="0"/>
        </w:rPr>
        <w:t>The Dog CC and Best of Breed was won by Linda Harvey-Major and Allens yellow dog Brockburrow Casanova in Linjor JW ShCM Linjor Valentino Jw Sh CM x Eneleon Amethyst). This was his all important third CC.</w:t>
      </w:r>
    </w:p>
    <w:p>
      <w:r>
        <w:rPr>
          <w:b w:val="0"/>
          <w:i w:val="0"/>
        </w:rPr>
        <w:t>His first CC came from Anthony Allen at Lab Club of Scotland 2009.</w:t>
      </w:r>
    </w:p>
    <w:p>
      <w:r>
        <w:rPr>
          <w:b w:val="0"/>
          <w:i w:val="0"/>
        </w:rPr>
        <w:t>His second from Liz Cartledge at Blackpool 2009 and now his third from Frank Whyte at URC 2009. Many congratulations.</w:t>
      </w:r>
    </w:p>
    <w:p>
      <w:r>
        <w:rPr>
          <w:b w:val="0"/>
          <w:i w:val="0"/>
        </w:rPr>
        <w:t>The Dog RCC went to Italian exhibitor Franco Barberi’s yellow Yearling, Loch Mor Brown Sugar (Sh Ch Silver Suede over Rocheby x Sh Ch Loch Mor Sugar).</w:t>
      </w:r>
    </w:p>
    <w:p>
      <w:r>
        <w:rPr>
          <w:b w:val="0"/>
          <w:i w:val="0"/>
        </w:rPr>
        <w:t>The Bitch CC was won by Mr and Mrs O’Donoghues yellow, Philipstown Sally Ann (Rocheby Sporting Chance in Philipstown x Ir Sh Ch Philipstown Dancer), winning her second CC on the day. The Bitch RCC went to Gemma Baillis’s yellow Sh Ch Cambremer Ocean Breeze by Kilstron ShCM Tullochmohr Titanic at Kilstron x Blackfyne Swing n Time at Cambremer).</w:t>
      </w:r>
    </w:p>
    <w:p>
      <w:r>
        <w:rPr>
          <w:b w:val="0"/>
          <w:i w:val="0"/>
        </w:rPr>
        <w:t>Best Puppy was won once again by the Mills yellow Lembas Mamma Mia. (Lembas Top Ranking JW x Carpenny Wonder with Lembas).</w:t>
      </w:r>
    </w:p>
    <w:p>
      <w:r>
        <w:rPr>
          <w:b w:val="0"/>
          <w:i w:val="0"/>
        </w:rPr>
        <w:t>Ann Britton</w:t>
      </w:r>
      <w:r>
        <w:br/>
      </w:r>
      <w:r>
        <w:rPr>
          <w:b w:val="0"/>
          <w:i w:val="0"/>
        </w:rPr>
        <w:br/>
        <w:t>01989 720665</w:t>
      </w:r>
      <w:r>
        <w:br/>
      </w:r>
      <w:r>
        <w:rPr>
          <w:b w:val="0"/>
          <w:i w:val="0"/>
        </w:rPr>
        <w:br/>
        <w:t>email bowstones@btinternet.comn</w:t>
      </w:r>
    </w:p>
    <w:p>
      <w:r>
        <w:rPr>
          <w:b w:val="0"/>
          <w:i w:val="0"/>
        </w:rPr>
        <w:t>The Labrador Club of Scotland held its first "Mock Trial" on Sunday, 9th August, 2009 at South Mid Frew Farm, Thornhill, Stirling, by kind permission of Mary &amp; Bert McCulloch &amp; family. The event was blessed with great weather, excellent sportsmanship &amp; a tremendous turn out.</w:t>
      </w:r>
    </w:p>
    <w:p>
      <w:r>
        <w:rPr>
          <w:b w:val="0"/>
          <w:i w:val="0"/>
        </w:rPr>
        <w:t>The event raised a magnificent £440 for the club, the most any Trial or Test has raised in recent years &amp; the organising Committee wish to thank all those who attended &amp; contributed towards a fabulous day. The Mock Trial winner was Nicola Hannan with Druimmuir Desert Storm, Alister Mckay with Branxholme Star came a close second, John Fleming with Slinky Magpie was third &amp; Sandra Brown with Dramchap Echo was fourth.The high standard of the dog work, particularly at the river, made spectating extremely interesting.</w:t>
      </w:r>
    </w:p>
    <w:p>
      <w:r>
        <w:rPr>
          <w:b w:val="0"/>
          <w:i w:val="0"/>
        </w:rPr>
        <w:t>After the lunchtime barbeque we had a Scurry open to all attending. The winner was Anita Tait with Bud, 2nd Alistair Mackay with Rhea, 3rd Alan Dunnet with Ben, 4th Alan Dunnet with Bracken &amp; 5th Fiona Gray with Pasco. Special thanks are due to Mary &amp; Bert McCulloch &amp; family, Ronnie &amp; Caroline Steel for the burgers &amp; strawberry tarts, Stewart Dunn for the excellent trophies and cards &amp; May Fraser &amp; "The Girls who Chip" for the Scurry prizes.</w:t>
      </w:r>
    </w:p>
    <w:p>
      <w:r>
        <w:rPr>
          <w:b w:val="0"/>
          <w:i w:val="0"/>
        </w:rPr>
        <w:t>The Field Trial Sub Committee are in the process of organizing more "Training Days." If you wish to take part please contact F.T. Secretary Hugh Paterson: hyndford.gundogs@virgin.net</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