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- 16/05/2014 - ISSUE"</w:t>
      </w:r>
      <w:r>
        <w:br/>
      </w:r>
      <w:r>
        <w:rPr>
          <w:b w:val="0"/>
          <w:i w:val="0"/>
        </w:rPr>
        <w:br/>
        <w:t>date_original: "16/05/2014 - ISSUE"</w:t>
      </w:r>
      <w:r>
        <w:br/>
      </w:r>
      <w:r>
        <w:rPr>
          <w:b w:val="0"/>
          <w:i w:val="0"/>
        </w:rPr>
        <w:br/>
        <w:t>source_url: "https://www.ourdogs.co.uk/members/breednotes/RetrieverLabradorMain.php"</w:t>
      </w:r>
      <w:r>
        <w:br/>
      </w:r>
      <w:r>
        <w:rPr>
          <w:b w:val="0"/>
          <w:i w:val="0"/>
        </w:rPr>
        <w:br/>
        <w:t>scraped_at: "2026-09-13T15:34:12"</w:t>
      </w:r>
      <w:r>
        <w:br/>
      </w:r>
      <w:r>
        <w:rPr>
          <w:b w:val="0"/>
          <w:i w:val="0"/>
        </w:rPr>
        <w:br/>
        <w:t>word_count: 997</w:t>
      </w:r>
    </w:p>
    <w:p>
      <w:r>
        <w:t>――――――――――――――――――――――――――――――</w:t>
      </w:r>
    </w:p>
    <w:p>
      <w:r>
        <w:rPr>
          <w:b w:val="0"/>
          <w:i w:val="0"/>
        </w:rPr>
        <w:t>NEWS MEMBERS' AREA SHOP SUBSCRIBE UPCOMING SHOWS MORE</w:t>
      </w:r>
    </w:p>
    <w:p>
      <w:r>
        <w:rPr>
          <w:b w:val="0"/>
          <w:i w:val="0"/>
        </w:rPr>
        <w:t>RETRIEVER LABRADOR</w:t>
      </w:r>
    </w:p>
    <w:p>
      <w:r>
        <w:rPr>
          <w:b w:val="0"/>
          <w:i w:val="0"/>
        </w:rPr>
        <w:t>Issue: 16/05/2014</w:t>
      </w:r>
    </w:p>
    <w:p>
      <w:r>
        <w:rPr>
          <w:b w:val="0"/>
          <w:i w:val="0"/>
        </w:rPr>
        <w:t>At the recent Midlands Counties Lab Club championship show a large Vari Kennel was an unclaimed prize. The winning ticket number was 116. Please contact club Secretary Julia Lewis via email jlewisuk@aol.com if you are the lucky holder of this ticket.</w:t>
      </w:r>
    </w:p>
    <w:p>
      <w:r>
        <w:rPr>
          <w:b w:val="0"/>
          <w:i w:val="0"/>
        </w:rPr>
        <w:t>At West of England Lab Club Open Show Pat Davies yellow bitch, Lembas Candygirl at Holmajor (Sandylands Leaps and Bounds x Sh Ch Lembas Mama Mia) went Best Bitch and Best in Show.</w:t>
      </w:r>
    </w:p>
    <w:p>
      <w:r>
        <w:rPr>
          <w:b w:val="0"/>
          <w:i w:val="0"/>
        </w:rPr>
        <w:t xml:space="preserve">Best Dog and RBIS was Penny Carpaninis black dog Carpenny Primo (Sh Ch Aust Ch Priorise  Spending Time x Carpenny Wholly).  </w:t>
      </w:r>
    </w:p>
    <w:p>
      <w:r>
        <w:rPr>
          <w:b w:val="0"/>
          <w:i w:val="0"/>
        </w:rPr>
        <w:t>The following day the Welsh Lab Club Open Show was held at Caerphilly. The results under judge Liz Peggs were a reversal of the previous day. This time Penny Carpanini's black dog Carpenny Primo went Best Dog and BIS whilst Best Bitch and RBIS was Pat Davies yellow Lembas Candygirl at Holmajor.</w:t>
      </w:r>
    </w:p>
    <w:p>
      <w:r>
        <w:rPr>
          <w:b w:val="0"/>
          <w:i w:val="0"/>
        </w:rPr>
        <w:t>Best puppy was Carpenny My Delight (Int Ch Carpenny Micah at Suttonpark x Carpenny Rilla).</w:t>
      </w:r>
    </w:p>
    <w:p>
      <w:r>
        <w:rPr>
          <w:b w:val="0"/>
          <w:i w:val="0"/>
        </w:rPr>
        <w:t>Across the water the Lab Club of Ireland held their championship show in Belfast on the 3rd</w:t>
      </w:r>
    </w:p>
    <w:p>
      <w:r>
        <w:rPr>
          <w:b w:val="0"/>
          <w:i w:val="0"/>
        </w:rPr>
        <w:t>May, the same day as the West of England Open show. Rosemary Hewitt was the judge.</w:t>
      </w:r>
    </w:p>
    <w:p>
      <w:r>
        <w:rPr>
          <w:b w:val="0"/>
          <w:i w:val="0"/>
        </w:rPr>
        <w:t>With so many breed shows that weekend the numerical entry at all three events appeared to have been somewhat affected. From an entry of 102, the Dog CC his second, and BIS was won by Vic and Janet Coles yellow Rincegrain Paddywack at Stajantor (Gallybob Quiz at Stajantor x Sh Ch Ir Ch Philipstown Liscoda).</w:t>
      </w:r>
    </w:p>
    <w:p>
      <w:r>
        <w:rPr>
          <w:b w:val="0"/>
          <w:i w:val="0"/>
        </w:rPr>
        <w:t>The Dog RCC went to Louise Lewis's yellow Crammondkirk All the Gossip JW (Follies Ivar</w:t>
      </w:r>
    </w:p>
    <w:p>
      <w:r>
        <w:rPr>
          <w:b w:val="0"/>
          <w:i w:val="0"/>
        </w:rPr>
        <w:t>x Steeleigh Express Wish at Crammondkirk)</w:t>
      </w:r>
    </w:p>
    <w:p>
      <w:r>
        <w:rPr>
          <w:b w:val="0"/>
          <w:i w:val="0"/>
        </w:rPr>
        <w:t>The Bitch CC was a second CC for Mac Percivals dark yellow Wynfaul Rosy Glow (Cebora Red Rum of Leospring x Cricklecreek Climax at Wynfaul) and the Bitch RCC was won by Fiona Braddon's yellow Trendlewood Love Chronicle (Sh Ch Brockburrow Casanova in Linjor x Trendlewood Wild Honey)</w:t>
      </w:r>
    </w:p>
    <w:p>
      <w:r>
        <w:rPr>
          <w:b w:val="0"/>
          <w:i w:val="0"/>
        </w:rPr>
        <w:t>Best Puppy was Mr and Mrs Jenkins yellow bitch Sekada Miss Bianca (Ballyduff Marius x Brigburn Violet).</w:t>
      </w:r>
    </w:p>
    <w:p>
      <w:r>
        <w:rPr>
          <w:b w:val="0"/>
          <w:i w:val="0"/>
        </w:rPr>
        <w:t>The National Dog Show was held at Stafford on Saturday 10th May. Gundogs were on the third day of the four day event. For me as newly retired show architect for the National Dog Show, which I had designed and planned for the past thirty years, it was the first time I had ever shown at the National in the lofty Pavilions and in and out rings I had first brought to the championship show scene back in the 1980s. I thought it very pleasant to be outdoors in the fresh air, yet warm and dry undercover. Having had a recent chest infection and therefore out of puff,  I will reserve judgement on running twice, round the bumpy grass ring with my lungs bursting and my artificial hip working hard to stay in place, whilst I gaited my extremely energetic, long striding black bitch. It all makes for good ringside amusement though.  Had I still been architect for the show I could have added "oxygen station" in the corner of the ring on the plan!</w:t>
      </w:r>
    </w:p>
    <w:p>
      <w:r>
        <w:rPr>
          <w:b w:val="0"/>
          <w:i w:val="0"/>
        </w:rPr>
        <w:t xml:space="preserve">Moa Persson from Sweden was the judge. From an entry of 185 the winners were Dog CC and Best of Breed, Richard Staffords home bred 2 year old yellow Farnfield Topo Gigio JW ShCM (Multi Ch Charm Blueveil Mr Darcy x Sh Ch Kimvalley Star Attraction of Farnfield JW ShCM. He is half brother to the famous Crufts dual CC winner, Sh Ch Loch Mor Romeo and won the RCC at this years show. Congratulations and what a thrill for Richard, Topo Gigio being his first home bred UK champion, having of course previously made up Topo Gigio's successful  dam, Sh Ch Kimvalley Star Attraction of Farnfield .  </w:t>
      </w:r>
    </w:p>
    <w:p>
      <w:r>
        <w:rPr>
          <w:b w:val="0"/>
          <w:i w:val="0"/>
        </w:rPr>
        <w:t xml:space="preserve">The Dog RCC went to Shaun Williamsons Sharouns Illusionist JW (Sh Ch Linjor Valentino x Lakemedow Lets Dance with  Sharouns). The Bitch CC was won by Anne Taylors black Ch Fabracken Trust in Me (Mardas Roman Republic x Ch Fabracken Remember Me). The judge later informed me that she had previously awarded Ch. F. Trust in Me her very first RCC at Darlington.  </w:t>
      </w:r>
    </w:p>
    <w:p>
      <w:r>
        <w:rPr>
          <w:b w:val="0"/>
          <w:i w:val="0"/>
        </w:rPr>
        <w:t>A great thrill for Pat Davies when her yellow bitch Lembas Candygirl at Holmajor carried on her recent successes by winning the RCC, whilst Best Puppy was Gail Dodds chocolate bitch, Oakhouse Opes and Dreams at Carriegame.</w:t>
      </w:r>
    </w:p>
    <w:p>
      <w:r>
        <w:rPr>
          <w:b w:val="0"/>
          <w:i w:val="0"/>
        </w:rPr>
        <w:t>The Metcalfes Minor Puppy dog Baileydale Hemmingway (Sh Ch Follies Ivar x Baileydale Be Bop a Lula), won the Gundog Puppy Stakes under Michael Coad.</w:t>
      </w:r>
    </w:p>
    <w:p>
      <w:r>
        <w:rPr>
          <w:b w:val="0"/>
          <w:i w:val="0"/>
        </w:rPr>
        <w:t>A date for your diary.</w:t>
      </w:r>
    </w:p>
    <w:p>
      <w:r>
        <w:rPr>
          <w:b w:val="0"/>
          <w:i w:val="0"/>
        </w:rPr>
        <w:t>The MCLRC are holding their Annual Garden Party &amp; Fun Training Day on Saturday, July 12th at Wellfield House, Orgreave,  Alrewas,  Burton upon Trent,  Staffs DE13 7DH.</w:t>
      </w:r>
    </w:p>
    <w:p>
      <w:r>
        <w:rPr>
          <w:b w:val="0"/>
          <w:i w:val="0"/>
        </w:rPr>
        <w:t xml:space="preserve">This year as well as the puppy classes 12weeks-4mths, 4mths-6mths,6mths-9mths,9mths- 12mths and veteran classes 7-10 years, 10 years+ there will be basic gundog training, an agility course, a scurry and a chance to do the Bronze Good Citizen's Scheme.  </w:t>
      </w:r>
    </w:p>
    <w:p>
      <w:r>
        <w:rPr>
          <w:b w:val="0"/>
          <w:i w:val="0"/>
        </w:rPr>
        <w:t>Party bags for all puppies and veterans. There will also be plenty of refreshments including a barbeque and hog roast, the Club Shop and a produce stall. Eye testing session by John Goodyear B.V.M.S. Cert V Ophthal M.R.C.V.S at Â£36-00 per dog.</w:t>
      </w:r>
    </w:p>
    <w:p>
      <w:r>
        <w:rPr>
          <w:b w:val="0"/>
          <w:i w:val="0"/>
        </w:rPr>
        <w:t>Not forgetting the complimentary Pimms!</w:t>
      </w:r>
    </w:p>
    <w:p>
      <w:r>
        <w:rPr>
          <w:b w:val="0"/>
          <w:i w:val="0"/>
        </w:rPr>
        <w:t>Entries taken from 12-00 with judging starting at 1-00. More details from Michael Neachell</w:t>
      </w:r>
    </w:p>
    <w:p>
      <w:r>
        <w:rPr>
          <w:b w:val="0"/>
          <w:i w:val="0"/>
        </w:rPr>
        <w:t>01283 790434</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