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- 28/03/2014 - ISSUE"</w:t>
      </w:r>
      <w:r>
        <w:br/>
      </w:r>
      <w:r>
        <w:rPr>
          <w:b w:val="0"/>
          <w:i w:val="0"/>
        </w:rPr>
        <w:br/>
        <w:t>date_original: "28/03/2014 - ISSUE"</w:t>
      </w:r>
      <w:r>
        <w:br/>
      </w:r>
      <w:r>
        <w:rPr>
          <w:b w:val="0"/>
          <w:i w:val="0"/>
        </w:rPr>
        <w:br/>
        <w:t>source_url: "https://www.ourdogs.co.uk/members/breednotes/RetrieverLabradorMain.php"</w:t>
      </w:r>
      <w:r>
        <w:br/>
      </w:r>
      <w:r>
        <w:rPr>
          <w:b w:val="0"/>
          <w:i w:val="0"/>
        </w:rPr>
        <w:br/>
        <w:t>scraped_at: "2026-09-13T15:34:32"</w:t>
      </w:r>
      <w:r>
        <w:br/>
      </w:r>
      <w:r>
        <w:rPr>
          <w:b w:val="0"/>
          <w:i w:val="0"/>
        </w:rPr>
        <w:br/>
        <w:t>word_count: 761</w:t>
      </w:r>
    </w:p>
    <w:p>
      <w:r>
        <w:t>――――――――――――――――――――――――――――――</w:t>
      </w:r>
    </w:p>
    <w:p>
      <w:r>
        <w:rPr>
          <w:b w:val="0"/>
          <w:i w:val="0"/>
        </w:rPr>
        <w:t>NEWS MEMBERS' AREA SHOP SUBSCRIBE UPCOMING SHOWS MORE</w:t>
      </w:r>
    </w:p>
    <w:p>
      <w:r>
        <w:rPr>
          <w:b w:val="0"/>
          <w:i w:val="0"/>
        </w:rPr>
        <w:t>RETRIEVER LABRADOR</w:t>
      </w:r>
    </w:p>
    <w:p>
      <w:r>
        <w:rPr>
          <w:b w:val="0"/>
          <w:i w:val="0"/>
        </w:rPr>
        <w:t>Issue: 28/03/2014</w:t>
      </w:r>
    </w:p>
    <w:p>
      <w:r>
        <w:rPr>
          <w:b w:val="0"/>
          <w:i w:val="0"/>
        </w:rPr>
        <w:t xml:space="preserve">The officers and committee of the Labrador Retriever Club have appointed their new  Secretary. The successful applicant is Rachel Williams of the Millerdan Labradors. Rachel works and shows her Labradors and is based in Rotherham, Yorkshire. She can be contacted via email: secretary@thelabradorretrieverclub.com or telephone on 01709 525985 / 07879 842734.  </w:t>
      </w:r>
    </w:p>
    <w:p>
      <w:r>
        <w:rPr>
          <w:b w:val="0"/>
          <w:i w:val="0"/>
        </w:rPr>
        <w:t xml:space="preserve">Rachel brings with her enthusiasm and a passion for the role and I am sure her in-depth business experience will also stand her in good stead. For the past twenty years she has been working in management and is currently Service Improvement Manager within the NHS. The extensive skills required in her professional life will equip her very well in her new role of Labrador Retriever Club Secretary. </w:t>
      </w:r>
    </w:p>
    <w:p>
      <w:r>
        <w:rPr>
          <w:b w:val="0"/>
          <w:i w:val="0"/>
        </w:rPr>
        <w:t xml:space="preserve">Her wish is to make a positive contribution, to give something back to the dog world and to work alongside the existing officers and committee in the day to day running of the club, which includes serving the interests of the club members, show and working, both here in the UK and overseas. </w:t>
      </w:r>
    </w:p>
    <w:p>
      <w:r>
        <w:rPr>
          <w:b w:val="0"/>
          <w:i w:val="0"/>
        </w:rPr>
        <w:t xml:space="preserve">I asked Rachel to write a few words for these notes to introduce herself to those of you who have not already met her.  </w:t>
      </w:r>
    </w:p>
    <w:p>
      <w:r>
        <w:rPr>
          <w:b w:val="0"/>
          <w:i w:val="0"/>
        </w:rPr>
        <w:t xml:space="preserve">Rachel writes: "I have always had a soft spot for the Labrador; our family had one when I was a little girl. In 2005 I decided to purchase my very own Labrador.  He was fully show-bred, but he got me hooked on gundog training. A year later, in 2006, another show bred Labrador joined our family.  He was successfully put through his paces as a potential worker and has been working with me on a local shoot during the shooting season ever since.   </w:t>
      </w:r>
    </w:p>
    <w:p>
      <w:r>
        <w:rPr>
          <w:b w:val="0"/>
          <w:i w:val="0"/>
        </w:rPr>
        <w:t xml:space="preserve">However, this dog also ignited my interest in the show-ring and I began showing in 2007.  In 2008 I purchased my foundation bitch and, three years later, in 2011, I bred my first litter. </w:t>
      </w:r>
    </w:p>
    <w:p>
      <w:r>
        <w:rPr>
          <w:b w:val="0"/>
          <w:i w:val="0"/>
        </w:rPr>
        <w:t xml:space="preserve">I kept a bitch and campaigned her to a Full UK Champion. </w:t>
      </w:r>
    </w:p>
    <w:p>
      <w:r>
        <w:rPr>
          <w:b w:val="0"/>
          <w:i w:val="0"/>
        </w:rPr>
        <w:t xml:space="preserve">All the dogs I have owned and shown have their Stud Book Numbers, and whilst showing has now become my primary focus, I have always kept an active interest in the working side of the breed, through training, working on the local shoot and competing in Working Tests, where I have also been fortunate to win awards with my champion bitch." </w:t>
      </w:r>
    </w:p>
    <w:p>
      <w:r>
        <w:rPr>
          <w:b w:val="0"/>
          <w:i w:val="0"/>
        </w:rPr>
        <w:t xml:space="preserve">We wish Rachel all success and many very happy years in her new role. </w:t>
      </w:r>
    </w:p>
    <w:p>
      <w:r>
        <w:rPr>
          <w:b w:val="0"/>
          <w:i w:val="0"/>
        </w:rPr>
        <w:t xml:space="preserve">At last, I have seen a positive benefit of Facebook. Mary Roslin Williams marvelous talk to the Kent Surrey and Sussex Lab Club, nearly thirty years ago, in 1986, was put on Facebook last week and widely circulated. Every single person who ever intends to breed, show or judge Labradors should listen to the amusing yet very informative talk and understand and remember every single point.  </w:t>
      </w:r>
    </w:p>
    <w:p>
      <w:r>
        <w:rPr>
          <w:b w:val="0"/>
          <w:i w:val="0"/>
        </w:rPr>
        <w:t xml:space="preserve">I had forgotten how excellent Mary's talks were. In her true jocular yet practical and straightforward way she leads the listener through the construction of the Labrador and the reason why the construction is like it is; something which is not always understood. For example why necks must be longer on the top than underneath; the other way round being a bad fault in an animal which has to bend low, pick up and carry heavy game. If the neck is on the wrong way, longer underneath than on top, the dog cannot function properly. She discusses the intricacies of the shoulder and upper arm and explains why top-lines must be level not sagging or sloping off towards the tail when viewed in profile; why front angulation is as it is in the Labrador as opposed to hounds which have more upright upper arms as their job is not to pick up but to scent with their noses. I could go on and on, it is so good to hear once again and for the first time I thoroughly recommend Facebook if only to hear this wonderful talk. You will be entranced. </w:t>
      </w:r>
    </w:p>
    <w:p>
      <w:r>
        <w:rPr>
          <w:b w:val="0"/>
          <w:i w:val="0"/>
        </w:rPr>
        <w:t xml:space="preserve">Ann Britton </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