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 Jun 2003"</w:t>
      </w:r>
      <w:r>
        <w:br/>
      </w:r>
      <w:r>
        <w:rPr>
          <w:b w:val="0"/>
          <w:i w:val="0"/>
        </w:rPr>
        <w:br/>
        <w:t>date_original: "06 Jun 2003"</w:t>
      </w:r>
      <w:r>
        <w:br/>
      </w:r>
      <w:r>
        <w:rPr>
          <w:b w:val="0"/>
          <w:i w:val="0"/>
        </w:rPr>
        <w:br/>
        <w:t>source_url: "https://www.ourdogs.co.uk/members/breednotes/2003/RetrieverLabrador/RetrieverLabrador-jun06.htm"</w:t>
      </w:r>
      <w:r>
        <w:br/>
      </w:r>
      <w:r>
        <w:rPr>
          <w:b w:val="0"/>
          <w:i w:val="0"/>
        </w:rPr>
        <w:br/>
        <w:t>archive_type: "static_html"</w:t>
      </w:r>
      <w:r>
        <w:br/>
      </w:r>
      <w:r>
        <w:rPr>
          <w:b w:val="0"/>
          <w:i w:val="0"/>
        </w:rPr>
        <w:br/>
        <w:t>scraped_at: "2026-09-13T22:16:33"</w:t>
      </w:r>
      <w:r>
        <w:br/>
      </w:r>
      <w:r>
        <w:rPr>
          <w:b w:val="0"/>
          <w:i w:val="0"/>
        </w:rPr>
        <w:br/>
        <w:t>word_count: 758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As I struggled into Bath Championship Show on the second day, (having parked in a surprisingly dry and undamaged car-park), carrying waterproof show bag, waterproofs for yellow dogs, rain-hat, wellies, sturdy raincoat, extra dry clothing, socks and shoes (for wearing after the anticipated soaking), umbrella, etc, all based on the horrible wet monsoon weather, which is normally doled out to poor Bath, little did I think that I would be walking out with it all totally unused!</w:t>
      </w:r>
    </w:p>
    <w:p>
      <w:r>
        <w:rPr>
          <w:b w:val="0"/>
          <w:i w:val="0"/>
        </w:rPr>
        <w:t>For once, Gundog day at Bath was blessed with lovely dry weather. I even purchased my first ice-cream of the year. The sun shone, the temperature was perfect and it made for a most enjoyable day.</w:t>
      </w:r>
    </w:p>
    <w:p>
      <w:r>
        <w:rPr>
          <w:b w:val="0"/>
          <w:i w:val="0"/>
        </w:rPr>
        <w:t>The judges were Sheila Walton (Dogs) and Mr Norman Smith (Bitches) and there was an entry of 92 Dogs and 148 Bitches.</w:t>
      </w:r>
    </w:p>
    <w:p>
      <w:r>
        <w:rPr>
          <w:b w:val="0"/>
          <w:i w:val="0"/>
        </w:rPr>
        <w:t>The scheduling of the dogs and bitches, each with their own ring, was a change from that to which we have become accustomed, with the smaller entry of dogs starting first, at 10am and the larger entry of bitches starting second, after 11am, which meant the dog ring was soon finished and for the many visitors from overseas, gathering for the Labrador Centennial events starting next week, there were only bitches to watch for most of the time.</w:t>
      </w:r>
    </w:p>
    <w:p>
      <w:r>
        <w:rPr>
          <w:b w:val="0"/>
          <w:i w:val="0"/>
        </w:rPr>
        <w:t>However, we had a lovely big rings and the show was set out to its usual meticulous standard with the attractive covered Best in Show Pavilion as a back-drop.</w:t>
      </w:r>
    </w:p>
    <w:p>
      <w:r>
        <w:rPr>
          <w:b w:val="0"/>
          <w:i w:val="0"/>
        </w:rPr>
        <w:t>Penny Carpanini’s husband Reg had sadly passed away two weeks previously after a short illness, but she has bravely picked up the dog-showing reins again and was rewarded with the double, winning both Dog and Bitch CCs and in the process making up her black bitch Sh Ch Carpenny Whist (Hawksmoors Webster ex Sh Ch Carpenny Rustina).</w:t>
      </w:r>
    </w:p>
    <w:p>
      <w:r>
        <w:rPr>
          <w:b w:val="0"/>
          <w:i w:val="0"/>
        </w:rPr>
        <w:t>The results were Dog CC and Best of Breed, Penny Carpanini’s yellow Ch Carpenny Anchorman, who had won 2nd in a Field Trial only the previous day, handled by Joy Venturi Rose. The Res Dog CC was won by Vic and Janet Cole’s yellow, Sh Ch Stajantors Robin.</w:t>
      </w:r>
    </w:p>
    <w:p>
      <w:r>
        <w:rPr>
          <w:b w:val="0"/>
          <w:i w:val="0"/>
        </w:rPr>
        <w:t>The Bitch CC was won by Penny Carpanini’s black, Carpenny Whist and the Res Bitch CC went to Fiona Braddons black Trendlewood Catatonia, her 2nd RCC, I believe, from this judge.</w:t>
      </w:r>
    </w:p>
    <w:p>
      <w:r>
        <w:rPr>
          <w:b w:val="0"/>
          <w:i w:val="0"/>
        </w:rPr>
        <w:t>Best Puppy was Marilyn Prior’s yellow Priorise Tapdances.</w:t>
      </w:r>
    </w:p>
    <w:p>
      <w:r>
        <w:rPr>
          <w:b w:val="0"/>
          <w:i w:val="0"/>
        </w:rPr>
        <w:t>Ann Britton</w:t>
      </w:r>
      <w:r>
        <w:br/>
      </w:r>
      <w:r>
        <w:rPr>
          <w:b w:val="0"/>
          <w:i w:val="0"/>
        </w:rPr>
        <w:br/>
        <w:t>01989 720665</w:t>
      </w:r>
      <w:r>
        <w:br/>
      </w:r>
      <w:r>
        <w:rPr>
          <w:b w:val="0"/>
          <w:i w:val="0"/>
        </w:rPr>
        <w:br/>
        <w:t>Fax 01989 720550</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