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
        <w:t>――――――――――――――――――――――――――――――</w:t>
      </w:r>
    </w:p>
    <w:p>
      <w:r>
        <w:rPr>
          <w:b w:val="0"/>
          <w:i w:val="0"/>
        </w:rPr>
        <w:t>title: "Labrador Breed Notes - 01/02/2019 - ISSUE"</w:t>
      </w:r>
      <w:r>
        <w:br/>
      </w:r>
      <w:r>
        <w:rPr>
          <w:b w:val="0"/>
          <w:i w:val="0"/>
        </w:rPr>
        <w:br/>
        <w:t>date_original: "01/02/2019 - ISSUE"</w:t>
      </w:r>
      <w:r>
        <w:br/>
      </w:r>
      <w:r>
        <w:rPr>
          <w:b w:val="0"/>
          <w:i w:val="0"/>
        </w:rPr>
        <w:br/>
        <w:t>source_url: "https://www.ourdogs.co.uk/members/breednotes/RetrieverLabradorMain.php"</w:t>
      </w:r>
      <w:r>
        <w:br/>
      </w:r>
      <w:r>
        <w:rPr>
          <w:b w:val="0"/>
          <w:i w:val="0"/>
        </w:rPr>
        <w:br/>
        <w:t>scraped_at: "2026-09-13T15:21:08"</w:t>
      </w:r>
      <w:r>
        <w:br/>
      </w:r>
      <w:r>
        <w:rPr>
          <w:b w:val="0"/>
          <w:i w:val="0"/>
        </w:rPr>
        <w:br/>
        <w:t>word_count: 1647</w:t>
      </w:r>
    </w:p>
    <w:p>
      <w:r>
        <w:t>――――――――――――――――――――――――――――――</w:t>
      </w:r>
    </w:p>
    <w:p>
      <w:r>
        <w:rPr>
          <w:b w:val="0"/>
          <w:i w:val="0"/>
        </w:rPr>
        <w:t>NEWS MEMBERS' AREA SHOP SUBSCRIBE UPCOMING SHOWS MORE</w:t>
      </w:r>
    </w:p>
    <w:p>
      <w:r>
        <w:rPr>
          <w:b w:val="0"/>
          <w:i w:val="0"/>
        </w:rPr>
        <w:t>RETRIEVER LABRADOR</w:t>
      </w:r>
    </w:p>
    <w:p>
      <w:r>
        <w:rPr>
          <w:b w:val="0"/>
          <w:i w:val="0"/>
        </w:rPr>
        <w:t>Issue: 01/02/2019</w:t>
      </w:r>
    </w:p>
    <w:p>
      <w:r>
        <w:rPr>
          <w:b w:val="0"/>
          <w:i w:val="0"/>
        </w:rPr>
        <w:t xml:space="preserve">Last Sunday dawned bitterly cold with a fierce, howling wind blowing, which completely stripped any remaining leaves off the trees. It was not encouraging weather to spend time outdoors. So once my dogs were exercised and back into their cosy warm quarters, I came indoors and indulged in a visit down memory lane and a walk through Labrador breed history. </w:t>
      </w:r>
    </w:p>
    <w:p>
      <w:r>
        <w:rPr>
          <w:b w:val="0"/>
          <w:i w:val="0"/>
        </w:rPr>
        <w:t>I turned on my iPad and listened to the late Mary Roslin Williams wonderful talk to the members of Kent Surrey and Sussex Lab Club back in 1986. It is now available to watch in comfort, online via YouTube.com.</w:t>
      </w:r>
    </w:p>
    <w:p>
      <w:r>
        <w:rPr>
          <w:b w:val="0"/>
          <w:i w:val="0"/>
        </w:rPr>
        <w:t xml:space="preserve">Boy, did she talk sense. She was such a positive knowledgeable, no nonsense, character and had a wonderfully simple, bright and humorous way of explaining things. </w:t>
      </w:r>
    </w:p>
    <w:p>
      <w:r>
        <w:rPr>
          <w:b w:val="0"/>
          <w:i w:val="0"/>
        </w:rPr>
        <w:t xml:space="preserve">Frankly, I think anyone who ever aspires to show, breed or judge Labradors should be encouraged to tick a box in a potential new seminar,  "Training to be a Labrador Judge" to say they have listened to Marys talk over and over again and having done so, now completely understand its content. </w:t>
      </w:r>
    </w:p>
    <w:p>
      <w:r>
        <w:rPr>
          <w:b w:val="0"/>
          <w:i w:val="0"/>
        </w:rPr>
        <w:t>As I see it, whatever the breed, throughout the dog showing world, bar the current required "tick-box, attend once and never again, breed specific seminar", the modern canine fraternity seem to have turned away from the quest for breed knowledge and the daily reading and learning from whatever source of breed literature that we used to lay our hands on and mentally consume. Read, learn and inwardly digest. Its gone!</w:t>
      </w:r>
    </w:p>
    <w:p>
      <w:r>
        <w:rPr>
          <w:b w:val="0"/>
          <w:i w:val="0"/>
        </w:rPr>
        <w:t xml:space="preserve">The latest generation appear to have become almost self-taught, purely from watching and chatting with their pals ringside: few appear to read books; any tutoring coming from watching what last weeks judge selected as winners and assuming that if a dog wins, then it must surely be completely right. Thus they aim to follow that "type".  As the song goes, "It Aint necessarily so!" </w:t>
      </w:r>
    </w:p>
    <w:p>
      <w:r>
        <w:rPr>
          <w:b w:val="0"/>
          <w:i w:val="0"/>
        </w:rPr>
        <w:t>Mary Roslin Williams detailed her thoughts on the Labrador, a dog whom she felt should really be named the Labrador Water Dog. This name was because the dogs main requirement was to work for hours in water, in freezing cold conditions, say in the icy waters off Canada and hence the requirements for a fully waterproof double coat, not just a strip along its spine but all over its body, including undercarriage and around it legs. She bemoaned the fact that some modern Labradors refused to even enter water.</w:t>
      </w:r>
    </w:p>
    <w:p>
      <w:r>
        <w:rPr>
          <w:b w:val="0"/>
          <w:i w:val="0"/>
        </w:rPr>
        <w:t xml:space="preserve">She amusingly discussed the various crosses with other breeds, Mrs Wormolds accidental Chow-Lab cross, one of which evidently won a field trial: the Hound and Pointer crosses with less angulated upper arm and more upright fronts, which gave those breeds the required high head carriage, such  a lofty  head carriage being completely wrong for a Labrador, required for lifting heavy game. That ease of ability is only acquired by ninety degree angulation at the point of shoulder. </w:t>
      </w:r>
    </w:p>
    <w:p>
      <w:r>
        <w:rPr>
          <w:b w:val="0"/>
          <w:i w:val="0"/>
        </w:rPr>
        <w:t>Of the Golden Retriever crosses, she had talked to me at length in the past, believing that the modern attractive jet black nose was actually alien to the pure yellow Labrador but did in fact come from the post- war Golden Retriever/ Labrador crosses whose kennels she had visited.</w:t>
      </w:r>
    </w:p>
    <w:p>
      <w:r>
        <w:rPr>
          <w:b w:val="0"/>
          <w:i w:val="0"/>
        </w:rPr>
        <w:t xml:space="preserve">The Flatcoat Retriever crosses were responsible for the finer heads and profuse plumage on the tail and hind quarters, which excess hair she watched exhibitors eagerly trimming from their dogs in an attempt to make them look more like a "pure Labrador". </w:t>
      </w:r>
    </w:p>
    <w:p>
      <w:r>
        <w:rPr>
          <w:b w:val="0"/>
          <w:i w:val="0"/>
        </w:rPr>
        <w:t>Field trial breeders used the Greyhound cross for speed and thus acquired the narrow, Whippety heads on their Labradors.</w:t>
      </w:r>
    </w:p>
    <w:p>
      <w:r>
        <w:rPr>
          <w:b w:val="0"/>
          <w:i w:val="0"/>
        </w:rPr>
        <w:t>Along with these various crosses with other breeds, sadly came additional health problems for the Labrador breeder to avoid, as has now happened with the Labradoodle.</w:t>
      </w:r>
    </w:p>
    <w:p>
      <w:r>
        <w:rPr>
          <w:b w:val="0"/>
          <w:i w:val="0"/>
        </w:rPr>
        <w:t xml:space="preserve">Marys talk is so interesting. Explanations as to why the eyes should not be black and why the dogs should look at you with honesty, direct, eye to eye, not glancing off in a shifty sideways manner. Why the neck should be longer over the top and shorter underneath, why the back should not be too short, only the coupling required to be short. Why the top-line is level and never sagging or sloping from withers to the tail. Why the cannon bone in the hind legs is naturally vertical and never over-angulated or stuck out miles behind the dog. The opposite, sickle hocks, forward under the dog like a Russian sickle are equally wrong. </w:t>
      </w:r>
    </w:p>
    <w:p>
      <w:r>
        <w:rPr>
          <w:b w:val="0"/>
          <w:i w:val="0"/>
        </w:rPr>
        <w:t xml:space="preserve">Many, many more items were covered. </w:t>
      </w:r>
    </w:p>
    <w:p>
      <w:r>
        <w:rPr>
          <w:b w:val="0"/>
          <w:i w:val="0"/>
        </w:rPr>
        <w:t xml:space="preserve">The talk on YouTub.com must be about 45 minutes long, so charge up your iPad or computer, get a cup of coffee and settle down to listen and learn. </w:t>
      </w:r>
    </w:p>
    <w:p>
      <w:r>
        <w:rPr>
          <w:b w:val="0"/>
          <w:i w:val="0"/>
        </w:rPr>
        <w:t xml:space="preserve">Then having done that, get hold of copies of Mary Roslin Williams three wonderful books on the Labrador and read them from cover to cover.  The Dual Purpose Labrador published in 1969; All About the Labrador published in 1975 and Advanced Labrador Breeding published in 1988. They are easy to understand. You will be enlightened. We still call them the Labrador Bibles. I am sure Richard Edwards will have universally prized copies for sale should you want to purchase one to keep a piece of Labrador history and education for yourself. Thinking about it, I may have spare copies myself. </w:t>
      </w:r>
    </w:p>
    <w:p>
      <w:r>
        <w:rPr>
          <w:b w:val="0"/>
          <w:i w:val="0"/>
        </w:rPr>
        <w:t>It was ironic that Anne Taylors LKA judging critique came out in Our Dogs a couple of days ago. Anne has quietly bred, shown and made up black and yellow champions over many years. She is a well-respected judge and a very good writer on the breed at home and abroad. Along with several of us senior breeders, she too has noted how the show Labrador has varied from the long established norm over the most recent years. Not always for the best. Lets hope we can get things back on track.</w:t>
      </w:r>
    </w:p>
    <w:p>
      <w:r>
        <w:rPr>
          <w:b w:val="0"/>
          <w:i w:val="0"/>
        </w:rPr>
        <w:t>Ann  Taylor writes in her preamble:- "Having attended very few shows during the last few years I think it was easier to be objective about what I saw today. We have things to work on in the breed, there is no doubt about it.</w:t>
      </w:r>
    </w:p>
    <w:p>
      <w:r>
        <w:rPr>
          <w:b w:val="0"/>
          <w:i w:val="0"/>
        </w:rPr>
        <w:t>One point is that as a breed evolves over the years; the people coming into it think that what they see winning in the show-ring is actually correct. That is not always so!</w:t>
      </w:r>
    </w:p>
    <w:p>
      <w:r>
        <w:rPr>
          <w:b w:val="0"/>
          <w:i w:val="0"/>
        </w:rPr>
        <w:t xml:space="preserve">Can I suggest that people new to any breed look back at any old books, yearbooks and photographs which they can get hold of.  Study the dogs carefully and compare them with what they may be seeing in the ring today. </w:t>
      </w:r>
    </w:p>
    <w:p>
      <w:r>
        <w:rPr>
          <w:b w:val="0"/>
          <w:i w:val="0"/>
        </w:rPr>
        <w:t xml:space="preserve">Also don't necessarily use the 'in' stud dogs. I know they probably give you a good idea of what they are producing, more than the little used dog, but you need to assess your bitch objectively, look at where she is good and where she fails. Then try and find a stud dog who excels where she fails, and also look at what is behind him and does it also excel where she needs improvement. </w:t>
      </w:r>
    </w:p>
    <w:p>
      <w:r>
        <w:rPr>
          <w:b w:val="0"/>
          <w:i w:val="0"/>
        </w:rPr>
        <w:t xml:space="preserve">The main points needing improvement today were heads/expressions, shoulders and coats. </w:t>
      </w:r>
    </w:p>
    <w:p>
      <w:r>
        <w:rPr>
          <w:b w:val="0"/>
          <w:i w:val="0"/>
        </w:rPr>
        <w:t xml:space="preserve">So many expressions that by no stretch of the imagination looked at me as a Labrador should. Eye colour I had to give some leeway on as the lighting made pupils dilate and so colour was pretty much impossible to assess. Time and time again I have read critiques praising 'good dark eye'. </w:t>
      </w:r>
    </w:p>
    <w:p>
      <w:r>
        <w:rPr>
          <w:b w:val="0"/>
          <w:i w:val="0"/>
        </w:rPr>
        <w:t xml:space="preserve">A dark eye in a Labrador is NOT correct. It makes the expression become totally blank. </w:t>
      </w:r>
    </w:p>
    <w:p>
      <w:r>
        <w:rPr>
          <w:b w:val="0"/>
          <w:i w:val="0"/>
        </w:rPr>
        <w:t xml:space="preserve">The eye should be brown or hazel. There are too many that are so dark that they appear to be nearly black. </w:t>
      </w:r>
    </w:p>
    <w:p>
      <w:r>
        <w:rPr>
          <w:b w:val="0"/>
          <w:i w:val="0"/>
        </w:rPr>
        <w:t xml:space="preserve">The eye is the way we 'see into' our dogs. It tells us many things about them. </w:t>
      </w:r>
    </w:p>
    <w:p>
      <w:r>
        <w:rPr>
          <w:b w:val="0"/>
          <w:i w:val="0"/>
        </w:rPr>
        <w:t xml:space="preserve">Shoulders have been poor for many years now, especially length of upper-arm. The dog cannot move correctly with a short upper-arm. </w:t>
      </w:r>
    </w:p>
    <w:p>
      <w:r>
        <w:rPr>
          <w:b w:val="0"/>
          <w:i w:val="0"/>
        </w:rPr>
        <w:t xml:space="preserve">If you don't understand angles by numbers, the simple way to assess a shoulder is to take a line from the ground up through the foreleg and it should end up at the withers, NOT part way up the dogs neck. </w:t>
      </w:r>
    </w:p>
    <w:p>
      <w:r>
        <w:rPr>
          <w:b w:val="0"/>
          <w:i w:val="0"/>
        </w:rPr>
        <w:t xml:space="preserve">Coats were very disappointing and we can't excuse them due to hot weather, we are in the middle of winter. I found no more than a handful of really good dense undercoats with a hard feeling topcoat. </w:t>
      </w:r>
    </w:p>
    <w:p>
      <w:r>
        <w:rPr>
          <w:b w:val="0"/>
          <w:i w:val="0"/>
        </w:rPr>
        <w:t xml:space="preserve">Hard not harsh (different thing). The coat is a very important feature of the breed, we must try and select for good coats. </w:t>
      </w:r>
    </w:p>
    <w:p>
      <w:r>
        <w:rPr>
          <w:b w:val="0"/>
          <w:i w:val="0"/>
        </w:rPr>
        <w:t xml:space="preserve">There were some positive points in today's entry. I did feel not as many dogs were severely overweight. Also there were more dogs with a better length of leg and not as deep in chest, especially in the younger classes, as last time I judged. Our breed is noted as having too short a leg and this is true in many cases, but equally this can be made to look worse by having too much chest depth. This will restrict the ability to be flexible and athletic. Bone isn't quite as overly heavy as it was becoming. Good. </w:t>
      </w:r>
    </w:p>
    <w:p>
      <w:r>
        <w:rPr>
          <w:b w:val="0"/>
          <w:i w:val="0"/>
        </w:rPr>
        <w:t>Ann Taylor (Fabracken)."</w:t>
      </w:r>
    </w:p>
    <w:p>
      <w:r>
        <w:rPr>
          <w:b w:val="0"/>
          <w:i w:val="0"/>
        </w:rPr>
        <w:t xml:space="preserve">Hopefully, you have enjoyed the foregoing.  If the next generation reads and assimilates this information from two of our most respected breeders, we older breeders may relax and know the Labrador as we recognise him, will remain in safe hands in the future. </w:t>
      </w:r>
    </w:p>
    <w:p>
      <w:r>
        <w:rPr>
          <w:b w:val="0"/>
          <w:i w:val="0"/>
        </w:rPr>
        <w:t xml:space="preserve">Ann Britton </w:t>
      </w:r>
    </w:p>
    <w:p>
      <w:r>
        <w:rPr>
          <w:b w:val="0"/>
          <w:i w:val="0"/>
        </w:rPr>
        <w:t xml:space="preserve">01989720665 </w:t>
      </w:r>
    </w:p>
    <w:p>
      <w:r>
        <w:rPr>
          <w:b w:val="0"/>
          <w:i w:val="0"/>
        </w:rPr>
        <w:t>email bowstones@btinternet.com</w:t>
      </w:r>
    </w:p>
    <w:p>
      <w:r>
        <w:rPr>
          <w:b w:val="0"/>
          <w:i w:val="0"/>
        </w:rPr>
        <w:t>Back to Archive</w:t>
      </w:r>
    </w:p>
    <w:p>
      <w:r>
        <w:rPr>
          <w:b w:val="0"/>
          <w:i w:val="0"/>
        </w:rPr>
        <w:t>Back to Breed Notes Index</w:t>
      </w:r>
    </w:p>
    <w:p>
      <w:r>
        <w:rPr>
          <w:b w:val="0"/>
          <w:i w:val="0"/>
        </w:rPr>
        <w:t>Tel</w:t>
      </w:r>
      <w:r>
        <w:br/>
      </w:r>
      <w:r>
        <w:rPr>
          <w:b w:val="0"/>
          <w:i w:val="0"/>
        </w:rPr>
        <w:br/>
        <w:t>0161 709 4550</w:t>
      </w:r>
      <w:r>
        <w:br/>
      </w:r>
      <w:r>
        <w:rPr>
          <w:b w:val="0"/>
          <w:i w:val="0"/>
        </w:rPr>
        <w:br/>
        <w:t>Advertising</w:t>
      </w:r>
      <w:r>
        <w:br/>
      </w:r>
      <w:r>
        <w:rPr>
          <w:b w:val="0"/>
          <w:i w:val="0"/>
        </w:rPr>
        <w:br/>
        <w:t>0161 709 4576</w:t>
      </w:r>
      <w:r>
        <w:br/>
      </w:r>
      <w:r>
        <w:rPr>
          <w:b w:val="0"/>
          <w:i w:val="0"/>
        </w:rPr>
        <w:br/>
        <w:t>Editorial</w:t>
      </w:r>
      <w:r>
        <w:br/>
      </w:r>
      <w:r>
        <w:rPr>
          <w:b w:val="0"/>
          <w:i w:val="0"/>
        </w:rPr>
        <w:br/>
        <w:t>0161 709 4550</w:t>
      </w:r>
      <w:r>
        <w:br/>
      </w:r>
      <w:r>
        <w:rPr>
          <w:b w:val="0"/>
          <w:i w:val="0"/>
        </w:rPr>
        <w:br/>
        <w:t>Subscriptions</w:t>
      </w:r>
      <w:r>
        <w:br/>
      </w:r>
      <w:r>
        <w:rPr>
          <w:b w:val="0"/>
          <w:i w:val="0"/>
        </w:rPr>
        <w:br/>
        <w:t>0161 709 4559</w:t>
      </w:r>
      <w:r>
        <w:br/>
      </w:r>
      <w:r>
        <w:rPr>
          <w:b w:val="0"/>
          <w:i w:val="0"/>
        </w:rPr>
        <w:br/>
        <w:t>Mail Order</w:t>
      </w:r>
      <w:r>
        <w:br/>
      </w:r>
      <w:r>
        <w:rPr>
          <w:b w:val="0"/>
          <w:i w:val="0"/>
        </w:rPr>
        <w:br/>
        <w:t>0161 709 4562</w:t>
      </w:r>
      <w:r>
        <w:br/>
      </w:r>
      <w:r>
        <w:rPr>
          <w:b w:val="0"/>
          <w:i w:val="0"/>
        </w:rPr>
        <w:br/>
        <w:t>Show Reports</w:t>
      </w:r>
      <w:r>
        <w:br/>
      </w:r>
      <w:r>
        <w:rPr>
          <w:b w:val="0"/>
          <w:i w:val="0"/>
        </w:rPr>
        <w:br/>
        <w:t>0161 709 4571</w:t>
      </w:r>
      <w:r>
        <w:br/>
      </w:r>
      <w:r>
        <w:rPr>
          <w:b w:val="0"/>
          <w:i w:val="0"/>
        </w:rPr>
        <w:br/>
        <w:t>SEND YOUR REPORT</w:t>
      </w:r>
      <w:r>
        <w:br/>
      </w:r>
      <w:r>
        <w:rPr>
          <w:b w:val="0"/>
          <w:i w:val="0"/>
        </w:rPr>
        <w:br/>
        <w:t>Competitions</w:t>
      </w:r>
      <w:r>
        <w:br/>
      </w:r>
      <w:r>
        <w:rPr>
          <w:b w:val="0"/>
          <w:i w:val="0"/>
        </w:rPr>
        <w:br/>
        <w:t>TOP DOG</w:t>
      </w:r>
      <w:r>
        <w:br/>
      </w:r>
      <w:r>
        <w:rPr>
          <w:b w:val="0"/>
          <w:i w:val="0"/>
        </w:rPr>
        <w:br/>
        <w:t>TOP PUPPY</w:t>
      </w:r>
      <w:r>
        <w:br/>
      </w:r>
      <w:r>
        <w:rPr>
          <w:b w:val="0"/>
          <w:i w:val="0"/>
        </w:rPr>
        <w:br/>
        <w:t>TOP BREEDER</w:t>
      </w:r>
      <w:r>
        <w:br/>
      </w:r>
      <w:r>
        <w:rPr>
          <w:b w:val="0"/>
          <w:i w:val="0"/>
        </w:rPr>
        <w:br/>
        <w:t>TOP STUD</w:t>
      </w:r>
      <w:r>
        <w:br/>
      </w:r>
      <w:r>
        <w:rPr>
          <w:b w:val="0"/>
          <w:i w:val="0"/>
        </w:rPr>
        <w:br/>
        <w:t>TOP BROOD</w:t>
      </w:r>
      <w:r>
        <w:br/>
      </w:r>
      <w:r>
        <w:rPr>
          <w:b w:val="0"/>
          <w:i w:val="0"/>
        </w:rPr>
        <w:br/>
        <w:t>Members' Area</w:t>
      </w:r>
      <w:r>
        <w:br/>
      </w:r>
      <w:r>
        <w:rPr>
          <w:b w:val="0"/>
          <w:i w:val="0"/>
        </w:rPr>
        <w:br/>
        <w:t>BREED NOTES</w:t>
      </w:r>
      <w:r>
        <w:br/>
      </w:r>
      <w:r>
        <w:rPr>
          <w:b w:val="0"/>
          <w:i w:val="0"/>
        </w:rPr>
        <w:br/>
        <w:t>CHAMP SHOWS</w:t>
      </w:r>
      <w:r>
        <w:br/>
      </w:r>
      <w:r>
        <w:rPr>
          <w:b w:val="0"/>
          <w:i w:val="0"/>
        </w:rPr>
        <w:br/>
        <w:t>GENERAL SHOWS</w:t>
      </w:r>
      <w:r>
        <w:br/>
      </w:r>
      <w:r>
        <w:rPr>
          <w:b w:val="0"/>
          <w:i w:val="0"/>
        </w:rPr>
        <w:br/>
        <w:t>REGULAR FEATURES</w:t>
      </w:r>
      <w:r>
        <w:br/>
      </w:r>
      <w:r>
        <w:rPr>
          <w:b w:val="0"/>
          <w:i w:val="0"/>
        </w:rPr>
        <w:br/>
        <w:t>DIGITAL EDITION</w:t>
      </w:r>
      <w:r>
        <w:br/>
      </w:r>
      <w:r>
        <w:rPr>
          <w:b w:val="0"/>
          <w:i w:val="0"/>
        </w:rPr>
        <w:br/>
        <w:t>Sign up for our newsletter</w:t>
      </w:r>
      <w:r>
        <w:br/>
      </w:r>
      <w:r>
        <w:rPr>
          <w:b w:val="0"/>
          <w:i w:val="0"/>
        </w:rPr>
        <w:br/>
        <w:t>Subscribe</w:t>
      </w:r>
      <w:r>
        <w:br/>
      </w:r>
      <w:r>
        <w:rPr>
          <w:b w:val="0"/>
          <w:i w:val="0"/>
        </w:rPr>
        <w:br/>
        <w:t>Follow Us</w:t>
      </w:r>
    </w:p>
    <w:p>
      <w:r>
        <w:rPr>
          <w:b w:val="0"/>
          <w:i w:val="0"/>
        </w:rPr>
        <w:t>© Our Dogs Publishing All Rights Reserved. | Privacy Policy</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Aptos" w:hAnsi="Aptos"/>
      <w:sz w:val="22"/>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