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- 13/09/2019 - ISSUE"</w:t>
      </w:r>
      <w:r>
        <w:br/>
      </w:r>
      <w:r>
        <w:rPr>
          <w:b w:val="0"/>
          <w:i w:val="0"/>
        </w:rPr>
        <w:br/>
        <w:t>date_original: "13/09/2019 - ISSUE"</w:t>
      </w:r>
      <w:r>
        <w:br/>
      </w:r>
      <w:r>
        <w:rPr>
          <w:b w:val="0"/>
          <w:i w:val="0"/>
        </w:rPr>
        <w:br/>
        <w:t>source_url: "https://www.ourdogs.co.uk/members/breednotes/RetrieverLabradorMain.php"</w:t>
      </w:r>
      <w:r>
        <w:br/>
      </w:r>
      <w:r>
        <w:rPr>
          <w:b w:val="0"/>
          <w:i w:val="0"/>
        </w:rPr>
        <w:br/>
        <w:t>scraped_at: "2026-09-13T15:19:22"</w:t>
      </w:r>
      <w:r>
        <w:br/>
      </w:r>
      <w:r>
        <w:rPr>
          <w:b w:val="0"/>
          <w:i w:val="0"/>
        </w:rPr>
        <w:br/>
        <w:t>word_count: 1530</w:t>
      </w:r>
    </w:p>
    <w:p>
      <w:r>
        <w:t>――――――――――――――――――――――――――――――</w:t>
      </w:r>
    </w:p>
    <w:p>
      <w:r>
        <w:rPr>
          <w:b w:val="0"/>
          <w:i w:val="0"/>
        </w:rPr>
        <w:t>NEWS MEMBERS' AREA SHOP SUBSCRIBE UPCOMING SHOWS MORE</w:t>
      </w:r>
    </w:p>
    <w:p>
      <w:r>
        <w:rPr>
          <w:b w:val="0"/>
          <w:i w:val="0"/>
        </w:rPr>
        <w:t>RETRIEVER LABRADOR</w:t>
      </w:r>
    </w:p>
    <w:p>
      <w:r>
        <w:rPr>
          <w:b w:val="0"/>
          <w:i w:val="0"/>
        </w:rPr>
        <w:t>Issue: 13/09/2019</w:t>
      </w:r>
    </w:p>
    <w:p>
      <w:r>
        <w:rPr>
          <w:b w:val="0"/>
          <w:i w:val="0"/>
        </w:rPr>
        <w:t>Regarding Dog Theft. Once you have read the following, I do hope you will feel able to sign the online Petition https:/petition.parliament.uk/petitions/244530 and get appropriate sentencing put in place to stop this heinous crime.</w:t>
      </w:r>
    </w:p>
    <w:p>
      <w:r>
        <w:rPr>
          <w:b w:val="0"/>
          <w:i w:val="0"/>
        </w:rPr>
        <w:t>Last week I reported on Facebook and here in the Our Dogs Breed notes, the theft of one of two 9 year old lurcher bitches owned by a popular, elderly villager here in Herefordshire during a Saturday lunchtime distraction burglary at his rural home. The lurcher, Midge, was subsequently found a week later 70 miles away. In fact two more  dogs were stolen at the same time from other local properties on that Saturday lunchtime. One of those is now dead. What I did not report was that the lurchers owner is now also dead from the shock and distress of the crime.</w:t>
      </w:r>
    </w:p>
    <w:p>
      <w:r>
        <w:rPr>
          <w:b w:val="0"/>
          <w:i w:val="0"/>
        </w:rPr>
        <w:t xml:space="preserve">He went to school in the village and later was the farm stockman, a countryman and animal lover through and through until he retired. He was not in the strongest of heath following his wifeÃ¢â‚¬â„¢s recent passing. Tragically the shock of the theft of one of his two adored lurchers resulted in him collapsing and being rushed to hospital the morning after the theft, where despite intensive treatment he tragically died ten days later. </w:t>
      </w:r>
    </w:p>
    <w:p>
      <w:r>
        <w:rPr>
          <w:b w:val="0"/>
          <w:i w:val="0"/>
        </w:rPr>
        <w:t xml:space="preserve">In life there are certain moments one never forgets. </w:t>
      </w:r>
    </w:p>
    <w:p>
      <w:r>
        <w:rPr>
          <w:b w:val="0"/>
          <w:i w:val="0"/>
        </w:rPr>
        <w:t xml:space="preserve">As readers will know from last weekÃ¢â‚¬â„¢s notes, whilst he was in hospital, after a week, with the help of Facebook and various wonderful lost and stolen Animal Rescue sites, his stolen, microchipped lurcher was located, turned out on a main road near Birmingham. </w:t>
      </w:r>
    </w:p>
    <w:p>
      <w:r>
        <w:rPr>
          <w:b w:val="0"/>
          <w:i w:val="0"/>
        </w:rPr>
        <w:t>A pal and I arranged to set off to collect her armed with her microchip details, vaccination certificate etc. Prior to leaving we informed the Dog Warden of our imminent departure but were told that without the ownerÃ¢â‚¬â„¢s signature, we could not have Midge, (which I suppose is to hinder bad guys acquiring dogs by false pretences ... although anyone can write a name on a piece of paper).</w:t>
      </w:r>
    </w:p>
    <w:p>
      <w:r>
        <w:rPr>
          <w:b w:val="0"/>
          <w:i w:val="0"/>
        </w:rPr>
        <w:t xml:space="preserve">We explained to the Warden that the owner was seriously ill in hospital and in fact may have already passed away.  Not good enough! Without the ownerÃ¢â‚¬â„¢s signature we still couldnÃ¢â‚¬â„¢t have her, despite having all her papers. </w:t>
      </w:r>
    </w:p>
    <w:p>
      <w:r>
        <w:rPr>
          <w:b w:val="0"/>
          <w:i w:val="0"/>
        </w:rPr>
        <w:t xml:space="preserve">So, on our way to Birmingham, as the Police were involved, we had to divert via Gloucester hospital for a signature. </w:t>
      </w:r>
    </w:p>
    <w:p>
      <w:r>
        <w:rPr>
          <w:b w:val="0"/>
          <w:i w:val="0"/>
        </w:rPr>
        <w:t xml:space="preserve">We explained the situation to the doctors, BillÃ¢â‚¬â„¢s love for his dog and the shock and distress her theft had caused him. Thinking news of her rescue might raise his spirits we were allowed to quietly approach Bills bed, surrounded by machines and tubes. He looked so utterly poorly, completely wiped out. All fight and life gone out of him. </w:t>
      </w:r>
    </w:p>
    <w:p>
      <w:r>
        <w:rPr>
          <w:b w:val="0"/>
          <w:i w:val="0"/>
        </w:rPr>
        <w:t xml:space="preserve">I gently explained to him that Midge had been found and we were on our way to Birmingham to collect her for him, but needed his signature or at least a mark on a release paper. </w:t>
      </w:r>
    </w:p>
    <w:p>
      <w:r>
        <w:rPr>
          <w:b w:val="0"/>
          <w:i w:val="0"/>
        </w:rPr>
        <w:t xml:space="preserve">I shall never forget his face as joyous enlightenment slowly dawned and life crept back into his features. His broken heart awoke. Quietly, very slowly, smiling questioningly, very haltingly he whispered Ã¢â‚¬Å"What, is it true? YouÃ¢â‚¬â„¢ve found her?Ã¢â‚¬Â </w:t>
      </w:r>
    </w:p>
    <w:p>
      <w:r>
        <w:rPr>
          <w:b w:val="0"/>
          <w:i w:val="0"/>
        </w:rPr>
        <w:t xml:space="preserve">It was as if life once again held out a purpose for him, the sun shone out of his face and he smiled for the first time since Midge was stolen. </w:t>
      </w:r>
    </w:p>
    <w:p>
      <w:r>
        <w:rPr>
          <w:b w:val="0"/>
          <w:i w:val="0"/>
        </w:rPr>
        <w:t>Signature obtained, the rest is history as reported last week. Midge returned home. Bill was given photos of her that were emailed to the hospital, once she was in our hands, but sadly he never got to cuddle or stroke her again as he deteriorated very badly and died just a few days later. The initial stress of the theft being far too much to recover from.</w:t>
      </w:r>
    </w:p>
    <w:p>
      <w:r>
        <w:rPr>
          <w:b w:val="0"/>
          <w:i w:val="0"/>
        </w:rPr>
        <w:t xml:space="preserve">The outcome of the theft that awful day when three dogs were stolen from different locations in the tiny village was One human dead, one Collie dead, another dog who must have broken free from the thieves vehicle some distance away, back home, but thoroughly traumatised. The cost to the NHS immeasurable. </w:t>
      </w:r>
    </w:p>
    <w:p>
      <w:r>
        <w:rPr>
          <w:b w:val="0"/>
          <w:i w:val="0"/>
        </w:rPr>
        <w:t>According to the Rescue Centre, dogs are being constantly stolen for bait for dog fighting, for hare coursing,  for breeding or for reward money, the latter where two men work together - one guy steals the dog and his Ã¢â‚¬Å"mateÃ¢â‚¬Â miraculously finds it and claims a reward for returning it!</w:t>
      </w:r>
    </w:p>
    <w:p>
      <w:r>
        <w:rPr>
          <w:b w:val="0"/>
          <w:i w:val="0"/>
        </w:rPr>
        <w:t>Consequently, please, I urge all readers to sign the online petition on Pet Theft (details below) to bring perpetrators to serious book and stop this awful crime.</w:t>
      </w:r>
    </w:p>
    <w:p>
      <w:r>
        <w:rPr>
          <w:b w:val="0"/>
          <w:i w:val="0"/>
        </w:rPr>
        <w:t>The following is from the Stolen and Missing Pet Aalliance :-</w:t>
      </w:r>
    </w:p>
    <w:p>
      <w:r>
        <w:rPr>
          <w:b w:val="0"/>
          <w:i w:val="0"/>
        </w:rPr>
        <w:t>Ã¢â‚¬Å"An online petition supporting the Pet (Theft) Bill was presented last year to parliament . To date the 2nd Reading has been postponed twice on the pretence Ã¢â‚¬Ëœbusiness in the houseÃ¢â‚¬â„¢.</w:t>
      </w:r>
    </w:p>
    <w:p>
      <w:r>
        <w:rPr>
          <w:b w:val="0"/>
          <w:i w:val="0"/>
        </w:rPr>
        <w:t>Time is running out for the Pet (Theft) Bill.</w:t>
      </w:r>
    </w:p>
    <w:p>
      <w:r>
        <w:rPr>
          <w:b w:val="0"/>
          <w:i w:val="0"/>
        </w:rPr>
        <w:t>At a recent All-party Dog Animal Welfare Group (APDAWG), SAMPA Meeting, MP advice was:</w:t>
      </w:r>
    </w:p>
    <w:p>
      <w:pPr>
        <w:pStyle w:val="ListNumber"/>
      </w:pPr>
      <w:r>
        <w:rPr>
          <w:b w:val="0"/>
          <w:i w:val="0"/>
        </w:rPr>
        <w:br/>
      </w:r>
      <w:r>
        <w:rPr>
          <w:b w:val="0"/>
          <w:i w:val="0"/>
        </w:rPr>
        <w:t>Ask the public to support the proposed Pet (Theft) Bill by starting another petition.</w:t>
      </w:r>
      <w:r>
        <w:rPr>
          <w:b w:val="0"/>
          <w:i w:val="0"/>
        </w:rPr>
        <w:br/>
      </w:r>
    </w:p>
    <w:p>
      <w:pPr>
        <w:pStyle w:val="ListNumber"/>
      </w:pPr>
      <w:r>
        <w:rPr>
          <w:b w:val="0"/>
          <w:i w:val="0"/>
        </w:rPr>
        <w:br/>
      </w:r>
      <w:r>
        <w:rPr>
          <w:b w:val="0"/>
          <w:i w:val="0"/>
        </w:rPr>
        <w:t>Get an MP to start an EDM in Parliament, which is like a petition for MPÃ¢â‚¬â„¢s only, to show their support.</w:t>
      </w:r>
      <w:r>
        <w:rPr>
          <w:b w:val="0"/>
          <w:i w:val="0"/>
        </w:rPr>
        <w:br/>
      </w:r>
    </w:p>
    <w:p>
      <w:r>
        <w:rPr>
          <w:b w:val="0"/>
          <w:i w:val="0"/>
        </w:rPr>
        <w:t>If you have read this far, we hope you can see our predicament and understand why a second petition has been started!</w:t>
      </w:r>
    </w:p>
    <w:p>
      <w:r>
        <w:rPr>
          <w:b w:val="0"/>
          <w:i w:val="0"/>
        </w:rPr>
        <w:t>We did it before, we can do it again!</w:t>
      </w:r>
    </w:p>
    <w:p>
      <w:r>
        <w:rPr>
          <w:b w:val="0"/>
          <w:i w:val="0"/>
        </w:rPr>
        <w:t>Please sign and share, two people can sign using one email address.</w:t>
      </w:r>
    </w:p>
    <w:p>
      <w:pPr>
        <w:pStyle w:val="Heading1"/>
      </w:pPr>
      <w:r>
        <w:rPr>
          <w:b w:val="0"/>
          <w:i w:val="0"/>
        </w:rPr>
        <w:t>PetTheftReform petition:- https://petition.parliament.uk/petitions/244530</w:t>
      </w:r>
    </w:p>
    <w:p>
      <w:r>
        <w:rPr>
          <w:b w:val="0"/>
          <w:i w:val="0"/>
        </w:rPr>
        <w:t>Pet Theft Reform: Amend animal welfare law to make pet theft a specific offence.</w:t>
      </w:r>
    </w:p>
    <w:p>
      <w:r>
        <w:rPr>
          <w:b w:val="0"/>
          <w:i w:val="0"/>
        </w:rPr>
        <w:t>We propose to amend the Animal Welfare Act 2006 to make pet theft a specific offence, distinct from that of inanimate objects; and in sentencing, the courts must consider the fear, alarm or distress to the pet and owners and not monetary value.</w:t>
      </w:r>
    </w:p>
    <w:p>
      <w:r>
        <w:rPr>
          <w:b w:val="0"/>
          <w:i w:val="0"/>
        </w:rPr>
        <w:t>At least 5 dogs are stolen every day in England &amp; Wales. Research by Allen et al (2019) reveals an increase in dog theft crimes, 1,294 in 2015, 1,525 in 2016, 1,678 in 2017; and decrease in court charges related to dog theft crimes, 62 in 2015, 48 in 2016, 37 in 2017.</w:t>
      </w:r>
    </w:p>
    <w:p>
      <w:r>
        <w:rPr>
          <w:b w:val="0"/>
          <w:i w:val="0"/>
        </w:rPr>
        <w:t>A strong deterrent is needed. This amendment would ensure on conviction, imprisonment for a term up to 2 years becomes available to courts.Ã¢â‚¬Â</w:t>
      </w:r>
    </w:p>
    <w:p>
      <w:r>
        <w:rPr>
          <w:b w:val="0"/>
          <w:i w:val="0"/>
        </w:rPr>
        <w:t>I do trust those who are agree will sign the online petition. Petition: Pet Theft Reform: Amend animal welfare law to make pet theft a specific offence. https:/petition.parliament.uk/petitions/244530</w:t>
      </w:r>
    </w:p>
    <w:p>
      <w:r>
        <w:rPr>
          <w:b w:val="0"/>
          <w:i w:val="0"/>
        </w:rPr>
        <w:t xml:space="preserve">As the foregoing is a bit lengthy congratulations to all the winners and here are last weekends Show Results in brief :- </w:t>
      </w:r>
    </w:p>
    <w:p>
      <w:r>
        <w:rPr>
          <w:b w:val="0"/>
          <w:i w:val="0"/>
        </w:rPr>
        <w:t xml:space="preserve">At Richmond Ch Show Tracy Butler judged at this level for the first time.  Dog CC :  Miss K A Druggans black A Sense Of PleasureÃ¢â‚¬â„¢s El Toro At Balladoole JW winning his 2nd CC; Res Dog CC : Mr R &amp; Mrs W Richmond Ps Black Brigglebank Birdman; Bitch CC and Best of Breed Hodge familyÃ¢â‚¬â„¢s chocolate Naiken Etoile (ai) winning her 1st CC; Res Bitch CC : Mrs W J &amp; Mr A J Southwell black, Driffwold Alba; Best Puppy: Ms S Lamberts yellow Mattand This Is Me; Best Veteran : Mrs D Harmans black, Lakemeadow Lotus Blossom Of Kareldis; Best Special Beginner :Mr &amp; Mrs M &amp; K Tipsons Ffurador Charles Xavier. </w:t>
      </w:r>
    </w:p>
    <w:p>
      <w:r>
        <w:rPr>
          <w:b w:val="0"/>
          <w:i w:val="0"/>
        </w:rPr>
        <w:t>Midland Counties LRC held their Open Show on Saturday 7th September 2019 Thank you Ryan for the results.</w:t>
      </w:r>
    </w:p>
    <w:p>
      <w:r>
        <w:rPr>
          <w:b w:val="0"/>
          <w:i w:val="0"/>
        </w:rPr>
        <w:t xml:space="preserve">Judge - Mr John Essenhigh (Brynlluan): Best Dog  and RBIS MetcalfeÃ¢â‚¬â„¢s Carromer Jack Flash To Baileydale Jw Bel Jnr Ch; Reserve Best Dog LambertÃ¢â‚¬â„¢s Trentagh Sedge With Mattand; Best Puppy Dog- HopkinsonÃ¢â‚¬â„¢s Rocheby Old Timer; Best In Show / Best Bitch- Flocktons Dylsonleigh Pretty In Pink; Reserve Best Bitch- FlocktonÃ¢â‚¬â„¢s Dylsonleigh Miss Muffett Jw; Best Puppy Bitch  and Best Puppy In Show LambertÃ¢â‚¬â„¢s Mattand This Is Me; Best Minor Puppy In Show - Hopkinsons Good Evening Rocheby and Best Veteran In Show - YoungÃ¢â‚¬â„¢s Suttonpark Brogue. </w:t>
      </w:r>
    </w:p>
    <w:p>
      <w:r>
        <w:rPr>
          <w:b w:val="0"/>
          <w:i w:val="0"/>
        </w:rPr>
        <w:t xml:space="preserve">Congratulations to Lucy Kent who had a fantastic day at North Devon Canine Association  Open Show where her black bitch, Chyanhal Trevose Of Trewinnard ( Sh Ch Trendlewood Born To Run JW x Sh Ch Trewinnard Pimlico) won Best Puppy in Breed, Best Of Breed, PG1, G2 and then Best Puppy In Show under judges Sue Porter, Ann Harding and Helen Almey. </w:t>
      </w:r>
    </w:p>
    <w:p>
      <w:r>
        <w:rPr>
          <w:b w:val="0"/>
          <w:i w:val="0"/>
        </w:rPr>
        <w:t xml:space="preserve">Ann Britton </w:t>
      </w:r>
    </w:p>
    <w:p>
      <w:r>
        <w:rPr>
          <w:b w:val="0"/>
          <w:i w:val="0"/>
        </w:rPr>
        <w:t xml:space="preserve">01989620665 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