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- 14/03/2025 - ISSUE"</w:t>
      </w:r>
      <w:r>
        <w:br/>
      </w:r>
      <w:r>
        <w:rPr>
          <w:b w:val="0"/>
          <w:i w:val="0"/>
        </w:rPr>
        <w:br/>
        <w:t>date_original: "14/03/2025 - ISSUE"</w:t>
      </w:r>
      <w:r>
        <w:br/>
      </w:r>
      <w:r>
        <w:rPr>
          <w:b w:val="0"/>
          <w:i w:val="0"/>
        </w:rPr>
        <w:br/>
        <w:t>source_url: "https://www.ourdogs.co.uk/members/breednotes/RetrieverLabradorMain.php"</w:t>
      </w:r>
      <w:r>
        <w:br/>
      </w:r>
      <w:r>
        <w:rPr>
          <w:b w:val="0"/>
          <w:i w:val="0"/>
        </w:rPr>
        <w:br/>
        <w:t>scraped_at: "2026-09-13T15:06:13"</w:t>
      </w:r>
      <w:r>
        <w:br/>
      </w:r>
      <w:r>
        <w:rPr>
          <w:b w:val="0"/>
          <w:i w:val="0"/>
        </w:rPr>
        <w:br/>
        <w:t>word_count: 481</w:t>
      </w:r>
    </w:p>
    <w:p>
      <w:r>
        <w:t>――――――――――――――――――――――――――――――</w:t>
      </w:r>
    </w:p>
    <w:p>
      <w:r>
        <w:rPr>
          <w:b w:val="0"/>
          <w:i w:val="0"/>
        </w:rPr>
        <w:t>NEWS MEMBERS' AREA SHOP SUBSCRIBE UPCOMING SHOWS MORE</w:t>
      </w:r>
    </w:p>
    <w:p>
      <w:r>
        <w:rPr>
          <w:b w:val="0"/>
          <w:i w:val="0"/>
        </w:rPr>
        <w:t>RETRIEVER LABRADOR</w:t>
      </w:r>
    </w:p>
    <w:p>
      <w:r>
        <w:rPr>
          <w:b w:val="0"/>
          <w:i w:val="0"/>
        </w:rPr>
        <w:t>Issue: 14/03/2025</w:t>
      </w:r>
    </w:p>
    <w:p>
      <w:r>
        <w:rPr>
          <w:b w:val="0"/>
          <w:i w:val="0"/>
        </w:rPr>
        <w:t>Iâ€™ve been stuck at home  poorly since before Christmas and with no outings allowed or even possible, but slowly recovering, I really enjoyed watching each day of Crufts on TV. It seemed so much better than in previous years, with no inappropriate comedians making inane annoying comments. What a well chosen panel of guests and well versed presenters.</w:t>
      </w:r>
    </w:p>
    <w:p>
      <w:r>
        <w:rPr>
          <w:b w:val="0"/>
          <w:i w:val="0"/>
        </w:rPr>
        <w:t>I watched all the groups and the amazing group winners and all those placed. Such top quality animals went through and what top class attire the handlers wore; all part of the show-dog presentation these days.</w:t>
      </w:r>
    </w:p>
    <w:p>
      <w:r>
        <w:rPr>
          <w:b w:val="0"/>
          <w:i w:val="0"/>
        </w:rPr>
        <w:t xml:space="preserve">The Gundog Group had many excellent breed examples for judge Kathy Moores to go over, but for me it was the unexaggerated Cocker Spaniel Sh Ch Zheridons Blanche, with her bright honest sunny character shining through, plus her easy free flowing  movement that caught my eye. Only when she later won the Gundog Group outright did I notice her handler was David Todd who co owns her with M D Rahman, both well known in our Labrador circles. </w:t>
      </w:r>
    </w:p>
    <w:p>
      <w:r>
        <w:rPr>
          <w:b w:val="0"/>
          <w:i w:val="0"/>
        </w:rPr>
        <w:t xml:space="preserve">In the Labrador breed ring  there was a great entry of 219 dogs for judge Linda McGillivray and 266 Bitches for Jackie Hodge to go over. Judging started in both rings at 8am and was completed well in time  for exhibitors to start to escape the Halls to the distant carparks  at the programmed earliest time of 4pm. </w:t>
      </w:r>
    </w:p>
    <w:p>
      <w:r>
        <w:rPr>
          <w:b w:val="0"/>
          <w:i w:val="0"/>
        </w:rPr>
        <w:t>Great to later see the Labrador Best of Breed six years old on 14th February Sh Ch/int Ch/nld Ch Lab Spb Gazprom Ew23/24  in the Group ring energetically covering the ground with owner /handler Sander Nugteren from the  Netherlands being placed a memorable Crufts Group 3. the winners were:- Dog Challenge Certificate Sh Ch/int Ch/nld Ch Lab Spb Gazprom Ew23/24 (Mr S Nugteren), Reserve Dog Challenge Certificate Binnaig Bonnach for Tullochmohr JW (Mrs D Tulloch), Bitch Challenge Certificate     Am Ch/can Ch Gofetch Peppermint Nob (Mr P &amp; Ms C Coady &amp; Oâ€™Brien), Reserve Bitch Challenge Certificate    Sh Ch Farnfield Partridge (Mr R A S Stafford) Best Of Breed Sh Ch/int Ch/nld Ch Lab Spb Gazprom Ew23/24 (Mr S Nugteren), Best Puppy Binnaig Sea The Stars over Tullochmohr (Mrs D Tulloch), Best Veteran - Sh Ch A Sense of Pleasures Yvli at Alkhamhurst (Mrs M A Woodley)</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